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E14C87" w14:textId="77777777" w:rsidR="00CD6885" w:rsidRPr="00801D53" w:rsidRDefault="003B6FB0">
      <w:pPr>
        <w:spacing w:after="0" w:line="240" w:lineRule="auto"/>
        <w:jc w:val="center"/>
        <w:rPr>
          <w:lang w:val="ru-RU"/>
        </w:rPr>
      </w:pPr>
      <w:r w:rsidRPr="00801D53">
        <w:rPr>
          <w:b/>
          <w:sz w:val="24"/>
          <w:lang w:val="ru-RU"/>
        </w:rPr>
        <w:t>ТОО «Пана Дизайн»</w:t>
      </w:r>
    </w:p>
    <w:p w14:paraId="1EE14C88" w14:textId="77777777" w:rsidR="00CD6885" w:rsidRPr="00801D53" w:rsidRDefault="003B6FB0">
      <w:pPr>
        <w:spacing w:after="0" w:line="240" w:lineRule="auto"/>
        <w:jc w:val="center"/>
        <w:rPr>
          <w:lang w:val="ru-RU"/>
        </w:rPr>
      </w:pPr>
      <w:r w:rsidRPr="00801D53">
        <w:rPr>
          <w:b/>
          <w:sz w:val="24"/>
          <w:lang w:val="ru-RU"/>
        </w:rPr>
        <w:t>ПУБЛИЧНАЯ ОФЕРТА</w:t>
      </w:r>
    </w:p>
    <w:p w14:paraId="1EE14C89" w14:textId="77777777" w:rsidR="00CD6885" w:rsidRPr="00801D53" w:rsidRDefault="003B6FB0">
      <w:pPr>
        <w:spacing w:after="0" w:line="240" w:lineRule="auto"/>
        <w:jc w:val="center"/>
        <w:rPr>
          <w:lang w:val="ru-RU"/>
        </w:rPr>
      </w:pPr>
      <w:r w:rsidRPr="00801D53">
        <w:rPr>
          <w:b/>
          <w:sz w:val="24"/>
          <w:lang w:val="ru-RU"/>
        </w:rPr>
        <w:t>о заключении договора с дизайнером</w:t>
      </w:r>
    </w:p>
    <w:p w14:paraId="1EE14C8A" w14:textId="77777777" w:rsidR="00CD6885" w:rsidRPr="00801D53" w:rsidRDefault="003B6FB0">
      <w:pPr>
        <w:spacing w:after="0" w:line="240" w:lineRule="auto"/>
        <w:jc w:val="center"/>
        <w:rPr>
          <w:lang w:val="ru-RU"/>
        </w:rPr>
      </w:pPr>
      <w:r w:rsidRPr="00801D53">
        <w:rPr>
          <w:b/>
          <w:sz w:val="24"/>
          <w:lang w:val="ru-RU"/>
        </w:rPr>
        <w:t xml:space="preserve">на использование сервисов онлайн-платформы </w:t>
      </w:r>
      <w:r>
        <w:rPr>
          <w:b/>
          <w:sz w:val="24"/>
        </w:rPr>
        <w:t>PANA</w:t>
      </w:r>
      <w:r w:rsidRPr="00801D53">
        <w:rPr>
          <w:b/>
          <w:sz w:val="24"/>
          <w:lang w:val="ru-RU"/>
        </w:rPr>
        <w:t>-</w:t>
      </w:r>
      <w:r>
        <w:rPr>
          <w:b/>
          <w:sz w:val="24"/>
        </w:rPr>
        <w:t>DESIGN</w:t>
      </w:r>
      <w:r w:rsidRPr="00801D53">
        <w:rPr>
          <w:b/>
          <w:sz w:val="24"/>
          <w:lang w:val="ru-RU"/>
        </w:rPr>
        <w:t>.</w:t>
      </w:r>
      <w:r>
        <w:rPr>
          <w:b/>
          <w:sz w:val="24"/>
        </w:rPr>
        <w:t>COM</w:t>
      </w:r>
    </w:p>
    <w:p w14:paraId="1EE14C8B" w14:textId="77777777" w:rsidR="003B6FB0" w:rsidRDefault="003B6FB0">
      <w:pPr>
        <w:spacing w:after="0" w:line="240" w:lineRule="auto"/>
        <w:ind w:firstLine="709"/>
        <w:jc w:val="both"/>
        <w:rPr>
          <w:b/>
          <w:sz w:val="24"/>
          <w:lang w:val="ru-RU"/>
        </w:rPr>
      </w:pPr>
    </w:p>
    <w:p w14:paraId="1EE14C8C" w14:textId="77777777" w:rsidR="00CD6885" w:rsidRPr="00801D53" w:rsidRDefault="003B6FB0">
      <w:pPr>
        <w:spacing w:after="0" w:line="240" w:lineRule="auto"/>
        <w:ind w:firstLine="709"/>
        <w:jc w:val="both"/>
        <w:rPr>
          <w:lang w:val="ru-RU"/>
        </w:rPr>
      </w:pPr>
      <w:r w:rsidRPr="00801D53">
        <w:rPr>
          <w:lang w:val="ru-RU"/>
        </w:rPr>
        <w:t xml:space="preserve">Настоящая публичная оферта определяет порядок заключения и исполнения договора между Товариществом с ограниченной ответственностью «Пана Дизайн» и дизайнерами, использующими онлайн-платформу </w:t>
      </w:r>
      <w:r>
        <w:t>PANA</w:t>
      </w:r>
      <w:r w:rsidRPr="00801D53">
        <w:rPr>
          <w:lang w:val="ru-RU"/>
        </w:rPr>
        <w:t>-</w:t>
      </w:r>
      <w:r>
        <w:t>DESIGN</w:t>
      </w:r>
      <w:r w:rsidRPr="00801D53">
        <w:rPr>
          <w:lang w:val="ru-RU"/>
        </w:rPr>
        <w:t>.</w:t>
      </w:r>
      <w:r>
        <w:t>COM</w:t>
      </w:r>
      <w:r w:rsidRPr="00801D53">
        <w:rPr>
          <w:lang w:val="ru-RU"/>
        </w:rPr>
        <w:t>. Оферта регулирует порядок регистрации и электронного акцепта, правила оказания услуг через платформу, порядок расчетов и удержаний, требования к качеству сервиса, конфиденциальности, обработке персональных данных, использованию результатов интеллектуальной деятельности, запрету обхода платформы и иные условия взаимодействия сторон.</w:t>
      </w:r>
    </w:p>
    <w:p w14:paraId="1EE14C8D" w14:textId="77777777" w:rsidR="00CD6885" w:rsidRPr="00801D53" w:rsidRDefault="003B6FB0">
      <w:pPr>
        <w:spacing w:before="120" w:after="120" w:line="240" w:lineRule="auto"/>
        <w:jc w:val="center"/>
        <w:rPr>
          <w:lang w:val="ru-RU"/>
        </w:rPr>
      </w:pPr>
      <w:r w:rsidRPr="00801D53">
        <w:rPr>
          <w:b/>
          <w:sz w:val="24"/>
          <w:lang w:val="ru-RU"/>
        </w:rPr>
        <w:t>1. ТЕРМИНЫ И ОПРЕДЕЛЕНИЯ</w:t>
      </w:r>
    </w:p>
    <w:p w14:paraId="1EE14C8E" w14:textId="77777777" w:rsidR="00CD6885" w:rsidRPr="00801D53" w:rsidRDefault="003B6FB0">
      <w:pPr>
        <w:spacing w:after="0" w:line="240" w:lineRule="auto"/>
        <w:ind w:firstLine="709"/>
        <w:jc w:val="both"/>
        <w:rPr>
          <w:lang w:val="ru-RU"/>
        </w:rPr>
      </w:pPr>
      <w:r w:rsidRPr="00801D53">
        <w:rPr>
          <w:lang w:val="ru-RU"/>
        </w:rPr>
        <w:t xml:space="preserve">1.1. «Платформа» - электронная информационная система, размещенная в сети Интернет по адресу </w:t>
      </w:r>
      <w:r>
        <w:t>https</w:t>
      </w:r>
      <w:r w:rsidRPr="00801D53">
        <w:rPr>
          <w:lang w:val="ru-RU"/>
        </w:rPr>
        <w:t>://</w:t>
      </w:r>
      <w:r>
        <w:t>www</w:t>
      </w:r>
      <w:r w:rsidRPr="00801D53">
        <w:rPr>
          <w:lang w:val="ru-RU"/>
        </w:rPr>
        <w:t>.</w:t>
      </w:r>
      <w:proofErr w:type="spellStart"/>
      <w:r>
        <w:t>pana</w:t>
      </w:r>
      <w:proofErr w:type="spellEnd"/>
      <w:r w:rsidRPr="00801D53">
        <w:rPr>
          <w:lang w:val="ru-RU"/>
        </w:rPr>
        <w:t>-</w:t>
      </w:r>
      <w:r>
        <w:t>design</w:t>
      </w:r>
      <w:r w:rsidRPr="00801D53">
        <w:rPr>
          <w:lang w:val="ru-RU"/>
        </w:rPr>
        <w:t>.</w:t>
      </w:r>
      <w:r>
        <w:t>com</w:t>
      </w:r>
      <w:r w:rsidRPr="00801D53">
        <w:rPr>
          <w:lang w:val="ru-RU"/>
        </w:rPr>
        <w:t>, предназначенная для взаимодействия клиентов, дизайнеров, Компании и поставщиков, управления заказами, коммуникациями, результатами работ, расчетами и сопутствующими сервисами.</w:t>
      </w:r>
    </w:p>
    <w:p w14:paraId="1EE14C8F" w14:textId="77777777" w:rsidR="00CD6885" w:rsidRPr="00801D53" w:rsidRDefault="003B6FB0">
      <w:pPr>
        <w:spacing w:after="0" w:line="240" w:lineRule="auto"/>
        <w:ind w:firstLine="709"/>
        <w:jc w:val="both"/>
        <w:rPr>
          <w:lang w:val="ru-RU"/>
        </w:rPr>
      </w:pPr>
      <w:r w:rsidRPr="00801D53">
        <w:rPr>
          <w:lang w:val="ru-RU"/>
        </w:rPr>
        <w:t>1.2. «Компания» или «Оператор платформы» - Товарищество с ограниченной ответственностью «Пана Дизайн», БИН 251040033970, которое обеспечивает функционирование платформы, организует взаимодействие участников, устанавливает правила работы сервиса и выступает стороной настоящей Оферты.</w:t>
      </w:r>
    </w:p>
    <w:p w14:paraId="1EE14C90" w14:textId="77777777" w:rsidR="00CD6885" w:rsidRPr="00801D53" w:rsidRDefault="003B6FB0">
      <w:pPr>
        <w:spacing w:after="0" w:line="240" w:lineRule="auto"/>
        <w:ind w:firstLine="709"/>
        <w:jc w:val="both"/>
        <w:rPr>
          <w:lang w:val="ru-RU"/>
        </w:rPr>
      </w:pPr>
      <w:r w:rsidRPr="00801D53">
        <w:rPr>
          <w:lang w:val="ru-RU"/>
        </w:rPr>
        <w:t>1.3. «Дизайнер» - физическое лицо, индивидуальный предприниматель или юридическое лицо, прошедшее регистрацию и допущенное Компанией к использованию сервисов платформы для оказания услуг дизайна интерьера через платформу.</w:t>
      </w:r>
    </w:p>
    <w:p w14:paraId="1EE14C91" w14:textId="77777777" w:rsidR="00CD6885" w:rsidRPr="00801D53" w:rsidRDefault="003B6FB0">
      <w:pPr>
        <w:spacing w:after="0" w:line="240" w:lineRule="auto"/>
        <w:ind w:firstLine="709"/>
        <w:jc w:val="both"/>
        <w:rPr>
          <w:lang w:val="ru-RU"/>
        </w:rPr>
      </w:pPr>
      <w:r w:rsidRPr="00801D53">
        <w:rPr>
          <w:lang w:val="ru-RU"/>
        </w:rPr>
        <w:t>1.4. «Клиент» - пользователь платформы, заказывающий услуги дизайна интерьера и связанные с ними сервисы через платформу.</w:t>
      </w:r>
    </w:p>
    <w:p w14:paraId="1EE14C92" w14:textId="77777777" w:rsidR="00CD6885" w:rsidRPr="00801D53" w:rsidRDefault="003B6FB0">
      <w:pPr>
        <w:spacing w:after="0" w:line="240" w:lineRule="auto"/>
        <w:ind w:firstLine="709"/>
        <w:jc w:val="both"/>
        <w:rPr>
          <w:lang w:val="ru-RU"/>
        </w:rPr>
      </w:pPr>
      <w:r w:rsidRPr="00801D53">
        <w:rPr>
          <w:lang w:val="ru-RU"/>
        </w:rPr>
        <w:t>1.5. «Личный кабинет Дизайнера» - защищенный персонализированный раздел платформы, предоставляющий доступ к заказам, материалам клиентов, результатам работ, уведомлениям, расчетам и иным сервисам платформы.</w:t>
      </w:r>
    </w:p>
    <w:p w14:paraId="1EE14C93" w14:textId="77777777" w:rsidR="00CD6885" w:rsidRPr="00801D53" w:rsidRDefault="003B6FB0">
      <w:pPr>
        <w:spacing w:after="0" w:line="240" w:lineRule="auto"/>
        <w:ind w:firstLine="709"/>
        <w:jc w:val="both"/>
        <w:rPr>
          <w:lang w:val="ru-RU"/>
        </w:rPr>
      </w:pPr>
      <w:r w:rsidRPr="00801D53">
        <w:rPr>
          <w:lang w:val="ru-RU"/>
        </w:rPr>
        <w:t>1.6. «</w:t>
      </w:r>
      <w:r>
        <w:t>SLA</w:t>
      </w:r>
      <w:r w:rsidRPr="00801D53">
        <w:rPr>
          <w:lang w:val="ru-RU"/>
        </w:rPr>
        <w:t>» - соглашение об уровне сервиса, являющееся приложением к настоящей Оферте и устанавливающее сроки реагирования, сроки подготовки результатов, требования к качеству коммуникации, правила внесения правок, классификацию нарушений, рейтинг дизайнеров, последствия нарушений и иные операционные стандарты работы Дизайнера.</w:t>
      </w:r>
    </w:p>
    <w:p w14:paraId="1EE14C94" w14:textId="77777777" w:rsidR="00CD6885" w:rsidRPr="00801D53" w:rsidRDefault="003B6FB0">
      <w:pPr>
        <w:spacing w:after="0" w:line="240" w:lineRule="auto"/>
        <w:ind w:firstLine="709"/>
        <w:jc w:val="both"/>
        <w:rPr>
          <w:lang w:val="ru-RU"/>
        </w:rPr>
      </w:pPr>
      <w:r w:rsidRPr="00801D53">
        <w:rPr>
          <w:lang w:val="ru-RU"/>
        </w:rPr>
        <w:t>1.7. «Услуга комплектации» - сервис по подбору товаров, формированию рекомендаций, спецификаций, предварительных заказов и сметных предложений для клиента. Услуга комплектации сама по себе не означает наделение Дизайнера полномочиями на совершение сделок от имени клиента, если иное прямо не подтверждено клиентом через платформу или отдельным документом.</w:t>
      </w:r>
    </w:p>
    <w:p w14:paraId="1EE14C95" w14:textId="77777777" w:rsidR="00CD6885" w:rsidRPr="00801D53" w:rsidRDefault="003B6FB0">
      <w:pPr>
        <w:spacing w:after="0" w:line="240" w:lineRule="auto"/>
        <w:ind w:firstLine="709"/>
        <w:jc w:val="both"/>
        <w:rPr>
          <w:lang w:val="ru-RU"/>
        </w:rPr>
      </w:pPr>
      <w:r w:rsidRPr="00801D53">
        <w:rPr>
          <w:lang w:val="ru-RU"/>
        </w:rPr>
        <w:t>1.8. «Результат работ» - материалы, создаваемые Дизайнером в рамках конкретного заказа, включая, помимо прочего, планировки, визуализации, мудборды, ведомости, подборки, сметы, презентации, текстовые и графические материалы в объеме, предусмотренном пакетом услуги и карточкой заказа.</w:t>
      </w:r>
    </w:p>
    <w:p w14:paraId="1EE14C96" w14:textId="77777777" w:rsidR="00CD6885" w:rsidRPr="00801D53" w:rsidRDefault="003B6FB0">
      <w:pPr>
        <w:spacing w:after="0" w:line="240" w:lineRule="auto"/>
        <w:ind w:firstLine="709"/>
        <w:jc w:val="both"/>
        <w:rPr>
          <w:lang w:val="ru-RU"/>
        </w:rPr>
      </w:pPr>
      <w:r w:rsidRPr="00801D53">
        <w:rPr>
          <w:lang w:val="ru-RU"/>
        </w:rPr>
        <w:t>1.9. «Объект» - жилое, нежилое или иное помещение, квартира, дом, офис либо иной объект недвижимости клиента по конкретному адресу, в отношении которого через платформу был создан заказ, передан бриф, загружены материалы, подготовлены предложения, смета, спецификация, визуализация, концепция либо иным образом начато оказание услуг Дизайнером.</w:t>
      </w:r>
    </w:p>
    <w:p w14:paraId="1EE14C97" w14:textId="77777777" w:rsidR="00CD6885" w:rsidRPr="00801D53" w:rsidRDefault="003B6FB0">
      <w:pPr>
        <w:spacing w:after="0" w:line="240" w:lineRule="auto"/>
        <w:ind w:firstLine="709"/>
        <w:jc w:val="both"/>
        <w:rPr>
          <w:lang w:val="ru-RU"/>
        </w:rPr>
      </w:pPr>
      <w:r w:rsidRPr="00801D53">
        <w:rPr>
          <w:lang w:val="ru-RU"/>
        </w:rPr>
        <w:t>1.10. «Связанный объект» - любой иной заказ, этап, помещение, комната, зона, часть объекта либо дополнительный объем работ, которые относятся к тому же адресу, тому же клиенту, тому же проекту, тому же техническому заданию либо объективно связаны с Объектом, по которому Дизайнер получил доступ к клиенту, информации, материалам, смете, спецификации, поставщикам или иному коммерчески значимому ресурсу через платформу.</w:t>
      </w:r>
    </w:p>
    <w:p w14:paraId="1EE14C98" w14:textId="77777777" w:rsidR="00CD6885" w:rsidRPr="00801D53" w:rsidRDefault="003B6FB0">
      <w:pPr>
        <w:spacing w:after="0" w:line="240" w:lineRule="auto"/>
        <w:ind w:firstLine="709"/>
        <w:jc w:val="both"/>
        <w:rPr>
          <w:lang w:val="ru-RU"/>
        </w:rPr>
      </w:pPr>
      <w:r w:rsidRPr="00801D53">
        <w:rPr>
          <w:lang w:val="ru-RU"/>
        </w:rPr>
        <w:t xml:space="preserve">1.11. «Защищенный объект платформы» - Объект и все Связанные объекты, по которым через платформу имело место хотя бы одно из следующих действий: регистрация клиента, создание заказа, назначение Дизайнера, передача брифа, получение контактов, проведение консультации, подготовка </w:t>
      </w:r>
      <w:r w:rsidRPr="00801D53">
        <w:rPr>
          <w:lang w:val="ru-RU"/>
        </w:rPr>
        <w:lastRenderedPageBreak/>
        <w:t>концепции, визуализации, сметы, спецификации, подборки товаров, взаимодействие с поставщиком, загрузка результата работ либо иное участие Дизайнера в проекте через платформу.</w:t>
      </w:r>
    </w:p>
    <w:p w14:paraId="1EE14C99" w14:textId="77777777" w:rsidR="00CD6885" w:rsidRPr="00801D53" w:rsidRDefault="003B6FB0">
      <w:pPr>
        <w:spacing w:after="0" w:line="240" w:lineRule="auto"/>
        <w:ind w:firstLine="709"/>
        <w:jc w:val="both"/>
        <w:rPr>
          <w:lang w:val="ru-RU"/>
        </w:rPr>
      </w:pPr>
      <w:r w:rsidRPr="00801D53">
        <w:rPr>
          <w:lang w:val="ru-RU"/>
        </w:rPr>
        <w:t>1.12. «Обход платформы» - любые действия или бездействие Дизайнера, направленные на исключение Компании из экономической, договорной или операционной модели работы по Защищенному объекту платформы, включая прямое или косвенное заключение сделок, оказание услуг, продолжение проектирования, комплектации, доукомплектации, сопровождения, консультаций, подбора товаров, координации поставок либо иного взаимодействия с клиентом, поставщиком или иными лицами вне платформы по Защищенному объекту платформы.</w:t>
      </w:r>
    </w:p>
    <w:p w14:paraId="1EE14C9A" w14:textId="77777777" w:rsidR="00CD6885" w:rsidRDefault="003B6FB0">
      <w:pPr>
        <w:spacing w:after="0" w:line="240" w:lineRule="auto"/>
        <w:ind w:firstLine="709"/>
        <w:jc w:val="both"/>
        <w:rPr>
          <w:lang w:val="ru-RU"/>
        </w:rPr>
      </w:pPr>
      <w:r w:rsidRPr="00801D53">
        <w:rPr>
          <w:lang w:val="ru-RU"/>
        </w:rPr>
        <w:t>1.13. «Аффилированные и связанные лица Дизайнера» - любые физические или юридические лица, действующие в интересах Дизайнера, совместно с ним, по его поручению, под его контролем либо использующие его материалы, сметы, наработки, контакты, проектные решения или коммерческие связи, полученные через платформу.</w:t>
      </w:r>
    </w:p>
    <w:p w14:paraId="3BB718CD" w14:textId="1DE53259" w:rsidR="00C81EB1" w:rsidRDefault="00C81EB1">
      <w:pPr>
        <w:spacing w:after="0" w:line="240" w:lineRule="auto"/>
        <w:ind w:firstLine="709"/>
        <w:jc w:val="both"/>
        <w:rPr>
          <w:lang w:val="ru-RU"/>
        </w:rPr>
      </w:pPr>
      <w:r>
        <w:rPr>
          <w:lang w:val="ru-RU"/>
        </w:rPr>
        <w:t xml:space="preserve">1.14. </w:t>
      </w:r>
      <w:r w:rsidR="003969D7" w:rsidRPr="003969D7">
        <w:rPr>
          <w:lang w:val="ru-RU"/>
        </w:rPr>
        <w:t>«Базовый дизайн интерьера» - онлайн-услуга по дизайну интерьера одной комнаты, в которую входят консультации через чат внутри Платформы, координационный и финальный видеозвонки, подбор стилевого решения, подготовка концепции (мудборда), спецификаций и/или шопинг-листа товаров, доступных на Платформе или маркетплейсе, а также внесение корректировок в пределах первоначального технического задания, выбранного пакета и регламента раундов правок, установленного Платформой</w:t>
      </w:r>
      <w:r w:rsidRPr="00C81EB1">
        <w:rPr>
          <w:lang w:val="ru-RU"/>
        </w:rPr>
        <w:t>.</w:t>
      </w:r>
    </w:p>
    <w:p w14:paraId="6005CDEC" w14:textId="48ED2AB9" w:rsidR="00C81EB1" w:rsidRPr="00C81EB1" w:rsidRDefault="00C81EB1">
      <w:pPr>
        <w:spacing w:after="0" w:line="240" w:lineRule="auto"/>
        <w:ind w:firstLine="709"/>
        <w:jc w:val="both"/>
        <w:rPr>
          <w:lang w:val="ru-RU"/>
        </w:rPr>
      </w:pPr>
      <w:r>
        <w:rPr>
          <w:lang w:val="ru-RU"/>
        </w:rPr>
        <w:t xml:space="preserve">1.15. </w:t>
      </w:r>
      <w:r w:rsidR="00955D4F" w:rsidRPr="00955D4F">
        <w:rPr>
          <w:lang w:val="ru-RU"/>
        </w:rPr>
        <w:t>«Комплексный дизайн интерьера» - расширенная онлайн-услуга по дизайну интерьера одной комнаты, в которую входят консультации через чат внутри Платформы, координационный, промежуточный и финальный видеозвонки, подготовка концепции (мудборда), 3</w:t>
      </w:r>
      <w:r w:rsidR="00955D4F" w:rsidRPr="00955D4F">
        <w:t>D</w:t>
      </w:r>
      <w:r w:rsidR="00955D4F" w:rsidRPr="00955D4F">
        <w:rPr>
          <w:lang w:val="ru-RU"/>
        </w:rPr>
        <w:t xml:space="preserve">-визуализации, спецификаций, шопинг-листа и технических материалов по дизайн-проекту в объеме, предусмотренном карточкой услуги, карточкой заказа и </w:t>
      </w:r>
      <w:r w:rsidR="00955D4F" w:rsidRPr="00955D4F">
        <w:t>SLA</w:t>
      </w:r>
      <w:r w:rsidR="00955D4F" w:rsidRPr="00955D4F">
        <w:rPr>
          <w:lang w:val="ru-RU"/>
        </w:rPr>
        <w:t>, а также внесение корректировок в пределах первоначального технического задания, выбранного пакета и регламента раундов правок, установленного Платформой</w:t>
      </w:r>
      <w:r w:rsidRPr="00C81EB1">
        <w:rPr>
          <w:lang w:val="ru-RU"/>
        </w:rPr>
        <w:t>.</w:t>
      </w:r>
    </w:p>
    <w:p w14:paraId="5815D815" w14:textId="77777777" w:rsidR="00CD643C" w:rsidRPr="00801D53" w:rsidRDefault="00CD643C">
      <w:pPr>
        <w:spacing w:after="0" w:line="240" w:lineRule="auto"/>
        <w:ind w:firstLine="709"/>
        <w:jc w:val="both"/>
        <w:rPr>
          <w:lang w:val="ru-RU"/>
        </w:rPr>
      </w:pPr>
    </w:p>
    <w:p w14:paraId="1EE14C9B" w14:textId="77777777" w:rsidR="00CD6885" w:rsidRPr="00801D53" w:rsidRDefault="003B6FB0">
      <w:pPr>
        <w:spacing w:before="120" w:after="120" w:line="240" w:lineRule="auto"/>
        <w:jc w:val="center"/>
        <w:rPr>
          <w:lang w:val="ru-RU"/>
        </w:rPr>
      </w:pPr>
      <w:r w:rsidRPr="00801D53">
        <w:rPr>
          <w:b/>
          <w:sz w:val="24"/>
          <w:lang w:val="ru-RU"/>
        </w:rPr>
        <w:t>2. ОБЩИЕ ПОЛОЖЕНИЯ</w:t>
      </w:r>
    </w:p>
    <w:p w14:paraId="1EE14C9C" w14:textId="77777777" w:rsidR="00CD6885" w:rsidRPr="00801D53" w:rsidRDefault="003B6FB0">
      <w:pPr>
        <w:spacing w:after="0" w:line="240" w:lineRule="auto"/>
        <w:ind w:firstLine="709"/>
        <w:jc w:val="both"/>
        <w:rPr>
          <w:lang w:val="ru-RU"/>
        </w:rPr>
      </w:pPr>
      <w:r w:rsidRPr="00801D53">
        <w:rPr>
          <w:lang w:val="ru-RU"/>
        </w:rPr>
        <w:t xml:space="preserve">2.1. Настоящая Оферта является официальным предложением Товарищества с ограниченной ответственностью «Пана Дизайн», БИН 251040033970, юридический адрес: Республика Казахстан, город Алматы, улица </w:t>
      </w:r>
      <w:proofErr w:type="spellStart"/>
      <w:r w:rsidRPr="00801D53">
        <w:rPr>
          <w:lang w:val="ru-RU"/>
        </w:rPr>
        <w:t>Тажибаевой</w:t>
      </w:r>
      <w:proofErr w:type="spellEnd"/>
      <w:r w:rsidRPr="00801D53">
        <w:rPr>
          <w:lang w:val="ru-RU"/>
        </w:rPr>
        <w:t xml:space="preserve">, дом 157, кв./офис 7, веб-сайт: </w:t>
      </w:r>
      <w:r>
        <w:t>https</w:t>
      </w:r>
      <w:r w:rsidRPr="00801D53">
        <w:rPr>
          <w:lang w:val="ru-RU"/>
        </w:rPr>
        <w:t>://</w:t>
      </w:r>
      <w:r>
        <w:t>www</w:t>
      </w:r>
      <w:r w:rsidRPr="00801D53">
        <w:rPr>
          <w:lang w:val="ru-RU"/>
        </w:rPr>
        <w:t>.</w:t>
      </w:r>
      <w:proofErr w:type="spellStart"/>
      <w:r>
        <w:t>pana</w:t>
      </w:r>
      <w:proofErr w:type="spellEnd"/>
      <w:r w:rsidRPr="00801D53">
        <w:rPr>
          <w:lang w:val="ru-RU"/>
        </w:rPr>
        <w:t>-</w:t>
      </w:r>
      <w:r>
        <w:t>design</w:t>
      </w:r>
      <w:r w:rsidRPr="00801D53">
        <w:rPr>
          <w:lang w:val="ru-RU"/>
        </w:rPr>
        <w:t>.</w:t>
      </w:r>
      <w:r>
        <w:t>com</w:t>
      </w:r>
      <w:r w:rsidRPr="00801D53">
        <w:rPr>
          <w:lang w:val="ru-RU"/>
        </w:rPr>
        <w:t xml:space="preserve">, адрес электронной почты для юридически значимых сообщений: </w:t>
      </w:r>
      <w:r>
        <w:t>info</w:t>
      </w:r>
      <w:r w:rsidRPr="00801D53">
        <w:rPr>
          <w:lang w:val="ru-RU"/>
        </w:rPr>
        <w:t>@</w:t>
      </w:r>
      <w:proofErr w:type="spellStart"/>
      <w:r>
        <w:t>pana</w:t>
      </w:r>
      <w:proofErr w:type="spellEnd"/>
      <w:r w:rsidRPr="00801D53">
        <w:rPr>
          <w:lang w:val="ru-RU"/>
        </w:rPr>
        <w:t>-</w:t>
      </w:r>
      <w:r>
        <w:t>design</w:t>
      </w:r>
      <w:r w:rsidRPr="00801D53">
        <w:rPr>
          <w:lang w:val="ru-RU"/>
        </w:rPr>
        <w:t>.</w:t>
      </w:r>
      <w:r>
        <w:t>com</w:t>
      </w:r>
      <w:r w:rsidRPr="00801D53">
        <w:rPr>
          <w:lang w:val="ru-RU"/>
        </w:rPr>
        <w:t>, заключить договор с физическими лицами, индивидуальными предпринимателями и юридическими лицами, надлежащим образом зарегистрированными в соответствии с применимым законодательством, на условиях, изложенных в настоящей Оферте.</w:t>
      </w:r>
    </w:p>
    <w:p w14:paraId="1EE14C9D" w14:textId="77777777" w:rsidR="00CD6885" w:rsidRPr="00801D53" w:rsidRDefault="003B6FB0">
      <w:pPr>
        <w:spacing w:after="0" w:line="240" w:lineRule="auto"/>
        <w:ind w:firstLine="709"/>
        <w:jc w:val="both"/>
        <w:rPr>
          <w:lang w:val="ru-RU"/>
        </w:rPr>
      </w:pPr>
      <w:r w:rsidRPr="00801D53">
        <w:rPr>
          <w:lang w:val="ru-RU"/>
        </w:rPr>
        <w:t>2.2. Договор между Компанией и Дизайнером заключается в порядке присоединения путем акцепта настоящей Оферты в электронной форме. С даты акцепта настоящей Оферты ее условия становятся обязательными для Дизайнера в полном объеме.</w:t>
      </w:r>
    </w:p>
    <w:p w14:paraId="1EE14C9E" w14:textId="77777777" w:rsidR="00CD6885" w:rsidRPr="00801D53" w:rsidRDefault="003B6FB0">
      <w:pPr>
        <w:spacing w:after="0" w:line="240" w:lineRule="auto"/>
        <w:ind w:firstLine="709"/>
        <w:jc w:val="both"/>
        <w:rPr>
          <w:lang w:val="ru-RU"/>
        </w:rPr>
      </w:pPr>
      <w:r w:rsidRPr="00801D53">
        <w:rPr>
          <w:lang w:val="ru-RU"/>
        </w:rPr>
        <w:t>2.3. Настоящая Оферта регулируется законодательством Республики Казахстан, включая нормы гражданского законодательства об оферте и акцепте, договоре присоединения, защите персональных данных, электронном взаимодействии сторон и рассмотрении споров.</w:t>
      </w:r>
    </w:p>
    <w:p w14:paraId="1EE14C9F" w14:textId="77777777" w:rsidR="00CD6885" w:rsidRPr="00801D53" w:rsidRDefault="003B6FB0">
      <w:pPr>
        <w:spacing w:after="0" w:line="240" w:lineRule="auto"/>
        <w:ind w:firstLine="709"/>
        <w:jc w:val="both"/>
        <w:rPr>
          <w:lang w:val="ru-RU"/>
        </w:rPr>
      </w:pPr>
      <w:r w:rsidRPr="00801D53">
        <w:rPr>
          <w:lang w:val="ru-RU"/>
        </w:rPr>
        <w:t xml:space="preserve">2.4. Настоящая Оферта размещается в сети Интернет по адресу </w:t>
      </w:r>
      <w:r>
        <w:t>https</w:t>
      </w:r>
      <w:r w:rsidRPr="00801D53">
        <w:rPr>
          <w:lang w:val="ru-RU"/>
        </w:rPr>
        <w:t>://</w:t>
      </w:r>
      <w:r>
        <w:t>www</w:t>
      </w:r>
      <w:r w:rsidRPr="00801D53">
        <w:rPr>
          <w:lang w:val="ru-RU"/>
        </w:rPr>
        <w:t>.</w:t>
      </w:r>
      <w:proofErr w:type="spellStart"/>
      <w:r>
        <w:t>pana</w:t>
      </w:r>
      <w:proofErr w:type="spellEnd"/>
      <w:r w:rsidRPr="00801D53">
        <w:rPr>
          <w:lang w:val="ru-RU"/>
        </w:rPr>
        <w:t>-</w:t>
      </w:r>
      <w:r>
        <w:t>design</w:t>
      </w:r>
      <w:r w:rsidRPr="00801D53">
        <w:rPr>
          <w:lang w:val="ru-RU"/>
        </w:rPr>
        <w:t>.</w:t>
      </w:r>
      <w:r>
        <w:t>com</w:t>
      </w:r>
      <w:r w:rsidRPr="00801D53">
        <w:rPr>
          <w:lang w:val="ru-RU"/>
        </w:rPr>
        <w:t xml:space="preserve"> либо по иному адресу, указанному Компанией как официальный адрес публикации документов платформы.</w:t>
      </w:r>
    </w:p>
    <w:p w14:paraId="1EE14CA0" w14:textId="77777777" w:rsidR="00CD6885" w:rsidRPr="00801D53" w:rsidRDefault="003B6FB0">
      <w:pPr>
        <w:spacing w:after="0" w:line="240" w:lineRule="auto"/>
        <w:ind w:firstLine="709"/>
        <w:jc w:val="both"/>
        <w:rPr>
          <w:lang w:val="ru-RU"/>
        </w:rPr>
      </w:pPr>
      <w:r w:rsidRPr="00801D53">
        <w:rPr>
          <w:lang w:val="ru-RU"/>
        </w:rPr>
        <w:t xml:space="preserve">2.5. Компания вправе в одностороннем порядке изменять настоящую Оферту, </w:t>
      </w:r>
      <w:r>
        <w:t>SLA</w:t>
      </w:r>
      <w:r w:rsidRPr="00801D53">
        <w:rPr>
          <w:lang w:val="ru-RU"/>
        </w:rPr>
        <w:t xml:space="preserve">, Правила платформы, Политику конфиденциальности в отношении обработки персональных данных, а также иные документы, прямо указанные в настоящей Оферте. Новая редакция вступает в силу по истечении 5 (пяти) календарных дней с даты публикации, если более поздний срок не указан в соответствующей редакции. Изменения не применяются </w:t>
      </w:r>
      <w:proofErr w:type="spellStart"/>
      <w:r w:rsidRPr="00801D53">
        <w:rPr>
          <w:lang w:val="ru-RU"/>
        </w:rPr>
        <w:t>ретроактивно</w:t>
      </w:r>
      <w:proofErr w:type="spellEnd"/>
      <w:r w:rsidRPr="00801D53">
        <w:rPr>
          <w:lang w:val="ru-RU"/>
        </w:rPr>
        <w:t xml:space="preserve"> к уже принятым в работу заказам, начисленным суммам и завершенным этапам оказания услуг, если иное не вытекает из императивных требований законодательства или отдельного согласования сторон.</w:t>
      </w:r>
    </w:p>
    <w:p w14:paraId="1EE14CA1" w14:textId="77777777" w:rsidR="00CD6885" w:rsidRPr="00801D53" w:rsidRDefault="003B6FB0">
      <w:pPr>
        <w:spacing w:after="0" w:line="240" w:lineRule="auto"/>
        <w:ind w:firstLine="709"/>
        <w:jc w:val="both"/>
        <w:rPr>
          <w:lang w:val="ru-RU"/>
        </w:rPr>
      </w:pPr>
      <w:r w:rsidRPr="00801D53">
        <w:rPr>
          <w:lang w:val="ru-RU"/>
        </w:rPr>
        <w:t xml:space="preserve">2.6. Вопросы, не урегулированные настоящей Офертой, регулируются документами платформы и законодательством Республики Казахстан. В случае противоречия между настоящей Офертой и </w:t>
      </w:r>
      <w:r w:rsidRPr="00801D53">
        <w:rPr>
          <w:lang w:val="ru-RU"/>
        </w:rPr>
        <w:lastRenderedPageBreak/>
        <w:t>иными документами платформы приоритет имеют положения настоящей Оферты, если в самой Оферте прямо не установлено, что соответствующий вопрос регулируется специальным документом.</w:t>
      </w:r>
    </w:p>
    <w:p w14:paraId="1EE14CA2" w14:textId="77777777" w:rsidR="00CD6885" w:rsidRPr="00801D53" w:rsidRDefault="003B6FB0">
      <w:pPr>
        <w:spacing w:after="0" w:line="240" w:lineRule="auto"/>
        <w:ind w:firstLine="709"/>
        <w:jc w:val="both"/>
        <w:rPr>
          <w:lang w:val="ru-RU"/>
        </w:rPr>
      </w:pPr>
      <w:r w:rsidRPr="00801D53">
        <w:rPr>
          <w:lang w:val="ru-RU"/>
        </w:rPr>
        <w:t>2.7. Настоящая Оферта не является трудовым договором, не создает трудовых отношений между Компанией и Дизайнером и не порождает обязанность Компании обеспечивать Дизайнера постоянным объемом заказов или рабочим местом. Дизайнер действует как самостоятельный и независимый исполнитель, если иное прямо не предусмотрено отдельным письменным соглашением сторон.</w:t>
      </w:r>
    </w:p>
    <w:p w14:paraId="1EE14CA3" w14:textId="77777777" w:rsidR="00CD6885" w:rsidRPr="00801D53" w:rsidRDefault="003B6FB0">
      <w:pPr>
        <w:spacing w:before="120" w:after="120" w:line="240" w:lineRule="auto"/>
        <w:jc w:val="center"/>
        <w:rPr>
          <w:lang w:val="ru-RU"/>
        </w:rPr>
      </w:pPr>
      <w:r w:rsidRPr="00801D53">
        <w:rPr>
          <w:b/>
          <w:sz w:val="24"/>
          <w:lang w:val="ru-RU"/>
        </w:rPr>
        <w:t>3. ДОКУМЕНТЫ ПЛАТФОРМЫ И ИХ ПРИОРИТЕТ</w:t>
      </w:r>
    </w:p>
    <w:p w14:paraId="1EE14CA4" w14:textId="77777777" w:rsidR="00CD6885" w:rsidRPr="00801D53" w:rsidRDefault="003B6FB0">
      <w:pPr>
        <w:spacing w:after="0" w:line="240" w:lineRule="auto"/>
        <w:ind w:firstLine="709"/>
        <w:jc w:val="both"/>
        <w:rPr>
          <w:lang w:val="ru-RU"/>
        </w:rPr>
      </w:pPr>
      <w:r w:rsidRPr="00801D53">
        <w:rPr>
          <w:lang w:val="ru-RU"/>
        </w:rPr>
        <w:t xml:space="preserve">3.1. Неотъемлемой частью настоящей Оферты являются: </w:t>
      </w:r>
      <w:r>
        <w:t>SLA</w:t>
      </w:r>
      <w:r w:rsidRPr="00801D53">
        <w:rPr>
          <w:lang w:val="ru-RU"/>
        </w:rPr>
        <w:t>; Правила платформы; Политика конфиденциальности в отношении обработки персональных данных; пользовательская оферта или иные условия для клиентов платформы в части, влияющей на модель исполнения заказа, приемку результата и пределы правок; условия для поставщиков либо правила работы с поставщиками в части, затрагивающей услугу комплектации.</w:t>
      </w:r>
    </w:p>
    <w:p w14:paraId="1EE14CA5" w14:textId="77777777" w:rsidR="00CD6885" w:rsidRPr="00801D53" w:rsidRDefault="003B6FB0">
      <w:pPr>
        <w:spacing w:after="0" w:line="240" w:lineRule="auto"/>
        <w:ind w:firstLine="709"/>
        <w:jc w:val="both"/>
        <w:rPr>
          <w:lang w:val="ru-RU"/>
        </w:rPr>
      </w:pPr>
      <w:r w:rsidRPr="00801D53">
        <w:rPr>
          <w:lang w:val="ru-RU"/>
        </w:rPr>
        <w:t xml:space="preserve">3.2. Для целей толкования и применения документов платформы действует следующий приоритет: настоящая Оферта; Политика конфиденциальности в отношении обработки персональных данных по вопросам обработки и защиты персональных данных; </w:t>
      </w:r>
      <w:r>
        <w:t>SLA</w:t>
      </w:r>
      <w:r w:rsidRPr="00801D53">
        <w:rPr>
          <w:lang w:val="ru-RU"/>
        </w:rPr>
        <w:t xml:space="preserve"> по вопросам сроков, стандартов сервиса, качества коммуникации и операционных метрик; Правила платформы по вопросам функционала, модерации, правил использования аккаунта и внутренней процедуры работы; карточка конкретного заказа по вопросам состава услуги, цены, статуса и параметров конкретного проекта.</w:t>
      </w:r>
    </w:p>
    <w:p w14:paraId="1EE14CA6" w14:textId="77777777" w:rsidR="00CD6885" w:rsidRPr="00801D53" w:rsidRDefault="003B6FB0">
      <w:pPr>
        <w:spacing w:after="0" w:line="240" w:lineRule="auto"/>
        <w:ind w:firstLine="709"/>
        <w:jc w:val="both"/>
        <w:rPr>
          <w:lang w:val="ru-RU"/>
        </w:rPr>
      </w:pPr>
      <w:r w:rsidRPr="00801D53">
        <w:rPr>
          <w:lang w:val="ru-RU"/>
        </w:rPr>
        <w:t>3.3. Если один и тот же вопрос урегулирован несколькими документами, применяется документ, который является специальным по отношению к соответствующему вопросу, при условии, что такое специальное регулирование не противоречит настоящей Оферте и императивным требованиям законодательства.</w:t>
      </w:r>
    </w:p>
    <w:p w14:paraId="1EE14CA7" w14:textId="77777777" w:rsidR="00CD6885" w:rsidRPr="00801D53" w:rsidRDefault="003B6FB0">
      <w:pPr>
        <w:spacing w:before="120" w:after="120" w:line="240" w:lineRule="auto"/>
        <w:jc w:val="center"/>
        <w:rPr>
          <w:lang w:val="ru-RU"/>
        </w:rPr>
      </w:pPr>
      <w:r w:rsidRPr="00801D53">
        <w:rPr>
          <w:b/>
          <w:sz w:val="24"/>
          <w:lang w:val="ru-RU"/>
        </w:rPr>
        <w:t>4. ПОРЯДОК АКЦЕПТА И ЭЛЕКТРОННАЯ ФИКСАЦИЯ</w:t>
      </w:r>
    </w:p>
    <w:p w14:paraId="1EE14CA8" w14:textId="77777777" w:rsidR="00CD6885" w:rsidRPr="00801D53" w:rsidRDefault="003B6FB0">
      <w:pPr>
        <w:spacing w:after="0" w:line="240" w:lineRule="auto"/>
        <w:ind w:firstLine="709"/>
        <w:jc w:val="both"/>
        <w:rPr>
          <w:lang w:val="ru-RU"/>
        </w:rPr>
      </w:pPr>
      <w:r w:rsidRPr="00801D53">
        <w:rPr>
          <w:lang w:val="ru-RU"/>
        </w:rPr>
        <w:t>4.1. Акцептом настоящей Оферты признается совершение Дизайнером совокупности следующих действий: регистрация на платформе, создание учетной записи, подтверждение согласия с условиями Оферты и связанными с ней документами путем установки соответствующего чекбокса либо совершения иного однозначно определенного действия в интерфейсе платформы, а также последующее использование функционала личного кабинета Дизайнера.</w:t>
      </w:r>
    </w:p>
    <w:p w14:paraId="1EE14CA9" w14:textId="77777777" w:rsidR="00CD6885" w:rsidRPr="00801D53" w:rsidRDefault="003B6FB0">
      <w:pPr>
        <w:spacing w:after="0" w:line="240" w:lineRule="auto"/>
        <w:ind w:firstLine="709"/>
        <w:jc w:val="both"/>
        <w:rPr>
          <w:lang w:val="ru-RU"/>
        </w:rPr>
      </w:pPr>
      <w:r w:rsidRPr="00801D53">
        <w:rPr>
          <w:lang w:val="ru-RU"/>
        </w:rPr>
        <w:t xml:space="preserve">4.2. Компания обеспечивает техническую фиксацию акцепта и юридически значимых действий Дизайнера в пределах технических возможностей платформы, включая, помимо прочего, дату и время действия, </w:t>
      </w:r>
      <w:r>
        <w:t>IP</w:t>
      </w:r>
      <w:r w:rsidRPr="00801D53">
        <w:rPr>
          <w:lang w:val="ru-RU"/>
        </w:rPr>
        <w:t>-адрес, идентификатор учетной записи, номер телефона и/или адрес электронной почты, редакцию документа, идентификатор интерфейсной формы, логи подтверждения чекбокса, сведения о направлении кода подтверждения и иные технические метаданные информационной системы.</w:t>
      </w:r>
    </w:p>
    <w:p w14:paraId="1EE14CAA" w14:textId="77777777" w:rsidR="00CD6885" w:rsidRPr="00801D53" w:rsidRDefault="003B6FB0">
      <w:pPr>
        <w:spacing w:after="0" w:line="240" w:lineRule="auto"/>
        <w:ind w:firstLine="709"/>
        <w:jc w:val="both"/>
        <w:rPr>
          <w:lang w:val="ru-RU"/>
        </w:rPr>
      </w:pPr>
      <w:r w:rsidRPr="00801D53">
        <w:rPr>
          <w:lang w:val="ru-RU"/>
        </w:rPr>
        <w:t>4.3. Стороны признают, что сведения, сформированные информационной системой платформы при регистрации, акцепте, авторизации, принятии заказа в работу, загрузке результата, согласовании изменений, формировании расчетов и ином использовании платформы, могут использоваться Компанией в качестве допустимого доказательства факта совершения соответствующего действия Дизайнером, если иное не будет доказано в установленном порядке.</w:t>
      </w:r>
    </w:p>
    <w:p w14:paraId="1EE14CAB" w14:textId="77777777" w:rsidR="00CD6885" w:rsidRPr="00801D53" w:rsidRDefault="003B6FB0">
      <w:pPr>
        <w:spacing w:after="0" w:line="240" w:lineRule="auto"/>
        <w:ind w:firstLine="709"/>
        <w:jc w:val="both"/>
        <w:rPr>
          <w:lang w:val="ru-RU"/>
        </w:rPr>
      </w:pPr>
      <w:r w:rsidRPr="00801D53">
        <w:rPr>
          <w:lang w:val="ru-RU"/>
        </w:rPr>
        <w:t>4.4. Действия, совершенные после авторизации в личном кабинете с использованием логина, пароля, одноразового кода, средств двухфакторной аутентификации и/или иных средств идентификации, предусмотренных платформой, считаются совершенными самим Дизайнером, если он не докажет, что такие действия были совершены вследствие неправомерного доступа, о котором он своевременно уведомил Компанию.</w:t>
      </w:r>
    </w:p>
    <w:p w14:paraId="1EE14CAC" w14:textId="77777777" w:rsidR="00CD6885" w:rsidRPr="00801D53" w:rsidRDefault="003B6FB0">
      <w:pPr>
        <w:spacing w:after="0" w:line="240" w:lineRule="auto"/>
        <w:ind w:firstLine="709"/>
        <w:jc w:val="both"/>
        <w:rPr>
          <w:lang w:val="ru-RU"/>
        </w:rPr>
      </w:pPr>
      <w:r w:rsidRPr="00801D53">
        <w:rPr>
          <w:lang w:val="ru-RU"/>
        </w:rPr>
        <w:t>4.5. Дизайнер обязан обеспечивать конфиденциальность средств доступа к личному кабинету, незамедлительно уведомлять Компанию о компрометации аккаунта, утрате доступа, смене контактных данных и иных обстоятельствах, влияющих на безопасность использования платформы.</w:t>
      </w:r>
    </w:p>
    <w:p w14:paraId="1EE14CAD" w14:textId="77777777" w:rsidR="00CD6885" w:rsidRPr="00801D53" w:rsidRDefault="003B6FB0">
      <w:pPr>
        <w:spacing w:before="120" w:after="120" w:line="240" w:lineRule="auto"/>
        <w:jc w:val="center"/>
        <w:rPr>
          <w:lang w:val="ru-RU"/>
        </w:rPr>
      </w:pPr>
      <w:r w:rsidRPr="00801D53">
        <w:rPr>
          <w:b/>
          <w:sz w:val="24"/>
          <w:lang w:val="ru-RU"/>
        </w:rPr>
        <w:t>5. ПРЕДМЕТ ДОГОВОРА И МОДЕЛЬ ОТНОШЕНИЙ</w:t>
      </w:r>
    </w:p>
    <w:p w14:paraId="1EE14CAE" w14:textId="77777777" w:rsidR="00CD6885" w:rsidRPr="00801D53" w:rsidRDefault="003B6FB0">
      <w:pPr>
        <w:spacing w:after="0" w:line="240" w:lineRule="auto"/>
        <w:ind w:firstLine="709"/>
        <w:jc w:val="both"/>
        <w:rPr>
          <w:lang w:val="ru-RU"/>
        </w:rPr>
      </w:pPr>
      <w:r w:rsidRPr="00801D53">
        <w:rPr>
          <w:lang w:val="ru-RU"/>
        </w:rPr>
        <w:t xml:space="preserve">5.1. Компания предоставляет Дизайнеру доступ к функционалу платформы и организационно-технологической инфраструктуре, необходимым для оказания услуг клиентам через платформу, а </w:t>
      </w:r>
      <w:r w:rsidRPr="00801D53">
        <w:rPr>
          <w:lang w:val="ru-RU"/>
        </w:rPr>
        <w:lastRenderedPageBreak/>
        <w:t xml:space="preserve">Дизайнер принимает на себя обязательство использовать платформу добросовестно, соблюдать условия настоящей Оферты и оказывать услуги в соответствии с выбранными заказами, </w:t>
      </w:r>
      <w:r>
        <w:t>SLA</w:t>
      </w:r>
      <w:r w:rsidRPr="00801D53">
        <w:rPr>
          <w:lang w:val="ru-RU"/>
        </w:rPr>
        <w:t>, карточкой заказа и иными обязательными документами платформы.</w:t>
      </w:r>
    </w:p>
    <w:p w14:paraId="1EE14CAF" w14:textId="77777777" w:rsidR="00CD6885" w:rsidRPr="00801D53" w:rsidRDefault="003B6FB0">
      <w:pPr>
        <w:spacing w:after="0" w:line="240" w:lineRule="auto"/>
        <w:ind w:firstLine="709"/>
        <w:jc w:val="both"/>
        <w:rPr>
          <w:lang w:val="ru-RU"/>
        </w:rPr>
      </w:pPr>
      <w:r w:rsidRPr="00801D53">
        <w:rPr>
          <w:lang w:val="ru-RU"/>
        </w:rPr>
        <w:t>5.2. Компания не является работодателем Дизайнера, не руководит его трудовым процессом как работодатель, не устанавливает режим рабочего времени Дизайнера и не гарантирует объем заказов, если иное не предусмотрено отдельным соглашением сторон.</w:t>
      </w:r>
    </w:p>
    <w:p w14:paraId="1EE14CB0" w14:textId="77777777" w:rsidR="00CD6885" w:rsidRPr="00801D53" w:rsidRDefault="003B6FB0">
      <w:pPr>
        <w:spacing w:after="0" w:line="240" w:lineRule="auto"/>
        <w:ind w:firstLine="709"/>
        <w:jc w:val="both"/>
        <w:rPr>
          <w:lang w:val="ru-RU"/>
        </w:rPr>
      </w:pPr>
      <w:r w:rsidRPr="00801D53">
        <w:rPr>
          <w:lang w:val="ru-RU"/>
        </w:rPr>
        <w:t>5.3. Компания вправе осуществлять модерацию, контроль качества, верификацию данных, распределение заказов, прием и распределение платежей, отражение начислений, организацию коммуникации, рассмотрение жалоб и споров, а также принимать меры по защите прав клиентов, самой платформы и иных участников экосистемы в пределах настоящей Оферты и закона.</w:t>
      </w:r>
    </w:p>
    <w:p w14:paraId="1EE14CB1" w14:textId="77777777" w:rsidR="00CD6885" w:rsidRPr="00801D53" w:rsidRDefault="003B6FB0">
      <w:pPr>
        <w:spacing w:after="0" w:line="240" w:lineRule="auto"/>
        <w:ind w:firstLine="709"/>
        <w:jc w:val="both"/>
        <w:rPr>
          <w:lang w:val="ru-RU"/>
        </w:rPr>
      </w:pPr>
      <w:r w:rsidRPr="00801D53">
        <w:rPr>
          <w:lang w:val="ru-RU"/>
        </w:rPr>
        <w:t>5.4. Если иное прямо не предусмотрено интерфейсом платформы или отдельным письменным соглашением, Дизайнер не является представителем Компании и не вправе принимать на себя обязательства от имени Компании, делать юридически значимые заявления от имени Компании, а также давать клиентам или поставщикам обещания, выходящие за пределы функционала платформы и условий заказа.</w:t>
      </w:r>
    </w:p>
    <w:p w14:paraId="1EE14CB2" w14:textId="77777777" w:rsidR="00CD6885" w:rsidRPr="00801D53" w:rsidRDefault="003B6FB0">
      <w:pPr>
        <w:spacing w:before="120" w:after="120" w:line="240" w:lineRule="auto"/>
        <w:jc w:val="center"/>
        <w:rPr>
          <w:lang w:val="ru-RU"/>
        </w:rPr>
      </w:pPr>
      <w:r w:rsidRPr="00801D53">
        <w:rPr>
          <w:b/>
          <w:sz w:val="24"/>
          <w:lang w:val="ru-RU"/>
        </w:rPr>
        <w:t>6. ПРАВА И ОБЯЗАННОСТИ СТОРОН</w:t>
      </w:r>
    </w:p>
    <w:p w14:paraId="1EE14CB3" w14:textId="77777777" w:rsidR="00CD6885" w:rsidRPr="00801D53" w:rsidRDefault="003B6FB0">
      <w:pPr>
        <w:spacing w:after="0" w:line="240" w:lineRule="auto"/>
        <w:ind w:firstLine="709"/>
        <w:jc w:val="both"/>
        <w:rPr>
          <w:lang w:val="ru-RU"/>
        </w:rPr>
      </w:pPr>
      <w:r w:rsidRPr="00801D53">
        <w:rPr>
          <w:lang w:val="ru-RU"/>
        </w:rPr>
        <w:t xml:space="preserve">6.1. Дизайнер обязуется: предоставлять достоверные сведения о себе и своем статусе; поддерживать такие сведения в актуальном состоянии; соблюдать законодательство Республики Казахстан, настоящую Оферту, </w:t>
      </w:r>
      <w:r>
        <w:t>SLA</w:t>
      </w:r>
      <w:r w:rsidRPr="00801D53">
        <w:rPr>
          <w:lang w:val="ru-RU"/>
        </w:rPr>
        <w:t>, Правила платформы, Политику конфиденциальности в отношении обработки персональных данных; использовать платформу исключительно в правомерных целях; не нарушать права клиентов, Компании, поставщиков и третьих лиц.</w:t>
      </w:r>
    </w:p>
    <w:p w14:paraId="1EE14CB4" w14:textId="77777777" w:rsidR="00CD6885" w:rsidRPr="00801D53" w:rsidRDefault="003B6FB0">
      <w:pPr>
        <w:spacing w:after="0" w:line="240" w:lineRule="auto"/>
        <w:ind w:firstLine="709"/>
        <w:jc w:val="both"/>
        <w:rPr>
          <w:lang w:val="ru-RU"/>
        </w:rPr>
      </w:pPr>
      <w:r w:rsidRPr="00801D53">
        <w:rPr>
          <w:lang w:val="ru-RU"/>
        </w:rPr>
        <w:t>6.2. Дизайнер обязуется выполнять заказы лично либо с привлечением соисполнителей только при условии, что такое привлечение прямо допускается платформой, не ухудшает качество сервиса, не нарушает режим конфиденциальности и защиты персональных данных и не освобождает Дизайнера от ответственности перед Компанией.</w:t>
      </w:r>
    </w:p>
    <w:p w14:paraId="1EE14CB5" w14:textId="77777777" w:rsidR="00CD6885" w:rsidRPr="00801D53" w:rsidRDefault="003B6FB0">
      <w:pPr>
        <w:spacing w:after="0" w:line="240" w:lineRule="auto"/>
        <w:ind w:firstLine="709"/>
        <w:jc w:val="both"/>
        <w:rPr>
          <w:lang w:val="ru-RU"/>
        </w:rPr>
      </w:pPr>
      <w:r w:rsidRPr="00801D53">
        <w:rPr>
          <w:lang w:val="ru-RU"/>
        </w:rPr>
        <w:t>6.3. Дизайнер обязуется не использовать платформу для обхода Компании, переманивания клиентов, вывода сделок за пределы платформы, несанкционированного копирования данных, незаконного сбора персональных данных, размещения запрещенного контента, нарушения прав на результаты интеллектуальной деятельности и совершения иных действий, способных причинить убытки Компании, клиентам или третьим лицам.</w:t>
      </w:r>
    </w:p>
    <w:p w14:paraId="1EE14CB6" w14:textId="77777777" w:rsidR="00CD6885" w:rsidRPr="00801D53" w:rsidRDefault="003B6FB0">
      <w:pPr>
        <w:spacing w:after="0" w:line="240" w:lineRule="auto"/>
        <w:ind w:firstLine="709"/>
        <w:jc w:val="both"/>
        <w:rPr>
          <w:lang w:val="ru-RU"/>
        </w:rPr>
      </w:pPr>
      <w:r w:rsidRPr="00801D53">
        <w:rPr>
          <w:lang w:val="ru-RU"/>
        </w:rPr>
        <w:t>6.3.1. Дизайнер обязуется не осуществлять самостоятельно и не организовывать через третьих лиц оказание услуг, выполнение работ, комплектацию, доукомплектацию, сопровождение проекта, подбор товаров, консультирование либо иное коммерческое взаимодействие по Защищенному объекту платформы вне платформы, если доступ к соответствующему клиенту, адресу, Объекту, материалам проекта, смете, спецификации, поставщику либо иному ресурсу был получен Дизайнером через платформу.</w:t>
      </w:r>
    </w:p>
    <w:p w14:paraId="1EE14CB7" w14:textId="77777777" w:rsidR="00CD6885" w:rsidRPr="00801D53" w:rsidRDefault="003B6FB0">
      <w:pPr>
        <w:spacing w:after="0" w:line="240" w:lineRule="auto"/>
        <w:ind w:firstLine="709"/>
        <w:jc w:val="both"/>
        <w:rPr>
          <w:lang w:val="ru-RU"/>
        </w:rPr>
      </w:pPr>
      <w:r w:rsidRPr="00801D53">
        <w:rPr>
          <w:lang w:val="ru-RU"/>
        </w:rPr>
        <w:t>6.3.2. Дизайнеру запрещается использовать сведения о клиенте, адресе Объекта, составе помещений, концепции, проектных решениях, смете, спецификации, подборках товаров, результатах работ, материалах клиента, контактных данных клиента или поставщика, полученных через платформу, для продолжения работ по иным помещениям, комнатам, зонам либо этапам того же Объекта вне платформы.</w:t>
      </w:r>
    </w:p>
    <w:p w14:paraId="1EE14CB8" w14:textId="77777777" w:rsidR="00CD6885" w:rsidRPr="00801D53" w:rsidRDefault="003B6FB0">
      <w:pPr>
        <w:spacing w:after="0" w:line="240" w:lineRule="auto"/>
        <w:ind w:firstLine="709"/>
        <w:jc w:val="both"/>
        <w:rPr>
          <w:lang w:val="ru-RU"/>
        </w:rPr>
      </w:pPr>
      <w:r w:rsidRPr="00801D53">
        <w:rPr>
          <w:lang w:val="ru-RU"/>
        </w:rPr>
        <w:t xml:space="preserve">6.3.3. Если через платформу Дизайнер выполнил работы хотя бы по одной комнате, помещению, зоне либо этапу Объекта, такой Дизайнер не вправе вне платформы выполнять работы, консультировать, сопровождать, комплектовать либо иным образом участвовать в работах по другим комнатам, помещениям, зонам, этапам или частям того же Объекта, независимо от того, совпадает ли объем </w:t>
      </w:r>
      <w:proofErr w:type="spellStart"/>
      <w:r w:rsidRPr="00801D53">
        <w:rPr>
          <w:lang w:val="ru-RU"/>
        </w:rPr>
        <w:t>внеплатформенной</w:t>
      </w:r>
      <w:proofErr w:type="spellEnd"/>
      <w:r w:rsidRPr="00801D53">
        <w:rPr>
          <w:lang w:val="ru-RU"/>
        </w:rPr>
        <w:t xml:space="preserve"> работы с первоначальным объемом заказа на платформе.</w:t>
      </w:r>
    </w:p>
    <w:p w14:paraId="1EE14CB9" w14:textId="77777777" w:rsidR="00CD6885" w:rsidRPr="00801D53" w:rsidRDefault="003B6FB0">
      <w:pPr>
        <w:spacing w:after="0" w:line="240" w:lineRule="auto"/>
        <w:ind w:firstLine="709"/>
        <w:jc w:val="both"/>
        <w:rPr>
          <w:lang w:val="ru-RU"/>
        </w:rPr>
      </w:pPr>
      <w:r w:rsidRPr="00801D53">
        <w:rPr>
          <w:lang w:val="ru-RU"/>
        </w:rPr>
        <w:t>6.3.4. Дизайнер обязан воздерживаться от любых действий, которые могут создать условия для обхода платформы клиентом, поставщиком либо иными лицами, включая предоставление скидок, предложение продолжить работу напрямую, передачу контактов, перенаправление клиента в мессенджеры, социальные сети, иные сайты, а также содействие заключению прямых сделок по Защищенному объекту платформы.</w:t>
      </w:r>
    </w:p>
    <w:p w14:paraId="1EE14CBA" w14:textId="77777777" w:rsidR="00CD6885" w:rsidRPr="00801D53" w:rsidRDefault="003B6FB0">
      <w:pPr>
        <w:spacing w:after="0" w:line="240" w:lineRule="auto"/>
        <w:ind w:firstLine="709"/>
        <w:jc w:val="both"/>
        <w:rPr>
          <w:lang w:val="ru-RU"/>
        </w:rPr>
      </w:pPr>
      <w:r w:rsidRPr="00801D53">
        <w:rPr>
          <w:lang w:val="ru-RU"/>
        </w:rPr>
        <w:lastRenderedPageBreak/>
        <w:t>6.3.5. В случае если клиент, поставщик либо иное лицо предлагает Дизайнеру продолжить работу, комплектацию, доукомплектацию, сопровождение либо иную коммерческую деятельность по Защищенному объекту платформы вне платформы, Дизайнер обязан незамедлительно, но в любом случае не позднее 2 (двух) рабочих дней, уведомить об этом Компанию через официальные каналы связи платформы.</w:t>
      </w:r>
    </w:p>
    <w:p w14:paraId="1EE14CBB" w14:textId="77777777" w:rsidR="00CD6885" w:rsidRPr="00801D53" w:rsidRDefault="003B6FB0">
      <w:pPr>
        <w:spacing w:after="0" w:line="240" w:lineRule="auto"/>
        <w:ind w:firstLine="709"/>
        <w:jc w:val="both"/>
        <w:rPr>
          <w:lang w:val="ru-RU"/>
        </w:rPr>
      </w:pPr>
      <w:r w:rsidRPr="00801D53">
        <w:rPr>
          <w:lang w:val="ru-RU"/>
        </w:rPr>
        <w:t>6.3.6. Дизайнер обязуется не использовать Аффилированных и связанных лиц Дизайнера для совершения действий, которые были бы запрещены самому Дизайнеру по настоящей Оферте. Действия таких лиц в отношении Защищенного объекта платформы рассматриваются как действия самого Дизайнера, если Компания обоснованно подтвердит связь таких действий с Дизайнером.</w:t>
      </w:r>
    </w:p>
    <w:p w14:paraId="1EE14CBC" w14:textId="77777777" w:rsidR="00CD6885" w:rsidRPr="00801D53" w:rsidRDefault="003B6FB0">
      <w:pPr>
        <w:spacing w:after="0" w:line="240" w:lineRule="auto"/>
        <w:ind w:firstLine="709"/>
        <w:jc w:val="both"/>
        <w:rPr>
          <w:lang w:val="ru-RU"/>
        </w:rPr>
      </w:pPr>
      <w:r w:rsidRPr="00801D53">
        <w:rPr>
          <w:lang w:val="ru-RU"/>
        </w:rPr>
        <w:t>6.4. Компания обязуется предоставлять Дизайнеру доступ к функционалу платформы в объеме, предусмотренном текущей версией сервиса, с учетом регламентных работ, технических ограничений, профилактики, обновлений и мер безопасности.</w:t>
      </w:r>
    </w:p>
    <w:p w14:paraId="1EE14CBD" w14:textId="77777777" w:rsidR="00CD6885" w:rsidRPr="00801D53" w:rsidRDefault="003B6FB0">
      <w:pPr>
        <w:spacing w:after="0" w:line="240" w:lineRule="auto"/>
        <w:ind w:firstLine="709"/>
        <w:jc w:val="both"/>
        <w:rPr>
          <w:lang w:val="ru-RU"/>
        </w:rPr>
      </w:pPr>
      <w:r w:rsidRPr="00801D53">
        <w:rPr>
          <w:lang w:val="ru-RU"/>
        </w:rPr>
        <w:t>6.5. Компания обязуется отражать в личном кабинете существенные сведения о заказах, статусах, начислениях, удержаниях и уведомлениях в той мере, в какой это предусмотрено функционалом платформы и внутренними процессами Компании.</w:t>
      </w:r>
    </w:p>
    <w:p w14:paraId="1EE14CBE" w14:textId="77777777" w:rsidR="00CD6885" w:rsidRPr="00801D53" w:rsidRDefault="003B6FB0">
      <w:pPr>
        <w:spacing w:after="0" w:line="240" w:lineRule="auto"/>
        <w:ind w:firstLine="709"/>
        <w:jc w:val="both"/>
        <w:rPr>
          <w:lang w:val="ru-RU"/>
        </w:rPr>
      </w:pPr>
      <w:r w:rsidRPr="00801D53">
        <w:rPr>
          <w:lang w:val="ru-RU"/>
        </w:rPr>
        <w:t>6.6. Компания вправе запрашивать у Дизайнера документы и сведения, необходимые для идентификации, верификации статуса, соблюдения налоговых и бухгалтерских требований, выполнения обязанностей по противодействию мошенничеству, рассмотрения споров, обработки претензий и соблюдения законодательства.</w:t>
      </w:r>
    </w:p>
    <w:p w14:paraId="1EE14CBF" w14:textId="77777777" w:rsidR="00CD6885" w:rsidRPr="00801D53" w:rsidRDefault="003B6FB0">
      <w:pPr>
        <w:spacing w:after="0" w:line="240" w:lineRule="auto"/>
        <w:ind w:firstLine="709"/>
        <w:jc w:val="both"/>
        <w:rPr>
          <w:lang w:val="ru-RU"/>
        </w:rPr>
      </w:pPr>
      <w:r w:rsidRPr="00801D53">
        <w:rPr>
          <w:lang w:val="ru-RU"/>
        </w:rPr>
        <w:t xml:space="preserve">6.7. Компания вправе временно ограничить доступ Дизайнера к отдельным функциям платформы, приостановить прием новых заказов или приостановить выплаты в случаях, прямо предусмотренных настоящей Офертой либо объективно необходимых для предотвращения утечки данных, мошенничества, обхода платформы, существенного нарушения </w:t>
      </w:r>
      <w:r>
        <w:t>SLA</w:t>
      </w:r>
      <w:r w:rsidRPr="00801D53">
        <w:rPr>
          <w:lang w:val="ru-RU"/>
        </w:rPr>
        <w:t>, причинения вреда клиентам, расследования инцидента безопасности или исполнения требований закона. По общему правилу Компания уведомляет Дизайнера о причине и мере ограничения, за исключением случаев, когда немедленное действие необходимо для предотвращения более значительного ущерба или нарушения закона.</w:t>
      </w:r>
    </w:p>
    <w:p w14:paraId="1EE14CC0" w14:textId="77777777" w:rsidR="00CD6885" w:rsidRPr="00801D53" w:rsidRDefault="003B6FB0">
      <w:pPr>
        <w:spacing w:before="120" w:after="120" w:line="240" w:lineRule="auto"/>
        <w:jc w:val="center"/>
        <w:rPr>
          <w:lang w:val="ru-RU"/>
        </w:rPr>
      </w:pPr>
      <w:r w:rsidRPr="00801D53">
        <w:rPr>
          <w:b/>
          <w:sz w:val="24"/>
          <w:lang w:val="ru-RU"/>
        </w:rPr>
        <w:t>7. ПОРЯДОК ИСПОЛНЕНИЯ ЗАКАЗОВ, РЕЗУЛЬТАТ, ПРАВКИ И ПРИЕМКА</w:t>
      </w:r>
    </w:p>
    <w:p w14:paraId="1EE14CC1" w14:textId="77777777" w:rsidR="00CD6885" w:rsidRPr="00801D53" w:rsidRDefault="003B6FB0">
      <w:pPr>
        <w:spacing w:after="0" w:line="240" w:lineRule="auto"/>
        <w:ind w:firstLine="709"/>
        <w:jc w:val="both"/>
        <w:rPr>
          <w:lang w:val="ru-RU"/>
        </w:rPr>
      </w:pPr>
      <w:r w:rsidRPr="00801D53">
        <w:rPr>
          <w:lang w:val="ru-RU"/>
        </w:rPr>
        <w:t xml:space="preserve">7.1. Состав, объем, сроки и иные параметры результата по каждому заказу определяются карточкой услуги, карточкой заказа, </w:t>
      </w:r>
      <w:r>
        <w:t>SLA</w:t>
      </w:r>
      <w:r w:rsidRPr="00801D53">
        <w:rPr>
          <w:lang w:val="ru-RU"/>
        </w:rPr>
        <w:t>, пользовательскими условиями платформы для соответствующего пакета и иными документами платформы, прямо отнесенными к соответствующему сервису.</w:t>
      </w:r>
    </w:p>
    <w:p w14:paraId="1EE14CC2" w14:textId="77777777" w:rsidR="00CD6885" w:rsidRPr="00801D53" w:rsidRDefault="003B6FB0" w:rsidP="00801D53">
      <w:pPr>
        <w:spacing w:after="0" w:line="240" w:lineRule="auto"/>
        <w:ind w:firstLine="709"/>
        <w:jc w:val="both"/>
        <w:rPr>
          <w:lang w:val="ru-RU"/>
        </w:rPr>
      </w:pPr>
      <w:r w:rsidRPr="00801D53">
        <w:rPr>
          <w:lang w:val="ru-RU"/>
        </w:rPr>
        <w:t>7.2. Дизайнер обязан загружать результат работ и промежуточные материалы в форматах и через каналы, предусмотренные платформой. Материалы, переданные вне платформы без прямого разрешения Компании, могут не признаваться надлежащим исполнением, если иное не следует из обстоятельств конкретного дела.</w:t>
      </w:r>
    </w:p>
    <w:p w14:paraId="1EE14CC3" w14:textId="77777777" w:rsidR="00CD6885" w:rsidRPr="00801D53" w:rsidRDefault="003B6FB0" w:rsidP="00801D53">
      <w:pPr>
        <w:spacing w:after="0"/>
        <w:ind w:firstLine="709"/>
        <w:jc w:val="both"/>
        <w:rPr>
          <w:lang w:val="ru-RU"/>
        </w:rPr>
      </w:pPr>
      <w:r w:rsidRPr="00801D53">
        <w:rPr>
          <w:lang w:val="ru-RU"/>
        </w:rPr>
        <w:t>7.3. Клиент самостоятельно несет ответственность за полноту, достоверность и точность исходных данных по Объекту, включая размеры помещений, результаты замеров, планы, схемы, фото, видео и иные сведения, передаваемые через платформу. Если иное прямо не предусмотрено соответствующим сервисом платформы, Компания и Дизайнер исходят из корректности данных, предоставленных клиентом.</w:t>
      </w:r>
    </w:p>
    <w:p w14:paraId="1EE14CC4" w14:textId="77777777" w:rsidR="00CD6885" w:rsidRPr="00801D53" w:rsidRDefault="003B6FB0" w:rsidP="00801D53">
      <w:pPr>
        <w:spacing w:after="0"/>
        <w:ind w:firstLine="709"/>
        <w:jc w:val="both"/>
        <w:rPr>
          <w:lang w:val="ru-RU"/>
        </w:rPr>
      </w:pPr>
      <w:r w:rsidRPr="00801D53">
        <w:rPr>
          <w:lang w:val="ru-RU"/>
        </w:rPr>
        <w:t>7.4. Если Дизайнер выполняет работы на основании замеров, планов или иных исходных данных, предоставленных клиентом, Компания и Дизайнер не несут ответственность за недостатки результата работ, ошибки в планировочных решениях, спецификациях, подборе товаров либо необходимость корректировок, вызванные недостоверностью, неполнотой или неточностью таких данных, если только соответствующий сервис платформы прямо не предусматривает выездной обмер, проверку замеров либо иную форму верификации исходных данных силами Компании или Дизайнера.</w:t>
      </w:r>
    </w:p>
    <w:p w14:paraId="1EE14CC5" w14:textId="77777777" w:rsidR="00CD6885" w:rsidRDefault="003B6FB0" w:rsidP="00801D53">
      <w:pPr>
        <w:spacing w:after="0" w:line="240" w:lineRule="auto"/>
        <w:ind w:firstLine="709"/>
        <w:jc w:val="both"/>
        <w:rPr>
          <w:lang w:val="ru-RU"/>
        </w:rPr>
      </w:pPr>
      <w:r w:rsidRPr="00801D53">
        <w:rPr>
          <w:lang w:val="ru-RU"/>
        </w:rPr>
        <w:t xml:space="preserve">7.5. Клиент вправе принять результат, направить мотивированные замечания либо не совершить действий в течение срока, установленного правилами соответствующего сервиса. Замечания клиента </w:t>
      </w:r>
      <w:r w:rsidRPr="00801D53">
        <w:rPr>
          <w:lang w:val="ru-RU"/>
        </w:rPr>
        <w:lastRenderedPageBreak/>
        <w:t>учитываются только в пределах первоначального задания, оплаченного пакета и разумно ожидаемого объема правок.</w:t>
      </w:r>
    </w:p>
    <w:p w14:paraId="3131A3E0" w14:textId="2DF2ABFA" w:rsidR="00955D4F" w:rsidRDefault="00955D4F" w:rsidP="00801D53">
      <w:pPr>
        <w:spacing w:after="0" w:line="240" w:lineRule="auto"/>
        <w:ind w:firstLine="709"/>
        <w:jc w:val="both"/>
        <w:rPr>
          <w:lang w:val="ru-RU"/>
        </w:rPr>
      </w:pPr>
      <w:r>
        <w:rPr>
          <w:lang w:val="ru-RU"/>
        </w:rPr>
        <w:t xml:space="preserve">7.5.1. </w:t>
      </w:r>
      <w:r w:rsidRPr="00955D4F">
        <w:rPr>
          <w:lang w:val="ru-RU"/>
        </w:rPr>
        <w:t>Под одним раундом правок в рамках настоящей Оферты понимается единовременное направление Клиентом через предусмотренный функционал Платформы мотивированного, исчерпывающего и сформированного в один пакет перечня замечаний и корректировок к промежуточному или финальному Результату работ по соответствующему этапу.</w:t>
      </w:r>
    </w:p>
    <w:p w14:paraId="7513951F" w14:textId="4E69DDB6" w:rsidR="00955D4F" w:rsidRDefault="00955D4F" w:rsidP="00801D53">
      <w:pPr>
        <w:spacing w:after="0" w:line="240" w:lineRule="auto"/>
        <w:ind w:firstLine="709"/>
        <w:jc w:val="both"/>
        <w:rPr>
          <w:lang w:val="ru-RU"/>
        </w:rPr>
      </w:pPr>
      <w:r>
        <w:rPr>
          <w:lang w:val="ru-RU"/>
        </w:rPr>
        <w:t xml:space="preserve">7.5.2. </w:t>
      </w:r>
      <w:r w:rsidR="00527690" w:rsidRPr="00527690">
        <w:rPr>
          <w:lang w:val="ru-RU"/>
        </w:rPr>
        <w:t>Замечания, направленные Клиентом по отдельности, частями, через не предусмотренные Платформой каналы связи либо без использования функционала, предназначенного для фиксации замечаний, не считаются официально зафиксированным раундом правок до момента их надлежащего оформления через Платформу, если иное не будет прямо подтверждено Компанией.</w:t>
      </w:r>
    </w:p>
    <w:p w14:paraId="1CF2112B" w14:textId="3A8BC04F" w:rsidR="00527690" w:rsidRDefault="00527690" w:rsidP="00801D53">
      <w:pPr>
        <w:spacing w:after="0" w:line="240" w:lineRule="auto"/>
        <w:ind w:firstLine="709"/>
        <w:jc w:val="both"/>
        <w:rPr>
          <w:lang w:val="ru-RU"/>
        </w:rPr>
      </w:pPr>
      <w:r>
        <w:rPr>
          <w:lang w:val="ru-RU"/>
        </w:rPr>
        <w:t xml:space="preserve">7.5.3. </w:t>
      </w:r>
      <w:r w:rsidRPr="00527690">
        <w:rPr>
          <w:lang w:val="ru-RU"/>
        </w:rPr>
        <w:t xml:space="preserve">Количество раундов правок, доступных Клиенту без дополнительной оплаты, определяется выбранным пакетом услуги, карточкой заказа, </w:t>
      </w:r>
      <w:r w:rsidRPr="00527690">
        <w:t>SLA</w:t>
      </w:r>
      <w:r w:rsidRPr="00527690">
        <w:rPr>
          <w:lang w:val="ru-RU"/>
        </w:rPr>
        <w:t>, пользовательскими условиями Платформы и регламентом раундов правок. Такие правки допускаются только в пределах первоначального технического задания, выбранного пакета, соответствующего этапа и разумно ожидаемого объема доработок.</w:t>
      </w:r>
    </w:p>
    <w:p w14:paraId="6884E3DF" w14:textId="0725CA94" w:rsidR="00527690" w:rsidRPr="00527690" w:rsidRDefault="00527690" w:rsidP="00801D53">
      <w:pPr>
        <w:spacing w:after="0" w:line="240" w:lineRule="auto"/>
        <w:ind w:firstLine="709"/>
        <w:jc w:val="both"/>
        <w:rPr>
          <w:lang w:val="ru-RU"/>
        </w:rPr>
      </w:pPr>
      <w:r>
        <w:rPr>
          <w:lang w:val="ru-RU"/>
        </w:rPr>
        <w:t xml:space="preserve">7.5.4. </w:t>
      </w:r>
      <w:r w:rsidRPr="00527690">
        <w:rPr>
          <w:lang w:val="ru-RU"/>
        </w:rPr>
        <w:t>Корректировки, которые фактически изменяют первоначальное техническое задание, выбранный стиль после его утверждения, функциональное назначение комнаты, состав помещения, согласованные габариты мебели, бюджетные параметры, объем результата либо требуют создания нового самостоятельного результата, не признаются правками в рамках оплаченного пакета и могут оформляться как дополнительный заказ либо дополнительная платная услуга через Платформу.</w:t>
      </w:r>
    </w:p>
    <w:p w14:paraId="1EE14CC6" w14:textId="77777777" w:rsidR="00CD6885" w:rsidRPr="00801D53" w:rsidRDefault="003B6FB0">
      <w:pPr>
        <w:spacing w:after="0" w:line="240" w:lineRule="auto"/>
        <w:ind w:firstLine="709"/>
        <w:jc w:val="both"/>
        <w:rPr>
          <w:lang w:val="ru-RU"/>
        </w:rPr>
      </w:pPr>
      <w:r w:rsidRPr="00801D53">
        <w:rPr>
          <w:lang w:val="ru-RU"/>
        </w:rPr>
        <w:t>7.6. Правки, выходящие за пределы исходного задания клиента, оплаченного объема услуг, состава помещения, параметров проекта или фактически приводящие к созданию нового самостоятельного результата, не считаются обязательными для Дизайнера без дополнительного согласования через платформу.</w:t>
      </w:r>
    </w:p>
    <w:p w14:paraId="1EE14CC7" w14:textId="77777777" w:rsidR="00CD6885" w:rsidRDefault="003B6FB0">
      <w:pPr>
        <w:spacing w:after="0" w:line="240" w:lineRule="auto"/>
        <w:ind w:firstLine="709"/>
        <w:jc w:val="both"/>
        <w:rPr>
          <w:lang w:val="ru-RU"/>
        </w:rPr>
      </w:pPr>
      <w:r w:rsidRPr="00801D53">
        <w:rPr>
          <w:lang w:val="ru-RU"/>
        </w:rPr>
        <w:t xml:space="preserve">7.7. Если клиент направил мотивированные замечания, относящиеся к согласованному объему услуги, Дизайнер обязан в разумный срок либо в срок, установленный </w:t>
      </w:r>
      <w:r>
        <w:t>SLA</w:t>
      </w:r>
      <w:r w:rsidRPr="00801D53">
        <w:rPr>
          <w:lang w:val="ru-RU"/>
        </w:rPr>
        <w:t>, устранить такие замечания, если они относятся к качеству результата, а не к изменению исходного задания клиента.</w:t>
      </w:r>
    </w:p>
    <w:p w14:paraId="75362300" w14:textId="3C02F73E" w:rsidR="00527690" w:rsidRPr="00527690" w:rsidRDefault="00527690">
      <w:pPr>
        <w:spacing w:after="0" w:line="240" w:lineRule="auto"/>
        <w:ind w:firstLine="709"/>
        <w:jc w:val="both"/>
        <w:rPr>
          <w:lang w:val="ru-RU"/>
        </w:rPr>
      </w:pPr>
      <w:r>
        <w:rPr>
          <w:lang w:val="ru-RU"/>
        </w:rPr>
        <w:t xml:space="preserve">7.7.1. </w:t>
      </w:r>
      <w:r w:rsidRPr="00527690">
        <w:rPr>
          <w:lang w:val="ru-RU"/>
        </w:rPr>
        <w:t xml:space="preserve">Плановый срок обработки и внесения изменений Дизайнером по каждому официально зафиксированному Платформой раунду правок составляет от 1 (одного) до 3 (трех) рабочих дней в зависимости от сложности, объема доработок и применимого </w:t>
      </w:r>
      <w:r w:rsidRPr="00527690">
        <w:t>SLA</w:t>
      </w:r>
      <w:r w:rsidRPr="00527690">
        <w:rPr>
          <w:lang w:val="ru-RU"/>
        </w:rPr>
        <w:t>, если иной срок не предусмотрен карточкой заказа, правилами соответствующего сервиса или отдельным подтверждением Компании через Платформу.</w:t>
      </w:r>
    </w:p>
    <w:p w14:paraId="1EE14CC8" w14:textId="77777777" w:rsidR="00CD6885" w:rsidRPr="00801D53" w:rsidRDefault="003B6FB0">
      <w:pPr>
        <w:spacing w:after="0" w:line="240" w:lineRule="auto"/>
        <w:ind w:firstLine="709"/>
        <w:jc w:val="both"/>
        <w:rPr>
          <w:lang w:val="ru-RU"/>
        </w:rPr>
      </w:pPr>
      <w:r w:rsidRPr="00801D53">
        <w:rPr>
          <w:lang w:val="ru-RU"/>
        </w:rPr>
        <w:t>7.8. Заказ считается завершенным после подтверждения результата клиентом через платформу либо после истечения срока на замечания, если клиент не направил мотивированных замечаний и иное не предусмотрено правилами соответствующего сервиса. Компания вправе предусмотреть дополнительную внутреннюю проверку результата, если это необходимо для разрешения спора, проверки качества или защиты прав сторон.</w:t>
      </w:r>
    </w:p>
    <w:p w14:paraId="1EE14CC9" w14:textId="77777777" w:rsidR="00CD6885" w:rsidRDefault="003B6FB0">
      <w:pPr>
        <w:spacing w:after="0" w:line="240" w:lineRule="auto"/>
        <w:ind w:firstLine="709"/>
        <w:jc w:val="both"/>
        <w:rPr>
          <w:lang w:val="ru-RU"/>
        </w:rPr>
      </w:pPr>
      <w:r w:rsidRPr="00801D53">
        <w:rPr>
          <w:lang w:val="ru-RU"/>
        </w:rPr>
        <w:t>7.9. Если завершение заказа невозможно по причинам, зависящим от клиента, включая непредоставление исходных данных, отсутствие обратной связи, отказ от коммуникации или изменение задания вне согласованного объема, порядок завершения заказа, частичной приемки и расчета определяется правилами соответствующего сервиса, настоящей Офертой и фактическим объемом выполненных Дизайнером работ.</w:t>
      </w:r>
    </w:p>
    <w:p w14:paraId="7118D5EA" w14:textId="77777777" w:rsidR="00C80EE2" w:rsidRPr="00557872" w:rsidRDefault="00CF25F9" w:rsidP="00C80EE2">
      <w:pPr>
        <w:spacing w:after="0" w:line="240" w:lineRule="auto"/>
        <w:ind w:firstLine="709"/>
        <w:jc w:val="both"/>
        <w:rPr>
          <w:lang w:val="ru-RU"/>
        </w:rPr>
      </w:pPr>
      <w:r>
        <w:rPr>
          <w:lang w:val="ru-RU"/>
        </w:rPr>
        <w:t xml:space="preserve">7.10. </w:t>
      </w:r>
      <w:r w:rsidR="00C80EE2" w:rsidRPr="00557872">
        <w:rPr>
          <w:lang w:val="ru-RU"/>
        </w:rPr>
        <w:t xml:space="preserve">Дизайнер обязуется выполнять проектирование Объекта поэтапно и последовательно в соответствии с карточкой заказа, выбранным пакетом услуги, пользовательскими условиями Платформы и стандартами </w:t>
      </w:r>
      <w:r w:rsidR="00C80EE2" w:rsidRPr="00C80EE2">
        <w:t>SLA</w:t>
      </w:r>
      <w:r w:rsidR="00C80EE2" w:rsidRPr="00557872">
        <w:rPr>
          <w:lang w:val="ru-RU"/>
        </w:rPr>
        <w:t>, установленными для пакетов «Базовый дизайн» и «Комплексный дизайн».</w:t>
      </w:r>
    </w:p>
    <w:p w14:paraId="60D35583" w14:textId="77777777" w:rsidR="00C80EE2" w:rsidRPr="00557872" w:rsidRDefault="00C80EE2" w:rsidP="00C80EE2">
      <w:pPr>
        <w:spacing w:after="0" w:line="240" w:lineRule="auto"/>
        <w:ind w:firstLine="709"/>
        <w:jc w:val="both"/>
        <w:rPr>
          <w:lang w:val="ru-RU"/>
        </w:rPr>
      </w:pPr>
      <w:r w:rsidRPr="00557872">
        <w:rPr>
          <w:lang w:val="ru-RU"/>
        </w:rPr>
        <w:t>Если заказ Клиента включает 2 (две) и более комнаты, помещения, зоны либо иные самостоятельные части Объекта, Дизайнер обязан выполнять работы строго последовательно: каждая следующая комната, помещение, зона или иная часть Объекта начинается только после полного завершения, передачи Клиенту и приемки результата по предыдущей комнате, помещению, зоне или иной части Объекта либо после автоматической приемки такого результата по истечении срока на мотивированные замечания.</w:t>
      </w:r>
    </w:p>
    <w:p w14:paraId="268464D3" w14:textId="77777777" w:rsidR="00C80EE2" w:rsidRPr="00557872" w:rsidRDefault="00C80EE2" w:rsidP="00C80EE2">
      <w:pPr>
        <w:spacing w:after="0" w:line="240" w:lineRule="auto"/>
        <w:ind w:firstLine="709"/>
        <w:jc w:val="both"/>
        <w:rPr>
          <w:lang w:val="ru-RU"/>
        </w:rPr>
      </w:pPr>
      <w:r w:rsidRPr="00557872">
        <w:rPr>
          <w:lang w:val="ru-RU"/>
        </w:rPr>
        <w:lastRenderedPageBreak/>
        <w:t>Параллельное выполнение работ по нескольким комнатам, помещениям, зонам или иным частям Объекта не допускается, если иное прямо не разрешено Компанией через Платформу или отдельным письменным подтверждением.</w:t>
      </w:r>
    </w:p>
    <w:p w14:paraId="401CAB26" w14:textId="77777777" w:rsidR="00C80EE2" w:rsidRPr="00557872" w:rsidRDefault="00C80EE2" w:rsidP="00C80EE2">
      <w:pPr>
        <w:spacing w:after="0" w:line="240" w:lineRule="auto"/>
        <w:ind w:firstLine="709"/>
        <w:jc w:val="both"/>
        <w:rPr>
          <w:lang w:val="ru-RU"/>
        </w:rPr>
      </w:pPr>
      <w:r w:rsidRPr="00557872">
        <w:rPr>
          <w:lang w:val="ru-RU"/>
        </w:rPr>
        <w:t xml:space="preserve">При переходе к каждой следующей комнате, помещению, зоне или иной части Объекта контрольные сроки выполнения вводного и производственных этапов запускаются заново и исчисляются отдельно по каждой такой комнате, помещению, зоне или иной части Объекта в соответствии с </w:t>
      </w:r>
      <w:r w:rsidRPr="00C80EE2">
        <w:t>SLA</w:t>
      </w:r>
      <w:r w:rsidRPr="00557872">
        <w:rPr>
          <w:lang w:val="ru-RU"/>
        </w:rPr>
        <w:t>, карточкой заказа, выбранным пакетом услуги и настоящей Офертой.</w:t>
      </w:r>
    </w:p>
    <w:p w14:paraId="26DEA8FF" w14:textId="77777777" w:rsidR="00C80EE2" w:rsidRPr="00557872" w:rsidRDefault="00C80EE2" w:rsidP="00C80EE2">
      <w:pPr>
        <w:spacing w:after="0" w:line="240" w:lineRule="auto"/>
        <w:ind w:firstLine="709"/>
        <w:jc w:val="both"/>
        <w:rPr>
          <w:lang w:val="ru-RU"/>
        </w:rPr>
      </w:pPr>
      <w:r w:rsidRPr="00557872">
        <w:rPr>
          <w:lang w:val="ru-RU"/>
        </w:rPr>
        <w:t xml:space="preserve">Если иное не предусмотрено </w:t>
      </w:r>
      <w:r w:rsidRPr="00C80EE2">
        <w:t>SLA</w:t>
      </w:r>
      <w:r w:rsidRPr="00557872">
        <w:rPr>
          <w:lang w:val="ru-RU"/>
        </w:rPr>
        <w:t xml:space="preserve">, карточкой заказа или правилами соответствующего сервиса, контрольные </w:t>
      </w:r>
      <w:r w:rsidRPr="00C80EE2">
        <w:t>SLA</w:t>
      </w:r>
      <w:r w:rsidRPr="00557872">
        <w:rPr>
          <w:lang w:val="ru-RU"/>
        </w:rPr>
        <w:t>-сроки по каждой комнате, помещению, зоне или иной части Объекта включают:</w:t>
      </w:r>
    </w:p>
    <w:p w14:paraId="47061075" w14:textId="77777777" w:rsidR="00C80EE2" w:rsidRPr="00557872" w:rsidRDefault="00C80EE2" w:rsidP="00C80EE2">
      <w:pPr>
        <w:numPr>
          <w:ilvl w:val="0"/>
          <w:numId w:val="13"/>
        </w:numPr>
        <w:spacing w:after="0" w:line="240" w:lineRule="auto"/>
        <w:jc w:val="both"/>
        <w:rPr>
          <w:lang w:val="ru-RU"/>
        </w:rPr>
      </w:pPr>
      <w:r w:rsidRPr="00557872">
        <w:rPr>
          <w:lang w:val="ru-RU"/>
        </w:rPr>
        <w:t>первичный контакт с Клиентом - до 12 (двенадцати) часов с момента назначения Дизайнера на соответствующий этап либо поступления уведомления в Личный кабинет Дизайнера;</w:t>
      </w:r>
    </w:p>
    <w:p w14:paraId="4EB23FD4" w14:textId="77777777" w:rsidR="00C80EE2" w:rsidRPr="00557872" w:rsidRDefault="00C80EE2" w:rsidP="00C80EE2">
      <w:pPr>
        <w:numPr>
          <w:ilvl w:val="0"/>
          <w:numId w:val="13"/>
        </w:numPr>
        <w:spacing w:after="0" w:line="240" w:lineRule="auto"/>
        <w:jc w:val="both"/>
        <w:rPr>
          <w:lang w:val="ru-RU"/>
        </w:rPr>
      </w:pPr>
      <w:r w:rsidRPr="00557872">
        <w:rPr>
          <w:lang w:val="ru-RU"/>
        </w:rPr>
        <w:t xml:space="preserve">назначение координационного </w:t>
      </w:r>
      <w:proofErr w:type="spellStart"/>
      <w:r w:rsidRPr="00557872">
        <w:rPr>
          <w:lang w:val="ru-RU"/>
        </w:rPr>
        <w:t>видеозвонка</w:t>
      </w:r>
      <w:proofErr w:type="spellEnd"/>
      <w:r w:rsidRPr="00557872">
        <w:rPr>
          <w:lang w:val="ru-RU"/>
        </w:rPr>
        <w:t xml:space="preserve"> - в течение 48 (сорока восьми) часов с момента назначения Дизайнера на соответствующий этап, при условии предоставления Клиентом необходимых исходных данных, доступности Клиента для коммуникации и технической доступности Платформы;</w:t>
      </w:r>
    </w:p>
    <w:p w14:paraId="2747945D" w14:textId="77777777" w:rsidR="00C80EE2" w:rsidRPr="00557872" w:rsidRDefault="00C80EE2" w:rsidP="00C80EE2">
      <w:pPr>
        <w:numPr>
          <w:ilvl w:val="0"/>
          <w:numId w:val="13"/>
        </w:numPr>
        <w:spacing w:after="0" w:line="240" w:lineRule="auto"/>
        <w:jc w:val="both"/>
        <w:rPr>
          <w:lang w:val="ru-RU"/>
        </w:rPr>
      </w:pPr>
      <w:r w:rsidRPr="00557872">
        <w:rPr>
          <w:lang w:val="ru-RU"/>
        </w:rPr>
        <w:t>подготовку концепции (</w:t>
      </w:r>
      <w:proofErr w:type="spellStart"/>
      <w:r w:rsidRPr="00557872">
        <w:rPr>
          <w:lang w:val="ru-RU"/>
        </w:rPr>
        <w:t>мудборда</w:t>
      </w:r>
      <w:proofErr w:type="spellEnd"/>
      <w:r w:rsidRPr="00557872">
        <w:rPr>
          <w:lang w:val="ru-RU"/>
        </w:rPr>
        <w:t>) - до 3 (трех) рабочих дней с момента завершения вводного этапа и фиксации полноты исходных данных;</w:t>
      </w:r>
    </w:p>
    <w:p w14:paraId="0013804B" w14:textId="77777777" w:rsidR="00C80EE2" w:rsidRPr="00557872" w:rsidRDefault="00C80EE2" w:rsidP="00C80EE2">
      <w:pPr>
        <w:numPr>
          <w:ilvl w:val="0"/>
          <w:numId w:val="13"/>
        </w:numPr>
        <w:spacing w:after="0" w:line="240" w:lineRule="auto"/>
        <w:jc w:val="both"/>
        <w:rPr>
          <w:lang w:val="ru-RU"/>
        </w:rPr>
      </w:pPr>
      <w:r w:rsidRPr="00557872">
        <w:rPr>
          <w:lang w:val="ru-RU"/>
        </w:rPr>
        <w:t>подготовку планировочного решения - до 4 (четырех) рабочих дней с момента утверждения Клиентом результата предыдущего этапа;</w:t>
      </w:r>
    </w:p>
    <w:p w14:paraId="072D5BD2" w14:textId="77777777" w:rsidR="00C80EE2" w:rsidRPr="00557872" w:rsidRDefault="00C80EE2" w:rsidP="00C80EE2">
      <w:pPr>
        <w:numPr>
          <w:ilvl w:val="0"/>
          <w:numId w:val="13"/>
        </w:numPr>
        <w:spacing w:after="0" w:line="240" w:lineRule="auto"/>
        <w:jc w:val="both"/>
        <w:rPr>
          <w:lang w:val="ru-RU"/>
        </w:rPr>
      </w:pPr>
      <w:r w:rsidRPr="00557872">
        <w:rPr>
          <w:lang w:val="ru-RU"/>
        </w:rPr>
        <w:t>подготовку 3</w:t>
      </w:r>
      <w:r w:rsidRPr="00C80EE2">
        <w:t>D</w:t>
      </w:r>
      <w:r w:rsidRPr="00557872">
        <w:rPr>
          <w:lang w:val="ru-RU"/>
        </w:rPr>
        <w:t>-визуализации, если она входит в выбранный пакет услуги, - до 4 (четырех) рабочих дней с момента утверждения Клиентом результата предыдущего этапа;</w:t>
      </w:r>
    </w:p>
    <w:p w14:paraId="72283EF6" w14:textId="77777777" w:rsidR="00C80EE2" w:rsidRPr="00557872" w:rsidRDefault="00C80EE2" w:rsidP="00C80EE2">
      <w:pPr>
        <w:numPr>
          <w:ilvl w:val="0"/>
          <w:numId w:val="13"/>
        </w:numPr>
        <w:spacing w:after="0" w:line="240" w:lineRule="auto"/>
        <w:jc w:val="both"/>
        <w:rPr>
          <w:lang w:val="ru-RU"/>
        </w:rPr>
      </w:pPr>
      <w:r w:rsidRPr="00557872">
        <w:rPr>
          <w:lang w:val="ru-RU"/>
        </w:rPr>
        <w:t>подготовку спецификации, шопинг-листа, комплектации и/или технической документации в объеме выбранного пакета - до 3 (трех) рабочих дней с момента утверждения Клиентом результата предыдущего этапа.</w:t>
      </w:r>
    </w:p>
    <w:p w14:paraId="2932E6F8" w14:textId="2E03FC2F" w:rsidR="00CF25F9" w:rsidRPr="00557872" w:rsidRDefault="00C80EE2" w:rsidP="00C80EE2">
      <w:pPr>
        <w:spacing w:after="0" w:line="240" w:lineRule="auto"/>
        <w:ind w:firstLine="709"/>
        <w:jc w:val="both"/>
        <w:rPr>
          <w:lang w:val="ru-RU"/>
        </w:rPr>
      </w:pPr>
      <w:r w:rsidRPr="00557872">
        <w:rPr>
          <w:lang w:val="ru-RU"/>
        </w:rPr>
        <w:t xml:space="preserve">Нарушение Дизайнером контрольных </w:t>
      </w:r>
      <w:r w:rsidRPr="00C80EE2">
        <w:t>SLA</w:t>
      </w:r>
      <w:r w:rsidRPr="00557872">
        <w:rPr>
          <w:lang w:val="ru-RU"/>
        </w:rPr>
        <w:t xml:space="preserve">-сроков более чем на 2 (два) рабочих дня без уважительной причины, подтвержденной через Платформу или признанной Компанией, является нарушением </w:t>
      </w:r>
      <w:r w:rsidRPr="00C80EE2">
        <w:t>SLA</w:t>
      </w:r>
      <w:r w:rsidRPr="00557872">
        <w:rPr>
          <w:lang w:val="ru-RU"/>
        </w:rPr>
        <w:t xml:space="preserve"> и может повлечь снижение рейтинга Дизайнера, ограничение доступа к новым заказам, замену Дизайнера на проекте, удержание, уменьшение или приостановку выплаты в порядке, предусмотренном настоящей Офертой, </w:t>
      </w:r>
      <w:r w:rsidRPr="00C80EE2">
        <w:t>SLA</w:t>
      </w:r>
      <w:r w:rsidRPr="00557872">
        <w:rPr>
          <w:lang w:val="ru-RU"/>
        </w:rPr>
        <w:t xml:space="preserve"> и правилами соответствующего сервиса.</w:t>
      </w:r>
    </w:p>
    <w:p w14:paraId="1EE14CCA" w14:textId="77777777" w:rsidR="00CD6885" w:rsidRPr="00801D53" w:rsidRDefault="003B6FB0">
      <w:pPr>
        <w:spacing w:before="120" w:after="120" w:line="240" w:lineRule="auto"/>
        <w:jc w:val="center"/>
        <w:rPr>
          <w:lang w:val="ru-RU"/>
        </w:rPr>
      </w:pPr>
      <w:r w:rsidRPr="00801D53">
        <w:rPr>
          <w:b/>
          <w:sz w:val="24"/>
          <w:lang w:val="ru-RU"/>
        </w:rPr>
        <w:t>8. ВОЗНАГРАЖДЕНИЕ, НАЧИСЛЕНИЕ, ХОЛДЫ И ВЫПЛАТЫ</w:t>
      </w:r>
    </w:p>
    <w:p w14:paraId="1EE14CCB" w14:textId="77777777" w:rsidR="00CD6885" w:rsidRPr="00801D53" w:rsidRDefault="003B6FB0">
      <w:pPr>
        <w:spacing w:after="0" w:line="240" w:lineRule="auto"/>
        <w:ind w:firstLine="709"/>
        <w:jc w:val="both"/>
        <w:rPr>
          <w:lang w:val="ru-RU"/>
        </w:rPr>
      </w:pPr>
      <w:r w:rsidRPr="00801D53">
        <w:rPr>
          <w:lang w:val="ru-RU"/>
        </w:rPr>
        <w:t xml:space="preserve">8.1. Размер вознаграждения по заказу определяется карточкой конкретного заказа, тарифами платформы и применимыми правилами соответствующего сервиса, действующими на момент принятия заказа Дизайнером в работу. Если специальные тарифы или иные условия расчета прямо закреплены в </w:t>
      </w:r>
      <w:r>
        <w:t>SLA</w:t>
      </w:r>
      <w:r w:rsidRPr="00801D53">
        <w:rPr>
          <w:lang w:val="ru-RU"/>
        </w:rPr>
        <w:t>, карточке заказа или правилах сервиса, применяются такие специальные условия.</w:t>
      </w:r>
    </w:p>
    <w:p w14:paraId="32F2EB74" w14:textId="77777777" w:rsidR="007427FD" w:rsidRDefault="003B6FB0">
      <w:pPr>
        <w:spacing w:after="0" w:line="240" w:lineRule="auto"/>
        <w:ind w:firstLine="709"/>
        <w:jc w:val="both"/>
        <w:rPr>
          <w:lang w:val="ru-RU"/>
        </w:rPr>
      </w:pPr>
      <w:r w:rsidRPr="00801D53">
        <w:rPr>
          <w:lang w:val="ru-RU"/>
        </w:rPr>
        <w:t>8.2. Вознаграждение по услугам дизайна интерьера считается начисленным после завершения заказа в соответствии с разделом 7 настоящей Оферты, а по услуге комплектации - после наступления условий расчета, установленных правилами платформы для соответствующего сервиса, с учетом подтверждения заказа, возвратов, отмен, споров по товару, отказов клиентов и иных событий, прямо влияющих на окончательный расчет.</w:t>
      </w:r>
    </w:p>
    <w:p w14:paraId="4443BAC3" w14:textId="77777777" w:rsidR="00F86394" w:rsidRPr="00557872" w:rsidRDefault="007427FD" w:rsidP="00F86394">
      <w:pPr>
        <w:spacing w:after="0" w:line="240" w:lineRule="auto"/>
        <w:ind w:firstLine="709"/>
        <w:jc w:val="both"/>
        <w:rPr>
          <w:lang w:val="ru-RU"/>
        </w:rPr>
      </w:pPr>
      <w:r>
        <w:rPr>
          <w:lang w:val="ru-RU"/>
        </w:rPr>
        <w:t xml:space="preserve">8.2.1. </w:t>
      </w:r>
      <w:r w:rsidR="00F86394" w:rsidRPr="00557872">
        <w:rPr>
          <w:lang w:val="ru-RU"/>
        </w:rPr>
        <w:t>Вознаграждение Дизайнера за Услугу комплектации рассчитывается в размере 5% (пяти процентов) от фактически оплаченной Клиентом стоимости товаров, приобретенных через Платформу в рамках соответствующего заказа, сметы, спецификации, подборки товаров либо иного документа, сформированного или подтвержденного через Платформу.</w:t>
      </w:r>
    </w:p>
    <w:p w14:paraId="7560A068" w14:textId="77777777" w:rsidR="00F86394" w:rsidRPr="00557872" w:rsidRDefault="00F86394" w:rsidP="00F86394">
      <w:pPr>
        <w:spacing w:after="0" w:line="240" w:lineRule="auto"/>
        <w:ind w:firstLine="709"/>
        <w:jc w:val="both"/>
        <w:rPr>
          <w:lang w:val="ru-RU"/>
        </w:rPr>
      </w:pPr>
      <w:r w:rsidRPr="00557872">
        <w:rPr>
          <w:lang w:val="ru-RU"/>
        </w:rPr>
        <w:t>Вознаграждение за Услугу комплектации начисляется и переходит в статус «к выплате» в Личном кабинете Дизайнера при одновременном соблюдении следующих условий:</w:t>
      </w:r>
    </w:p>
    <w:p w14:paraId="16F6A042" w14:textId="77777777" w:rsidR="00F86394" w:rsidRPr="00557872" w:rsidRDefault="00F86394" w:rsidP="00F86394">
      <w:pPr>
        <w:numPr>
          <w:ilvl w:val="0"/>
          <w:numId w:val="12"/>
        </w:numPr>
        <w:spacing w:after="0" w:line="240" w:lineRule="auto"/>
        <w:jc w:val="both"/>
        <w:rPr>
          <w:lang w:val="ru-RU"/>
        </w:rPr>
      </w:pPr>
      <w:r w:rsidRPr="00557872">
        <w:rPr>
          <w:lang w:val="ru-RU"/>
        </w:rPr>
        <w:t>заказ на товар полностью оплачен Клиентом через Платформу, а соответствующие денежные средства успешно зачислены на расчетный счет Компании либо иным образом отражены в платежной системе Платформы как поступившие;</w:t>
      </w:r>
    </w:p>
    <w:p w14:paraId="0E6EBBCD" w14:textId="77777777" w:rsidR="00F86394" w:rsidRPr="00557872" w:rsidRDefault="00F86394" w:rsidP="00F86394">
      <w:pPr>
        <w:numPr>
          <w:ilvl w:val="0"/>
          <w:numId w:val="12"/>
        </w:numPr>
        <w:spacing w:after="0" w:line="240" w:lineRule="auto"/>
        <w:jc w:val="both"/>
        <w:rPr>
          <w:lang w:val="ru-RU"/>
        </w:rPr>
      </w:pPr>
      <w:r w:rsidRPr="00557872">
        <w:rPr>
          <w:lang w:val="ru-RU"/>
        </w:rPr>
        <w:t>заказ на товар подтвержден Поставщиком и исполнен, товар фактически передан Клиенту, а Платформа зафиксировала исполнение соответствующей сделки;</w:t>
      </w:r>
    </w:p>
    <w:p w14:paraId="49276750" w14:textId="77777777" w:rsidR="00F86394" w:rsidRPr="00557872" w:rsidRDefault="00F86394" w:rsidP="00F86394">
      <w:pPr>
        <w:numPr>
          <w:ilvl w:val="0"/>
          <w:numId w:val="12"/>
        </w:numPr>
        <w:spacing w:after="0" w:line="240" w:lineRule="auto"/>
        <w:jc w:val="both"/>
        <w:rPr>
          <w:lang w:val="ru-RU"/>
        </w:rPr>
      </w:pPr>
      <w:r w:rsidRPr="00557872">
        <w:rPr>
          <w:lang w:val="ru-RU"/>
        </w:rPr>
        <w:t xml:space="preserve">по соответствующему товару истек срок 14 (четырнадцать) календарных дней, исчисляемый со дня передачи товара Клиенту, установленный для возврата или обмена товара надлежащего </w:t>
      </w:r>
      <w:r w:rsidRPr="00557872">
        <w:rPr>
          <w:lang w:val="ru-RU"/>
        </w:rPr>
        <w:lastRenderedPageBreak/>
        <w:t>качества, если более длительный срок не предусмотрен законодательством Республики Казахстан, правилами Платформы, карточкой товара, условиями Поставщика или правилами платежного сервиса;</w:t>
      </w:r>
    </w:p>
    <w:p w14:paraId="07B3389D" w14:textId="77777777" w:rsidR="00F86394" w:rsidRPr="00557872" w:rsidRDefault="00F86394" w:rsidP="00F86394">
      <w:pPr>
        <w:numPr>
          <w:ilvl w:val="0"/>
          <w:numId w:val="12"/>
        </w:numPr>
        <w:spacing w:after="0" w:line="240" w:lineRule="auto"/>
        <w:jc w:val="both"/>
        <w:rPr>
          <w:lang w:val="ru-RU"/>
        </w:rPr>
      </w:pPr>
      <w:r w:rsidRPr="00557872">
        <w:rPr>
          <w:lang w:val="ru-RU"/>
        </w:rPr>
        <w:t xml:space="preserve">по соответствующему товару отсутствуют неурегулированные рекламации, претензии, заявления на возврат, споры по качеству, комплектности, доставке, цене, характеристикам товара, </w:t>
      </w:r>
      <w:r w:rsidRPr="00F86394">
        <w:t>chargeback</w:t>
      </w:r>
      <w:r w:rsidRPr="00557872">
        <w:rPr>
          <w:lang w:val="ru-RU"/>
        </w:rPr>
        <w:t>-операции либо иные обстоятельства, влияющие на окончательный расчет.</w:t>
      </w:r>
    </w:p>
    <w:p w14:paraId="018F9CA1" w14:textId="77777777" w:rsidR="00F86394" w:rsidRPr="00557872" w:rsidRDefault="00F86394" w:rsidP="00F86394">
      <w:pPr>
        <w:spacing w:after="0" w:line="240" w:lineRule="auto"/>
        <w:ind w:firstLine="709"/>
        <w:jc w:val="both"/>
        <w:rPr>
          <w:lang w:val="ru-RU"/>
        </w:rPr>
      </w:pPr>
      <w:r w:rsidRPr="00557872">
        <w:rPr>
          <w:lang w:val="ru-RU"/>
        </w:rPr>
        <w:t xml:space="preserve">Если Клиент осуществляет возврат </w:t>
      </w:r>
      <w:proofErr w:type="gramStart"/>
      <w:r w:rsidRPr="00557872">
        <w:rPr>
          <w:lang w:val="ru-RU"/>
        </w:rPr>
        <w:t>товара</w:t>
      </w:r>
      <w:proofErr w:type="gramEnd"/>
      <w:r w:rsidRPr="00557872">
        <w:rPr>
          <w:lang w:val="ru-RU"/>
        </w:rPr>
        <w:t xml:space="preserve"> надлежащего или ненадлежащего качества, отказывается от товара, оспаривает платеж либо если сделка по товару полностью или частично отменяется, вознаграждение Дизайнера за Услугу комплектации в отношении соответствующего товара не начисляется.</w:t>
      </w:r>
    </w:p>
    <w:p w14:paraId="7D788BCD" w14:textId="77777777" w:rsidR="00F86394" w:rsidRPr="00557872" w:rsidRDefault="00F86394" w:rsidP="00F86394">
      <w:pPr>
        <w:spacing w:after="0" w:line="240" w:lineRule="auto"/>
        <w:ind w:firstLine="709"/>
        <w:jc w:val="both"/>
        <w:rPr>
          <w:lang w:val="ru-RU"/>
        </w:rPr>
      </w:pPr>
      <w:r w:rsidRPr="00557872">
        <w:rPr>
          <w:lang w:val="ru-RU"/>
        </w:rPr>
        <w:t>Если на момент возврата, отмены, оспаривания платежа либо иного пересмотра сделки вознаграждение Дизайнера за Услугу комплектации уже было выплачено, Компания вправе удержать сумму ранее выплаченного вознаграждения, рассчитанную пропорционально стоимости возвращенного, отмененного или оспоренного товара, из последующих выплат Дизайнера в порядке, предусмотренном разделом 9 настоящей Оферты.</w:t>
      </w:r>
    </w:p>
    <w:p w14:paraId="1EE14CCD" w14:textId="149823F9" w:rsidR="00CD6885" w:rsidRDefault="003B6FB0" w:rsidP="00F86394">
      <w:pPr>
        <w:spacing w:after="0" w:line="240" w:lineRule="auto"/>
        <w:ind w:firstLine="709"/>
        <w:jc w:val="both"/>
        <w:rPr>
          <w:lang w:val="ru-RU"/>
        </w:rPr>
      </w:pPr>
      <w:r w:rsidRPr="00801D53">
        <w:rPr>
          <w:lang w:val="ru-RU"/>
        </w:rPr>
        <w:t>8.3. Суммы, перешедшие в статус «к выплате», перечисляются на банковский счет либо иные допустимые реквизиты Дизайнера, как правило, до 10 (десятого) числа месяца, следующего за месяцем, в котором соответствующий проект был закрыт клиентом либо сумма по иному сервису окончательно перешла в статус «к выплате», при условии представления Компании всех необходимых документов и отсутствия оснований для правомерного удержания, зачета или приостановки выплаты.</w:t>
      </w:r>
    </w:p>
    <w:p w14:paraId="0E24BDE8" w14:textId="1E6D93F2" w:rsidR="004913FC" w:rsidRPr="004913FC" w:rsidRDefault="004913FC">
      <w:pPr>
        <w:spacing w:after="0" w:line="240" w:lineRule="auto"/>
        <w:ind w:firstLine="709"/>
        <w:jc w:val="both"/>
        <w:rPr>
          <w:lang w:val="ru-RU"/>
        </w:rPr>
      </w:pPr>
      <w:r w:rsidRPr="004913FC">
        <w:rPr>
          <w:lang w:val="ru-RU"/>
        </w:rPr>
        <w:t xml:space="preserve">Для целей начисления вознаграждения Дизайнеру проект считается закрытым Клиентом не только при ручном подтверждении Клиентом результата работ в Личном кабинете, но и автоматически по истечении 5 (пяти) календарных дней со дня размещения финального Результата работ на Платформе и направления Клиенту уведомления о готовности результата, если в течение указанного срока от Клиента не поступили мотивированные замечания в пределах первоначального технического задания, выбранного пакета услуги и карточки заказа. Автоматическое закрытие проекта не препятствует Компании провести внутреннюю проверку результата, приостановить выплату, применить технический холд либо рассмотреть спор в порядке, предусмотренном настоящей Офертой, </w:t>
      </w:r>
      <w:r w:rsidRPr="004913FC">
        <w:t>SLA</w:t>
      </w:r>
      <w:r w:rsidRPr="004913FC">
        <w:rPr>
          <w:lang w:val="ru-RU"/>
        </w:rPr>
        <w:t xml:space="preserve"> и правилами соответствующего сервиса.</w:t>
      </w:r>
    </w:p>
    <w:p w14:paraId="1EE14CCE" w14:textId="77777777" w:rsidR="00CD6885" w:rsidRPr="00801D53" w:rsidRDefault="003B6FB0">
      <w:pPr>
        <w:spacing w:after="0" w:line="240" w:lineRule="auto"/>
        <w:ind w:firstLine="709"/>
        <w:jc w:val="both"/>
        <w:rPr>
          <w:lang w:val="ru-RU"/>
        </w:rPr>
      </w:pPr>
      <w:r w:rsidRPr="00801D53">
        <w:rPr>
          <w:lang w:val="ru-RU"/>
        </w:rPr>
        <w:t xml:space="preserve">8.4. Компания вправе устанавливать технический холд на сумму начисления либо ее часть на срок, разумно необходимый для проверки обстоятельств заказа, возвратов, жалоб, </w:t>
      </w:r>
      <w:r>
        <w:t>chargeback</w:t>
      </w:r>
      <w:r w:rsidRPr="00801D53">
        <w:rPr>
          <w:lang w:val="ru-RU"/>
        </w:rPr>
        <w:t>-операций, мошеннических действий, дублирующих выплат, частичного исполнения, налоговых и комплаенс-проверок. Если иной срок не вытекает из закона, требований банка, платежной организации, суда, государственного органа либо характера неурегулированного спора, обычный срок технического холда не должен превышать 90 календарных дней.</w:t>
      </w:r>
    </w:p>
    <w:p w14:paraId="1EE14CCF" w14:textId="77777777" w:rsidR="00CD6885" w:rsidRPr="00801D53" w:rsidRDefault="003B6FB0">
      <w:pPr>
        <w:spacing w:after="0" w:line="240" w:lineRule="auto"/>
        <w:ind w:firstLine="709"/>
        <w:jc w:val="both"/>
        <w:rPr>
          <w:lang w:val="ru-RU"/>
        </w:rPr>
      </w:pPr>
      <w:r w:rsidRPr="00801D53">
        <w:rPr>
          <w:lang w:val="ru-RU"/>
        </w:rPr>
        <w:t>8.5. Если спор касается только части начисленной суммы, Компания при наличии технической возможности и достаточных оснований вправе перечислить неоспариваемую часть вознаграждения отдельно от спорной части.</w:t>
      </w:r>
    </w:p>
    <w:p w14:paraId="1EE14CD0" w14:textId="77777777" w:rsidR="00CD6885" w:rsidRDefault="003B6FB0">
      <w:pPr>
        <w:spacing w:after="0" w:line="240" w:lineRule="auto"/>
        <w:ind w:firstLine="709"/>
        <w:jc w:val="both"/>
        <w:rPr>
          <w:lang w:val="ru-RU"/>
        </w:rPr>
      </w:pPr>
      <w:r w:rsidRPr="00801D53">
        <w:rPr>
          <w:lang w:val="ru-RU"/>
        </w:rPr>
        <w:t>8.6. Налоговый режим, состав документов и порядок отражения выплат зависят от статуса Дизайнера как физического лица, индивидуального предпринимателя или юридического лица и определяются применимым законодательством, внутренними процессами Компании и характером конкретной выплаты. Дизайнер обязан своевременно предоставить достоверные сведения и документы, необходимые для корректного оформления расчетов.</w:t>
      </w:r>
    </w:p>
    <w:p w14:paraId="0D99BB74" w14:textId="1C6EEE76" w:rsidR="00726B18" w:rsidRDefault="00726B18">
      <w:pPr>
        <w:spacing w:after="0" w:line="240" w:lineRule="auto"/>
        <w:ind w:firstLine="709"/>
        <w:jc w:val="both"/>
        <w:rPr>
          <w:lang w:val="ru-RU"/>
        </w:rPr>
      </w:pPr>
      <w:r>
        <w:rPr>
          <w:lang w:val="ru-RU"/>
        </w:rPr>
        <w:t xml:space="preserve">8.6.1. </w:t>
      </w:r>
      <w:r w:rsidRPr="00726B18">
        <w:rPr>
          <w:lang w:val="ru-RU"/>
        </w:rPr>
        <w:t>Если Дизайнер зарегистрирован в качестве индивидуального предпринимателя или является юридическим лицом в соответствии с законодательством Республики Казахстан либо иным применимым законодательством, такой Дизайнер самостоятельно исчисляет, декларирует и уплачивает все применимые налоги, сборы, обязательные платежи и иные отчисления, связанные с получением вознаграждения по настоящей Оферте. В указанном случае Компания не выступает налоговым агентом Дизайнера, если иное прямо не предусмотрено императивными требованиями применимого законодательства.</w:t>
      </w:r>
    </w:p>
    <w:p w14:paraId="2037B9D3" w14:textId="3BD52A84" w:rsidR="00726B18" w:rsidRPr="004913FC" w:rsidRDefault="00726B18">
      <w:pPr>
        <w:spacing w:after="0" w:line="240" w:lineRule="auto"/>
        <w:ind w:firstLine="709"/>
        <w:jc w:val="both"/>
        <w:rPr>
          <w:lang w:val="ru-RU"/>
        </w:rPr>
      </w:pPr>
      <w:r>
        <w:rPr>
          <w:lang w:val="ru-RU"/>
        </w:rPr>
        <w:t xml:space="preserve">8.6.2. </w:t>
      </w:r>
      <w:r w:rsidR="004913FC" w:rsidRPr="004913FC">
        <w:rPr>
          <w:lang w:val="ru-RU"/>
        </w:rPr>
        <w:t xml:space="preserve">Если Дизайнер является физическим лицом и не осуществляет деятельность в статусе индивидуального предпринимателя или юридического лица, Компания при выплате вознаграждения выполняет функции налогового агента и/или иного обязанного лица в пределах и случаях, </w:t>
      </w:r>
      <w:r w:rsidR="004913FC" w:rsidRPr="004913FC">
        <w:rPr>
          <w:lang w:val="ru-RU"/>
        </w:rPr>
        <w:lastRenderedPageBreak/>
        <w:t>предусмотренных законодательством Республики Казахстан. В таком случае Компания вправе удерживать из начисленного вознаграждения Дизайнера индивидуальный подоходный налог у источника выплаты, обязательные пенсионные взносы, взносы на обязательное социальное медицинское страхование и иные обязательные платежи, подлежащие удержанию или перечислению при выплате дохода физическому лицу, и перечислять их в бюджет, фонды или иные уполномоченные организации в порядке и сроки, установленные законодательством.</w:t>
      </w:r>
    </w:p>
    <w:p w14:paraId="1EE14CD1" w14:textId="77777777" w:rsidR="00CD6885" w:rsidRPr="00801D53" w:rsidRDefault="003B6FB0">
      <w:pPr>
        <w:spacing w:after="0" w:line="240" w:lineRule="auto"/>
        <w:ind w:firstLine="709"/>
        <w:jc w:val="both"/>
        <w:rPr>
          <w:lang w:val="ru-RU"/>
        </w:rPr>
      </w:pPr>
      <w:r w:rsidRPr="00801D53">
        <w:rPr>
          <w:lang w:val="ru-RU"/>
        </w:rPr>
        <w:t>8.7. Если по применимому законодательству Компания обязана выступать налоговым агентом либо выполнять иные обязательные функции при выплате вознаграждения, такие удержания и действия осуществляются Компанией в объеме, установленном законом.</w:t>
      </w:r>
    </w:p>
    <w:p w14:paraId="1EE14CD2" w14:textId="77777777" w:rsidR="00CD6885" w:rsidRPr="00801D53" w:rsidRDefault="003B6FB0">
      <w:pPr>
        <w:spacing w:before="120" w:after="120" w:line="240" w:lineRule="auto"/>
        <w:jc w:val="center"/>
        <w:rPr>
          <w:lang w:val="ru-RU"/>
        </w:rPr>
      </w:pPr>
      <w:r w:rsidRPr="00801D53">
        <w:rPr>
          <w:b/>
          <w:sz w:val="24"/>
          <w:lang w:val="ru-RU"/>
        </w:rPr>
        <w:t>9. УДЕРЖАНИЯ, СПИСАНИЯ, ЗАЧЕТ И СПОРЫ ПО РАСЧЕТАМ</w:t>
      </w:r>
    </w:p>
    <w:p w14:paraId="1EE14CD3" w14:textId="77777777" w:rsidR="00CD6885" w:rsidRPr="00801D53" w:rsidRDefault="003B6FB0">
      <w:pPr>
        <w:spacing w:after="0" w:line="240" w:lineRule="auto"/>
        <w:ind w:firstLine="709"/>
        <w:jc w:val="both"/>
        <w:rPr>
          <w:lang w:val="ru-RU"/>
        </w:rPr>
      </w:pPr>
      <w:r w:rsidRPr="00801D53">
        <w:rPr>
          <w:lang w:val="ru-RU"/>
        </w:rPr>
        <w:t xml:space="preserve">9.1. Удержание, уменьшение, списание, зачет либо приостановка выплаты допускаются только при наличии оснований, прямо предусмотренных настоящей Офертой, правилами конкретного сервиса, </w:t>
      </w:r>
      <w:r>
        <w:t>SLA</w:t>
      </w:r>
      <w:r w:rsidRPr="00801D53">
        <w:rPr>
          <w:lang w:val="ru-RU"/>
        </w:rPr>
        <w:t>, карточкой заказа, иными обязательными документами платформы либо законодательством Республики Казахстан.</w:t>
      </w:r>
    </w:p>
    <w:p w14:paraId="1EE14CD4" w14:textId="77777777" w:rsidR="00CD6885" w:rsidRPr="00801D53" w:rsidRDefault="003B6FB0">
      <w:pPr>
        <w:spacing w:after="0" w:line="240" w:lineRule="auto"/>
        <w:ind w:firstLine="709"/>
        <w:jc w:val="both"/>
        <w:rPr>
          <w:lang w:val="ru-RU"/>
        </w:rPr>
      </w:pPr>
      <w:r w:rsidRPr="00801D53">
        <w:rPr>
          <w:lang w:val="ru-RU"/>
        </w:rPr>
        <w:t xml:space="preserve">9.2. К числу возможных оснований относятся, в частности: подтвержденное невыполнение или ненадлежащее выполнение заказа; существенное нарушение </w:t>
      </w:r>
      <w:r>
        <w:t>SLA</w:t>
      </w:r>
      <w:r w:rsidRPr="00801D53">
        <w:rPr>
          <w:lang w:val="ru-RU"/>
        </w:rPr>
        <w:t>; возврат денежных средств клиенту; выявленное мошенничество; нарушение режима конфиденциальности или защиты персональных данных; нарушение запрета обхода платформы; двойная или ошибочная выплата; необходимость компенсации документально подтвержденных убытков Компании, возникших по вине Дизайнера; иные случаи, прямо предусмотренные документами платформы и законом.</w:t>
      </w:r>
    </w:p>
    <w:p w14:paraId="1EE14CD5" w14:textId="77777777" w:rsidR="00CD6885" w:rsidRPr="00801D53" w:rsidRDefault="003B6FB0">
      <w:pPr>
        <w:spacing w:after="0" w:line="240" w:lineRule="auto"/>
        <w:ind w:firstLine="709"/>
        <w:jc w:val="both"/>
        <w:rPr>
          <w:lang w:val="ru-RU"/>
        </w:rPr>
      </w:pPr>
      <w:r w:rsidRPr="00801D53">
        <w:rPr>
          <w:lang w:val="ru-RU"/>
        </w:rPr>
        <w:t>9.3. До удержания либо окончательного списания Компания направляет Дизайнеру уведомление с указанием основания, суммы, порядка расчета, статуса заказа и, при наличии, материалов, подтверждающих позицию Компании. Дизайнер вправе представить письменные возражения и пояснения в течение 5 (пяти) рабочих дней с даты получения уведомления, если иной срок прямо не установлен в Оферте.</w:t>
      </w:r>
    </w:p>
    <w:p w14:paraId="1EE14CD6" w14:textId="77777777" w:rsidR="00CD6885" w:rsidRPr="00801D53" w:rsidRDefault="003B6FB0">
      <w:pPr>
        <w:spacing w:after="0" w:line="240" w:lineRule="auto"/>
        <w:ind w:firstLine="709"/>
        <w:jc w:val="both"/>
        <w:rPr>
          <w:lang w:val="ru-RU"/>
        </w:rPr>
      </w:pPr>
      <w:r w:rsidRPr="00801D53">
        <w:rPr>
          <w:lang w:val="ru-RU"/>
        </w:rPr>
        <w:t>9.4. Компания рассматривает возражения Дизайнера в разумный срок, но, как правило, не более 10 (десяти) рабочих дней, если более длительное рассмотрение не требуется с учетом сложности спора, необходимости получения материалов от клиента, поставщика, платежного партнера либо проведения внутренней проверки.</w:t>
      </w:r>
    </w:p>
    <w:p w14:paraId="1EE14CD7" w14:textId="77777777" w:rsidR="00CD6885" w:rsidRPr="00801D53" w:rsidRDefault="003B6FB0">
      <w:pPr>
        <w:spacing w:after="0" w:line="240" w:lineRule="auto"/>
        <w:ind w:firstLine="709"/>
        <w:jc w:val="both"/>
        <w:rPr>
          <w:lang w:val="ru-RU"/>
        </w:rPr>
      </w:pPr>
      <w:r w:rsidRPr="00801D53">
        <w:rPr>
          <w:lang w:val="ru-RU"/>
        </w:rPr>
        <w:t xml:space="preserve">9.5. Само по себе субъективное выражение клиентом неудовлетворенности не является безусловным и достаточным основанием для полного списания вознаграждения без анализа фактического объема выполненных работ, соблюдения </w:t>
      </w:r>
      <w:r>
        <w:t>SLA</w:t>
      </w:r>
      <w:r w:rsidRPr="00801D53">
        <w:rPr>
          <w:lang w:val="ru-RU"/>
        </w:rPr>
        <w:t>, характера замечаний, действий Дизайнера по их устранению и применимых правил сервиса.</w:t>
      </w:r>
    </w:p>
    <w:p w14:paraId="1EE14CD8" w14:textId="77777777" w:rsidR="00CD6885" w:rsidRPr="00801D53" w:rsidRDefault="003B6FB0">
      <w:pPr>
        <w:spacing w:after="0" w:line="240" w:lineRule="auto"/>
        <w:ind w:firstLine="709"/>
        <w:jc w:val="both"/>
        <w:rPr>
          <w:lang w:val="ru-RU"/>
        </w:rPr>
      </w:pPr>
      <w:r w:rsidRPr="00801D53">
        <w:rPr>
          <w:lang w:val="ru-RU"/>
        </w:rPr>
        <w:t>9.6. Подтвержденные суммы удержания могут быть зачтены Компанией из будущих выплат Дизайнеру с соблюдением порядка уведомления, рассмотрения возражений и принципа соразмерности. В случае замены Дизайнера итоговый расчет производится с учетом фактически выполненного объема работ, пригодности результата к использованию и оснований замены.</w:t>
      </w:r>
    </w:p>
    <w:p w14:paraId="1EE14CD9" w14:textId="77777777" w:rsidR="00CD6885" w:rsidRPr="00801D53" w:rsidRDefault="003B6FB0">
      <w:pPr>
        <w:spacing w:after="0" w:line="240" w:lineRule="auto"/>
        <w:ind w:firstLine="709"/>
        <w:jc w:val="both"/>
        <w:rPr>
          <w:lang w:val="ru-RU"/>
        </w:rPr>
      </w:pPr>
      <w:r w:rsidRPr="00801D53">
        <w:rPr>
          <w:lang w:val="ru-RU"/>
        </w:rPr>
        <w:t>9.7. Нарушение Дизайнером запрета обхода платформы, включая попытку обхода, содействие обходу, неуведомление Компании о предложении обхода либо участие в работах по Защищенному объекту платформы вне платформы, является существенным нарушением настоящей Оферты.</w:t>
      </w:r>
    </w:p>
    <w:p w14:paraId="1EE14CDA" w14:textId="77777777" w:rsidR="00CD6885" w:rsidRPr="00801D53" w:rsidRDefault="003B6FB0">
      <w:pPr>
        <w:spacing w:after="0" w:line="240" w:lineRule="auto"/>
        <w:ind w:firstLine="709"/>
        <w:jc w:val="both"/>
        <w:rPr>
          <w:lang w:val="ru-RU"/>
        </w:rPr>
      </w:pPr>
      <w:r w:rsidRPr="00801D53">
        <w:rPr>
          <w:lang w:val="ru-RU"/>
        </w:rPr>
        <w:t>9.8. В случае подтвержденного нарушения запрета обхода платформы Компания вправе: приостановить выплаты Дизайнеру; произвести удержание из подлежащих выплате сумм; заблокировать либо ограничить доступ Дизайнера к платформе; прекратить сотрудничество в одностороннем порядке; потребовать уплаты неустойки; потребовать возмещения убытков в части, не покрытой неустойкой, если это допускается применимым законодательством и условиями настоящей Оферты.</w:t>
      </w:r>
    </w:p>
    <w:p w14:paraId="1EE14CDB" w14:textId="77777777" w:rsidR="00CD6885" w:rsidRPr="00801D53" w:rsidRDefault="003B6FB0">
      <w:pPr>
        <w:spacing w:after="0" w:line="240" w:lineRule="auto"/>
        <w:ind w:firstLine="709"/>
        <w:jc w:val="both"/>
        <w:rPr>
          <w:lang w:val="ru-RU"/>
        </w:rPr>
      </w:pPr>
      <w:r w:rsidRPr="00801D53">
        <w:rPr>
          <w:lang w:val="ru-RU"/>
        </w:rPr>
        <w:t xml:space="preserve">9.9. Участие Дизайнера во </w:t>
      </w:r>
      <w:proofErr w:type="spellStart"/>
      <w:r w:rsidRPr="00801D53">
        <w:rPr>
          <w:lang w:val="ru-RU"/>
        </w:rPr>
        <w:t>внеплатформенной</w:t>
      </w:r>
      <w:proofErr w:type="spellEnd"/>
      <w:r w:rsidRPr="00801D53">
        <w:rPr>
          <w:lang w:val="ru-RU"/>
        </w:rPr>
        <w:t xml:space="preserve"> работе по тому же клиенту, тому же адресу, тому же Объекту либо по иному Связанному объекту в течение срока действия запрета обхода платформы может рассматриваться Компанией как признак возможного обхода платформы и основание для проведения проверки, запроса пояснений и применения мер, предусмотренных настоящей Офертой, при наличии совокупности обстоятельств, подтверждающих связь такой работы с использованием ресурсов, контактов, материалов или коммерческих возможностей, полученных через платформу.</w:t>
      </w:r>
    </w:p>
    <w:p w14:paraId="1EE14CDC" w14:textId="77777777" w:rsidR="00CD6885" w:rsidRPr="00801D53" w:rsidRDefault="003B6FB0">
      <w:pPr>
        <w:spacing w:after="0" w:line="240" w:lineRule="auto"/>
        <w:ind w:firstLine="709"/>
        <w:jc w:val="both"/>
        <w:rPr>
          <w:lang w:val="ru-RU"/>
        </w:rPr>
      </w:pPr>
      <w:r w:rsidRPr="00801D53">
        <w:rPr>
          <w:lang w:val="ru-RU"/>
        </w:rPr>
        <w:lastRenderedPageBreak/>
        <w:t>9.10. За каждое подтвержденное нарушение запрета обхода платформы Дизайнер обязан уплатить Компании неустойку в размере 300 000 (трехсот тысяч) тенге либо в размере двойной суммы комиссии Компании, которую Компания получила бы при надлежащем оформлении соответствующей сделки через платформу, в зависимости от того, какая сумма окажется больше. Уплата неустойки не освобождает Дизайнера от обязанности прекратить нарушение, а также от возмещения убытков Компании в части, не покрытой неустойкой, если это допускается применимым законодательством.</w:t>
      </w:r>
    </w:p>
    <w:p w14:paraId="1EE14CDD" w14:textId="77777777" w:rsidR="00CD6885" w:rsidRPr="00801D53" w:rsidRDefault="003B6FB0">
      <w:pPr>
        <w:spacing w:before="120" w:after="120" w:line="240" w:lineRule="auto"/>
        <w:jc w:val="center"/>
        <w:rPr>
          <w:lang w:val="ru-RU"/>
        </w:rPr>
      </w:pPr>
      <w:r w:rsidRPr="00801D53">
        <w:rPr>
          <w:b/>
          <w:sz w:val="24"/>
          <w:lang w:val="ru-RU"/>
        </w:rPr>
        <w:t>10. ЭЛЕКТРОННЫЙ ДОКУМЕНТООБОРОТ И УВЕДОМЛЕНИЯ</w:t>
      </w:r>
    </w:p>
    <w:p w14:paraId="1EE14CDE" w14:textId="77777777" w:rsidR="00CD6885" w:rsidRPr="00801D53" w:rsidRDefault="003B6FB0">
      <w:pPr>
        <w:spacing w:after="0" w:line="240" w:lineRule="auto"/>
        <w:ind w:firstLine="709"/>
        <w:jc w:val="both"/>
        <w:rPr>
          <w:lang w:val="ru-RU"/>
        </w:rPr>
      </w:pPr>
      <w:r w:rsidRPr="00801D53">
        <w:rPr>
          <w:lang w:val="ru-RU"/>
        </w:rPr>
        <w:t xml:space="preserve">10.1. Юридически значимые сообщения, запросы документов, расчеты, отчеты, уведомления о нарушениях, ограничениях, удержаниях, изменении документов платформы и иные сообщения могут направляться Дизайнеру через личный кабинет, на адрес электронной почты, номер телефона, в том числе посредством </w:t>
      </w:r>
      <w:r>
        <w:t>SMS</w:t>
      </w:r>
      <w:r w:rsidRPr="00801D53">
        <w:rPr>
          <w:lang w:val="ru-RU"/>
        </w:rPr>
        <w:t xml:space="preserve">, </w:t>
      </w:r>
      <w:r>
        <w:t>push</w:t>
      </w:r>
      <w:r w:rsidRPr="00801D53">
        <w:rPr>
          <w:lang w:val="ru-RU"/>
        </w:rPr>
        <w:t>-уведомлений, мессенджеров и иных электронных каналов связи, указанных Дизайнером при регистрации либо допустимых функционалом платформы.</w:t>
      </w:r>
    </w:p>
    <w:p w14:paraId="1EE14CDF" w14:textId="77777777" w:rsidR="00CD6885" w:rsidRPr="00801D53" w:rsidRDefault="003B6FB0">
      <w:pPr>
        <w:spacing w:after="0" w:line="240" w:lineRule="auto"/>
        <w:ind w:firstLine="709"/>
        <w:jc w:val="both"/>
        <w:rPr>
          <w:lang w:val="ru-RU"/>
        </w:rPr>
      </w:pPr>
      <w:r w:rsidRPr="00801D53">
        <w:rPr>
          <w:lang w:val="ru-RU"/>
        </w:rPr>
        <w:t>10.2. Сообщение считается полученным Дизайнером с момента его размещения в личном кабинете либо отправки по указанным им контактным данным, если иное не будет доказано Дизайнером. Риск неполучения сообщения вследствие неактуальности контактных данных, отключения уведомлений либо несвоевременной проверки личного кабинета несет Дизайнер.</w:t>
      </w:r>
    </w:p>
    <w:p w14:paraId="1EE14CE0" w14:textId="77777777" w:rsidR="00CD6885" w:rsidRPr="00801D53" w:rsidRDefault="003B6FB0">
      <w:pPr>
        <w:spacing w:after="0" w:line="240" w:lineRule="auto"/>
        <w:ind w:firstLine="709"/>
        <w:jc w:val="both"/>
        <w:rPr>
          <w:lang w:val="ru-RU"/>
        </w:rPr>
      </w:pPr>
      <w:r w:rsidRPr="00801D53">
        <w:rPr>
          <w:lang w:val="ru-RU"/>
        </w:rPr>
        <w:t>10.3. Молчаливое согласие может применяться только в случаях, прямо предусмотренных настоящей Офертой или специальными правилами соответствующего сервиса, и только после предоставления Дизайнеру разумного срока для возражений.</w:t>
      </w:r>
    </w:p>
    <w:p w14:paraId="1EE14CE1" w14:textId="77777777" w:rsidR="00CD6885" w:rsidRPr="00801D53" w:rsidRDefault="003B6FB0">
      <w:pPr>
        <w:spacing w:after="0" w:line="240" w:lineRule="auto"/>
        <w:ind w:firstLine="709"/>
        <w:jc w:val="both"/>
        <w:rPr>
          <w:lang w:val="ru-RU"/>
        </w:rPr>
      </w:pPr>
      <w:r w:rsidRPr="00801D53">
        <w:rPr>
          <w:lang w:val="ru-RU"/>
        </w:rPr>
        <w:t>10.4. Дизайнер соглашается, что документы и сведения, сформированные и отображенные в интерфейсе платформы, могут использоваться сторонами как часть электронного документооборота и доказательственной базы по отношениям, вытекающим из настоящей Оферты.</w:t>
      </w:r>
    </w:p>
    <w:p w14:paraId="1EE14CE2" w14:textId="77777777" w:rsidR="00CD6885" w:rsidRPr="00801D53" w:rsidRDefault="003B6FB0">
      <w:pPr>
        <w:spacing w:before="120" w:after="120" w:line="240" w:lineRule="auto"/>
        <w:jc w:val="center"/>
        <w:rPr>
          <w:lang w:val="ru-RU"/>
        </w:rPr>
      </w:pPr>
      <w:r w:rsidRPr="00801D53">
        <w:rPr>
          <w:b/>
          <w:sz w:val="24"/>
          <w:lang w:val="ru-RU"/>
        </w:rPr>
        <w:t>11. ПЕРСОНАЛЬНЫЕ ДАННЫЕ И ИНФОРМАЦИОННАЯ БЕЗОПАСНОСТЬ</w:t>
      </w:r>
    </w:p>
    <w:p w14:paraId="1EE14CE3" w14:textId="77777777" w:rsidR="00CD6885" w:rsidRPr="00801D53" w:rsidRDefault="003B6FB0" w:rsidP="00801D53">
      <w:pPr>
        <w:spacing w:after="0" w:line="240" w:lineRule="auto"/>
        <w:ind w:firstLine="709"/>
        <w:jc w:val="both"/>
        <w:rPr>
          <w:lang w:val="ru-RU"/>
        </w:rPr>
      </w:pPr>
      <w:r w:rsidRPr="00801D53">
        <w:rPr>
          <w:lang w:val="ru-RU"/>
        </w:rPr>
        <w:t>11.1. Компания и Дизайнер обязуются соблюдать законодательство Республики Казахстан о персональных данных и их защите, а также обеспечивать обработку персональных данных на принципах законности, добросовестности, соразмерности, ограничения цели обработки и достаточности состава обрабатываемых данных. Доступ Дизайнера к персональным данным клиентов предоставляется только в объеме, необходимом и достаточном для исполнения соответствующего заказа через платформу.</w:t>
      </w:r>
    </w:p>
    <w:p w14:paraId="1EE14CE4" w14:textId="77777777" w:rsidR="00CD6885" w:rsidRPr="00801D53" w:rsidRDefault="003B6FB0" w:rsidP="00801D53">
      <w:pPr>
        <w:spacing w:after="0"/>
        <w:ind w:firstLine="709"/>
        <w:jc w:val="both"/>
        <w:rPr>
          <w:lang w:val="ru-RU"/>
        </w:rPr>
      </w:pPr>
      <w:r w:rsidRPr="00801D53">
        <w:rPr>
          <w:lang w:val="ru-RU"/>
        </w:rPr>
        <w:t>11.2. В пределах отношений, регулируемых настоящей Офертой, Дизайнер рассматривается как лицо, получающее доступ к персональным данным клиентов для исполнения заказа и выполнения функций, определенных платформой, и обязуется действовать исключительно в рамках целей, определенных Компанией, настоящей Офертой, Политикой конфиденциальности в отношении обработки персональных данных и функционалом соответствующего сервиса.</w:t>
      </w:r>
    </w:p>
    <w:p w14:paraId="1EE14CE5" w14:textId="77777777" w:rsidR="00CD6885" w:rsidRPr="00801D53" w:rsidRDefault="003B6FB0" w:rsidP="00801D53">
      <w:pPr>
        <w:spacing w:after="0"/>
        <w:ind w:firstLine="709"/>
        <w:jc w:val="both"/>
        <w:rPr>
          <w:lang w:val="ru-RU"/>
        </w:rPr>
      </w:pPr>
      <w:r w:rsidRPr="00801D53">
        <w:rPr>
          <w:lang w:val="ru-RU"/>
        </w:rPr>
        <w:t>11.3. Персональные данные клиентов могут включать, помимо прочего, фамилию, имя, контактный номер телефона, адрес электронной почты, адрес Объекта, фото и видео помещений, анкеты, планировочные данные, размеры помещений, пожелания по стилю, бюджету, составу работ и иные сведения, переданные клиентом через платформу либо в связи с исполнением заказа. Дизайнер не вправе самостоятельно расширять состав собираемых данных сверх объема, объективно необходимого для исполнения заказа.</w:t>
      </w:r>
    </w:p>
    <w:p w14:paraId="1EE14CE6" w14:textId="77777777" w:rsidR="00CD6885" w:rsidRPr="00801D53" w:rsidRDefault="003B6FB0" w:rsidP="00801D53">
      <w:pPr>
        <w:spacing w:after="0"/>
        <w:ind w:firstLine="709"/>
        <w:jc w:val="both"/>
        <w:rPr>
          <w:lang w:val="ru-RU"/>
        </w:rPr>
      </w:pPr>
      <w:r w:rsidRPr="00801D53">
        <w:rPr>
          <w:lang w:val="ru-RU"/>
        </w:rPr>
        <w:t>11.4. Дизайнер вправе использовать персональные данные клиентов исключительно в целях: исполнения заказа через платформу; коммуникации по заказу в пределах разрешенных каналов; подготовки, корректировки и загрузки результата работ; формирования смет, спецификаций и подборок товаров; взаимодействия с Компанией и, в разрешенных платформой случаях, с поставщиками в объеме, необходимом для исполнения заказа.</w:t>
      </w:r>
    </w:p>
    <w:p w14:paraId="1EE14CE7" w14:textId="77777777" w:rsidR="00CD6885" w:rsidRPr="00801D53" w:rsidRDefault="003B6FB0" w:rsidP="00801D53">
      <w:pPr>
        <w:spacing w:after="0"/>
        <w:ind w:firstLine="709"/>
        <w:jc w:val="both"/>
        <w:rPr>
          <w:lang w:val="ru-RU"/>
        </w:rPr>
      </w:pPr>
      <w:r w:rsidRPr="00801D53">
        <w:rPr>
          <w:lang w:val="ru-RU"/>
        </w:rPr>
        <w:t xml:space="preserve">11.5. Дизайнеру запрещается использовать персональные данные клиентов для собственных независимых целей, в том числе для прямого маркетинга, самостоятельного предложения услуг, </w:t>
      </w:r>
      <w:r w:rsidRPr="00801D53">
        <w:rPr>
          <w:lang w:val="ru-RU"/>
        </w:rPr>
        <w:lastRenderedPageBreak/>
        <w:t>формирования собственной клиентской базы, передачи третьим лицам вне платформы, использования в иных проектах, а также для любых действий, направленных на обход платформы.</w:t>
      </w:r>
    </w:p>
    <w:p w14:paraId="1EE14CE8" w14:textId="77777777" w:rsidR="00CD6885" w:rsidRPr="00801D53" w:rsidRDefault="003B6FB0" w:rsidP="00801D53">
      <w:pPr>
        <w:spacing w:after="0"/>
        <w:ind w:firstLine="709"/>
        <w:jc w:val="both"/>
        <w:rPr>
          <w:lang w:val="ru-RU"/>
        </w:rPr>
      </w:pPr>
      <w:r w:rsidRPr="00801D53">
        <w:rPr>
          <w:lang w:val="ru-RU"/>
        </w:rPr>
        <w:t>11.6. Дизайнер не вправе копировать, выгружать, тиражировать, передавать третьим лицам, размещать во внешних хранилищах, сохранять вне согласованных с Компанией информационных сред, распечатывать без необходимости, использовать для прямого самостоятельного взаимодействия с клиентом либо иным образом выводить из контролируемого оборота данные, полученные через платформу, если иное прямо не предусмотрено законом, настоящей Офертой или письменным разрешением Компании.</w:t>
      </w:r>
    </w:p>
    <w:p w14:paraId="1EE14CE9" w14:textId="77777777" w:rsidR="00CD6885" w:rsidRPr="00801D53" w:rsidRDefault="003B6FB0" w:rsidP="00801D53">
      <w:pPr>
        <w:spacing w:after="0"/>
        <w:ind w:firstLine="709"/>
        <w:jc w:val="both"/>
        <w:rPr>
          <w:lang w:val="ru-RU"/>
        </w:rPr>
      </w:pPr>
      <w:r w:rsidRPr="00801D53">
        <w:rPr>
          <w:lang w:val="ru-RU"/>
        </w:rPr>
        <w:t>11.7. Передача персональных данных поставщикам, подрядчикам, соисполнителям или иным лицам допускается только в случаях, когда такая передача прямо предусмотрена функционалом платформы, необходима для исполнения соответствующего заказа и осуществляется в объеме, минимально необходимом для достижения соответствующей цели. Привлечение соисполнителей Дизайнером не освобождает его от ответственности за соблюдение требований к конфиденциальности, законности обработки и защите персональных данных.</w:t>
      </w:r>
    </w:p>
    <w:p w14:paraId="1EE14CEA" w14:textId="77777777" w:rsidR="00CD6885" w:rsidRPr="00801D53" w:rsidRDefault="003B6FB0" w:rsidP="00801D53">
      <w:pPr>
        <w:spacing w:after="0"/>
        <w:ind w:firstLine="709"/>
        <w:jc w:val="both"/>
        <w:rPr>
          <w:lang w:val="ru-RU"/>
        </w:rPr>
      </w:pPr>
      <w:r w:rsidRPr="00801D53">
        <w:rPr>
          <w:lang w:val="ru-RU"/>
        </w:rPr>
        <w:t>11.8. Дизайнер обязан применять разумные и достаточные организационные и технические меры защиты информации, включая защиту средств доступа к аккаунту, использование паролей надлежащей сложности, недопущение передачи аккаунта третьим лицам, ограничение доступа неуполномоченных лиц к устройствам и материалам, связанным с заказами, использование актуальных средств антивирусной защиты и иных базовых мер информационной безопасности, соразмерных характеру обрабатываемых данных и рискам их утраты, раскрытия или несанкционированного изменения.</w:t>
      </w:r>
    </w:p>
    <w:p w14:paraId="1EE14CEB" w14:textId="77777777" w:rsidR="00CD6885" w:rsidRPr="00801D53" w:rsidRDefault="003B6FB0" w:rsidP="00801D53">
      <w:pPr>
        <w:spacing w:after="0"/>
        <w:ind w:firstLine="709"/>
        <w:jc w:val="both"/>
        <w:rPr>
          <w:lang w:val="ru-RU"/>
        </w:rPr>
      </w:pPr>
      <w:r w:rsidRPr="00801D53">
        <w:rPr>
          <w:lang w:val="ru-RU"/>
        </w:rPr>
        <w:t>11.9. Трансграничная передача персональных данных, а также их размещение в информационных системах, облачных хранилищах или сервисах, не согласованных с Компанией, не допускаются, если иное прямо не предусмотрено законодательством Республики Казахстан, Политикой конфиденциальности в отношении обработки персональных данных либо письменным разрешением Компании.</w:t>
      </w:r>
    </w:p>
    <w:p w14:paraId="1EE14CEC" w14:textId="77777777" w:rsidR="00CD6885" w:rsidRPr="00801D53" w:rsidRDefault="003B6FB0" w:rsidP="00801D53">
      <w:pPr>
        <w:spacing w:after="0"/>
        <w:ind w:firstLine="709"/>
        <w:jc w:val="both"/>
        <w:rPr>
          <w:lang w:val="ru-RU"/>
        </w:rPr>
      </w:pPr>
      <w:r w:rsidRPr="00801D53">
        <w:rPr>
          <w:lang w:val="ru-RU"/>
        </w:rPr>
        <w:t>11.10. При выявлении инцидента информационной безопасности, утраты устройства, компрометации аккаунта, несанкционированного доступа, утечки либо подозрения на нарушение режима обработки персональных данных Дизайнер обязан незамедлительно, но в любом случае не позднее 24 часов с момента, когда ему стало известно или должно было стать известно о таком событии, уведомить Компанию, прекратить действия, способные увеличить масштаб инцидента, сохранить имеющиеся сведения о таком событии и содействовать Компании в локализации последствий, внутренней проверке и исполнении применимых требований законодательства.</w:t>
      </w:r>
    </w:p>
    <w:p w14:paraId="1EE14CED" w14:textId="77777777" w:rsidR="00CD6885" w:rsidRPr="00801D53" w:rsidRDefault="003B6FB0" w:rsidP="00801D53">
      <w:pPr>
        <w:spacing w:after="0"/>
        <w:ind w:firstLine="709"/>
        <w:jc w:val="both"/>
        <w:rPr>
          <w:lang w:val="ru-RU"/>
        </w:rPr>
      </w:pPr>
      <w:r w:rsidRPr="00801D53">
        <w:rPr>
          <w:lang w:val="ru-RU"/>
        </w:rPr>
        <w:t>11.11. После прекращения доступа к платформе, завершения заказа либо получения соответствующего требования Компании Дизайнер обязан прекратить использование персональных данных клиентов, вернуть либо удалить такие данные из всех неразрешенных внешних носителей и хранилищ, а также по запросу Компании подтвердить факт прекращения использования и удаления данных, если их дальнейшее хранение прямо не требуется применимым законодательством.</w:t>
      </w:r>
    </w:p>
    <w:p w14:paraId="1EE14CEE" w14:textId="77777777" w:rsidR="00CD6885" w:rsidRPr="00801D53" w:rsidRDefault="003B6FB0" w:rsidP="00801D53">
      <w:pPr>
        <w:spacing w:after="0"/>
        <w:ind w:firstLine="709"/>
        <w:jc w:val="both"/>
        <w:rPr>
          <w:lang w:val="ru-RU"/>
        </w:rPr>
      </w:pPr>
      <w:r w:rsidRPr="00801D53">
        <w:rPr>
          <w:lang w:val="ru-RU"/>
        </w:rPr>
        <w:t>11.12. Подробный порядок обработки и защиты персональных данных определяется Политикой конфиденциальности в отношении обработки персональных данных платформы. Если отдельные требования указанной политики являются более строгими по сравнению с настоящей Офертой, применяются положения политики как специального документа по вопросам обработки и защиты персональных данных.</w:t>
      </w:r>
    </w:p>
    <w:p w14:paraId="1EE14CEF" w14:textId="77777777" w:rsidR="00CD6885" w:rsidRPr="00801D53" w:rsidRDefault="003B6FB0">
      <w:pPr>
        <w:spacing w:before="120" w:after="120" w:line="240" w:lineRule="auto"/>
        <w:jc w:val="center"/>
        <w:rPr>
          <w:lang w:val="ru-RU"/>
        </w:rPr>
      </w:pPr>
      <w:r w:rsidRPr="00801D53">
        <w:rPr>
          <w:b/>
          <w:sz w:val="24"/>
          <w:lang w:val="ru-RU"/>
        </w:rPr>
        <w:t>12. КОНФИДЕНЦИАЛЬНОСТЬ И ЗАПРЕТ ОБХОДА ПЛАТФОРМЫ</w:t>
      </w:r>
    </w:p>
    <w:p w14:paraId="1EE14CF0" w14:textId="77777777" w:rsidR="00CD6885" w:rsidRPr="00801D53" w:rsidRDefault="003B6FB0">
      <w:pPr>
        <w:spacing w:after="0" w:line="240" w:lineRule="auto"/>
        <w:ind w:firstLine="709"/>
        <w:jc w:val="both"/>
        <w:rPr>
          <w:lang w:val="ru-RU"/>
        </w:rPr>
      </w:pPr>
      <w:r w:rsidRPr="00801D53">
        <w:rPr>
          <w:lang w:val="ru-RU"/>
        </w:rPr>
        <w:t xml:space="preserve">12.1. Конфиденциальной информацией признаются любые сведения, полученные Дизайнером при использовании платформы и исполнении заказов, включая персональные данные клиентов, данные </w:t>
      </w:r>
      <w:r w:rsidRPr="00801D53">
        <w:rPr>
          <w:lang w:val="ru-RU"/>
        </w:rPr>
        <w:lastRenderedPageBreak/>
        <w:t>поставщиков, коммерческие условия, тарифы, расчеты, сметы, подборки, аналитику, алгоритмы, методики, техническую документацию, переписку, внутренние правила и иную информацию, не являющуюся общедоступной.</w:t>
      </w:r>
    </w:p>
    <w:p w14:paraId="1EE14CF1" w14:textId="77777777" w:rsidR="00CD6885" w:rsidRPr="00801D53" w:rsidRDefault="003B6FB0">
      <w:pPr>
        <w:spacing w:after="0" w:line="240" w:lineRule="auto"/>
        <w:ind w:firstLine="709"/>
        <w:jc w:val="both"/>
        <w:rPr>
          <w:lang w:val="ru-RU"/>
        </w:rPr>
      </w:pPr>
      <w:r w:rsidRPr="00801D53">
        <w:rPr>
          <w:lang w:val="ru-RU"/>
        </w:rPr>
        <w:t>12.2. Дизайнер обязуется не разглашать конфиденциальную информацию, не передавать ее третьим лицам и не использовать вне целей исполнения заказов и использования платформы, за исключением случаев, прямо предусмотренных законодательством Республики Казахстан или письменным разрешением Компании.</w:t>
      </w:r>
    </w:p>
    <w:p w14:paraId="1EE14CF2" w14:textId="77777777" w:rsidR="00CD6885" w:rsidRPr="00801D53" w:rsidRDefault="003B6FB0">
      <w:pPr>
        <w:spacing w:after="0" w:line="240" w:lineRule="auto"/>
        <w:ind w:firstLine="709"/>
        <w:jc w:val="both"/>
        <w:rPr>
          <w:lang w:val="ru-RU"/>
        </w:rPr>
      </w:pPr>
      <w:r w:rsidRPr="00801D53">
        <w:rPr>
          <w:lang w:val="ru-RU"/>
        </w:rPr>
        <w:t>12.3. Запрещается прямой или косвенный обход платформы в отношении Защищенного объекта платформы, в том числе, помимо прочего: заключение договоров, сделок или договоренностей с клиентом вне платформы; оказание услуг по дизайну, проектированию, комплектации, доукомплектации, сопровождению, подбору товаров, визуализации, авторскому сопровождению либо иной связанной деятельности вне платформы; выполнение работ по иным комнатам, помещениям, зонам, этапам или частям того же Объекта, если первоначальный доступ к клиенту, адресу, проекту или материалам был получен через платформу; использование сметы, спецификации, подборки товаров, артикулов, контактных данных, брифа, проектных решений, результатов работ или иных материалов, созданных, полученных либо подготовленных через платформу, для прямого взаимодействия с клиентом или поставщиком вне платформы; перенаправление клиента, поставщика или иных участников проекта в мессенджеры, социальные сети, на сторонние сайты, личные телефоны, электронную почту или иные каналы связи в целях вывода Защищенного объекта платформы из-под контроля и расчетной модели платформы; участие в таких действиях через Аффилированных и связанных лиц Дизайнера.</w:t>
      </w:r>
    </w:p>
    <w:p w14:paraId="1EE14CF3" w14:textId="77777777" w:rsidR="00CD6885" w:rsidRPr="00801D53" w:rsidRDefault="003B6FB0">
      <w:pPr>
        <w:spacing w:after="0" w:line="240" w:lineRule="auto"/>
        <w:ind w:firstLine="709"/>
        <w:jc w:val="both"/>
        <w:rPr>
          <w:lang w:val="ru-RU"/>
        </w:rPr>
      </w:pPr>
      <w:r w:rsidRPr="00801D53">
        <w:rPr>
          <w:lang w:val="ru-RU"/>
        </w:rPr>
        <w:t>12.4. Для целей настоящей Оферты под обходом платформы понимается также ситуация, при которой Дизайнер после выполнения через платформу работ по одной комнате, помещению, зоне либо этапу Объекта прямо или косвенно участвует вне платформы в работах по иным помещениям, комнатам, зонам или этапам того же Объекта, включая случаи предоставления клиенту скидки, прямой сметы, личной консультации, подбора товаров, координации поставки, продолжения проектирования или иной коммерческой активности без оформления соответствующего заказа через платформу.</w:t>
      </w:r>
    </w:p>
    <w:p w14:paraId="1EE14CF4" w14:textId="77777777" w:rsidR="00CD6885" w:rsidRPr="00801D53" w:rsidRDefault="003B6FB0">
      <w:pPr>
        <w:spacing w:after="0" w:line="240" w:lineRule="auto"/>
        <w:ind w:firstLine="709"/>
        <w:jc w:val="both"/>
        <w:rPr>
          <w:lang w:val="ru-RU"/>
        </w:rPr>
      </w:pPr>
      <w:r w:rsidRPr="00801D53">
        <w:rPr>
          <w:lang w:val="ru-RU"/>
        </w:rPr>
        <w:t>12.5. Дизайнер подтверждает и соглашается, что Защищенный объект платформы охватывает весь Объект по соответствующему адресу, а не только ту комнату, помещение, этап или часть проекта, по которой был первоначально оформлен заказ через платформу.</w:t>
      </w:r>
    </w:p>
    <w:p w14:paraId="1EE14CF5" w14:textId="77777777" w:rsidR="00CD6885" w:rsidRPr="00801D53" w:rsidRDefault="003B6FB0">
      <w:pPr>
        <w:spacing w:after="0" w:line="240" w:lineRule="auto"/>
        <w:ind w:firstLine="709"/>
        <w:jc w:val="both"/>
        <w:rPr>
          <w:lang w:val="ru-RU"/>
        </w:rPr>
      </w:pPr>
      <w:r w:rsidRPr="00801D53">
        <w:rPr>
          <w:lang w:val="ru-RU"/>
        </w:rPr>
        <w:t>12.6. Обязательства по конфиденциальности действуют в течение срока действия договора и 5 (пяти) лет после его прекращения, если более длительный срок не вытекает из закона, характера информации или отдельного соглашения сторон. Запрет обхода платформы действует в течение срока действия договора и в течение 12 (двенадцати) месяцев после его прекращения в отношении каждого Защищенного объекта платформы, по которому Дизайнер получил доступ к клиенту, адресу, материалам, смете, спецификации, поставщикам либо иным ресурсам через платформу.</w:t>
      </w:r>
    </w:p>
    <w:p w14:paraId="1EE14CF6" w14:textId="77777777" w:rsidR="00CD6885" w:rsidRPr="00801D53" w:rsidRDefault="003B6FB0">
      <w:pPr>
        <w:spacing w:after="0" w:line="240" w:lineRule="auto"/>
        <w:ind w:firstLine="709"/>
        <w:jc w:val="both"/>
        <w:rPr>
          <w:lang w:val="ru-RU"/>
        </w:rPr>
      </w:pPr>
      <w:r w:rsidRPr="00801D53">
        <w:rPr>
          <w:lang w:val="ru-RU"/>
        </w:rPr>
        <w:t xml:space="preserve">12.7. Компания вправе использовать любые допустимые законом доказательства для подтверждения обхода платформы, включая сведения платформы, адрес Объекта, сведения о заказах, сметах, спецификациях, переписке, логах системы, сведения от поставщиков, клиентов, платежных партнеров, а также иные документы и фактические данные, подтверждающие связь </w:t>
      </w:r>
      <w:proofErr w:type="spellStart"/>
      <w:r w:rsidRPr="00801D53">
        <w:rPr>
          <w:lang w:val="ru-RU"/>
        </w:rPr>
        <w:t>внеплатформенной</w:t>
      </w:r>
      <w:proofErr w:type="spellEnd"/>
      <w:r w:rsidRPr="00801D53">
        <w:rPr>
          <w:lang w:val="ru-RU"/>
        </w:rPr>
        <w:t xml:space="preserve"> сделки с Защищенным объектом платформы.</w:t>
      </w:r>
    </w:p>
    <w:p w14:paraId="1EE14CF7" w14:textId="77777777" w:rsidR="00CD6885" w:rsidRPr="00801D53" w:rsidRDefault="003B6FB0">
      <w:pPr>
        <w:spacing w:before="120" w:after="120" w:line="240" w:lineRule="auto"/>
        <w:jc w:val="center"/>
        <w:rPr>
          <w:lang w:val="ru-RU"/>
        </w:rPr>
      </w:pPr>
      <w:r w:rsidRPr="00801D53">
        <w:rPr>
          <w:b/>
          <w:sz w:val="24"/>
          <w:lang w:val="ru-RU"/>
        </w:rPr>
        <w:t>13. ИНТЕЛЛЕКТУАЛЬНАЯ СОБСТВЕННОСТЬ И ПРАВА НА РЕЗУЛЬТАТЫ РАБОТ</w:t>
      </w:r>
    </w:p>
    <w:p w14:paraId="1EE14CF8" w14:textId="77777777" w:rsidR="00CD6885" w:rsidRPr="00801D53" w:rsidRDefault="003B6FB0">
      <w:pPr>
        <w:spacing w:after="0" w:line="240" w:lineRule="auto"/>
        <w:ind w:firstLine="709"/>
        <w:jc w:val="both"/>
        <w:rPr>
          <w:lang w:val="ru-RU"/>
        </w:rPr>
      </w:pPr>
      <w:r w:rsidRPr="00801D53">
        <w:rPr>
          <w:lang w:val="ru-RU"/>
        </w:rPr>
        <w:t>13.1. Дизайнер гарантирует, что создаваемые и загружаемые им материалы используются правомерно, не нарушают права третьих лиц и, при необходимости, сопровождаются надлежащими разрешениями, лицензиями либо иными правовыми основаниями использования.</w:t>
      </w:r>
    </w:p>
    <w:p w14:paraId="1EE14CF9" w14:textId="77777777" w:rsidR="00CD6885" w:rsidRPr="00801D53" w:rsidRDefault="003B6FB0">
      <w:pPr>
        <w:spacing w:after="0" w:line="240" w:lineRule="auto"/>
        <w:ind w:firstLine="709"/>
        <w:jc w:val="both"/>
        <w:rPr>
          <w:lang w:val="ru-RU"/>
        </w:rPr>
      </w:pPr>
      <w:r w:rsidRPr="00801D53">
        <w:rPr>
          <w:lang w:val="ru-RU"/>
        </w:rPr>
        <w:t>13.2. Исключительные права на предварительные материалы, методы работы, шаблоны, подходы, ноу-хау и иные самостоятельные объекты Дизайнера, существовавшие до начала исполнения конкретного заказа либо созданные вне рамок конкретного заказа, сохраняются за Дизайнером, если иное не предусмотрено отдельным соглашением сторон.</w:t>
      </w:r>
    </w:p>
    <w:p w14:paraId="1EE14CFA" w14:textId="3ED16EAC" w:rsidR="00CD6885" w:rsidRDefault="003B6FB0">
      <w:pPr>
        <w:spacing w:after="0" w:line="240" w:lineRule="auto"/>
        <w:ind w:firstLine="709"/>
        <w:jc w:val="both"/>
        <w:rPr>
          <w:lang w:val="ru-RU"/>
        </w:rPr>
      </w:pPr>
      <w:r w:rsidRPr="00801D53">
        <w:rPr>
          <w:lang w:val="ru-RU"/>
        </w:rPr>
        <w:t xml:space="preserve">13.3. </w:t>
      </w:r>
      <w:r w:rsidR="001946EB" w:rsidRPr="001946EB">
        <w:rPr>
          <w:lang w:val="ru-RU"/>
        </w:rPr>
        <w:t xml:space="preserve">Исключительные имущественные права на результаты работ, создаваемые Дизайнером при исполнении заказов через Платформу, включая планировки, визуализации, мудборды, ведомости, подборки, сметы, спецификации, презентации, текстовые, графические и иные материалы, передаются </w:t>
      </w:r>
      <w:r w:rsidR="001946EB" w:rsidRPr="001946EB">
        <w:rPr>
          <w:lang w:val="ru-RU"/>
        </w:rPr>
        <w:lastRenderedPageBreak/>
        <w:t>Компании в полном объеме с момента создания соответствующего результата и его загрузки на Платформу либо передачи Компании через иной разрешенный канал</w:t>
      </w:r>
      <w:r w:rsidRPr="00801D53">
        <w:rPr>
          <w:lang w:val="ru-RU"/>
        </w:rPr>
        <w:t>.</w:t>
      </w:r>
    </w:p>
    <w:p w14:paraId="50977756" w14:textId="77777777" w:rsidR="00EA77E7" w:rsidRPr="00557872" w:rsidRDefault="00EA77E7" w:rsidP="00EA77E7">
      <w:pPr>
        <w:spacing w:after="0" w:line="240" w:lineRule="auto"/>
        <w:ind w:firstLine="709"/>
        <w:jc w:val="both"/>
        <w:rPr>
          <w:lang w:val="ru-RU"/>
        </w:rPr>
      </w:pPr>
      <w:r w:rsidRPr="00557872">
        <w:rPr>
          <w:lang w:val="ru-RU"/>
        </w:rPr>
        <w:t>Передача исключительных имущественных прав Компании входит в размер вознаграждения Дизайнера по соответствующему заказу и не требует отдельной дополнительной оплаты, если иное прямо не предусмотрено отдельным письменным соглашением сторон. Компания вправе использовать, хранить, воспроизводить, перерабатывать, адаптировать, размещать, демонстрировать, передавать Клиенту, архивировать, использовать для контроля качества, урегулирования претензий, доказывания исполнения, внутренней аналитики, технического функционирования Платформы, маркетинга, портфолио, презентаций и иных целей, связанных с деятельностью Платформы, в пределах, допускаемых законодательством, настоящей Офертой, пользовательскими условиями Платформы и согласиями Клиента, если такие согласия требуются.</w:t>
      </w:r>
    </w:p>
    <w:p w14:paraId="1CAE7991" w14:textId="40B0F435" w:rsidR="00EA77E7" w:rsidRPr="00EA77E7" w:rsidRDefault="00EA77E7" w:rsidP="00EA77E7">
      <w:pPr>
        <w:spacing w:after="0" w:line="240" w:lineRule="auto"/>
        <w:ind w:firstLine="709"/>
        <w:jc w:val="both"/>
        <w:rPr>
          <w:lang w:val="ru-RU"/>
        </w:rPr>
      </w:pPr>
      <w:r w:rsidRPr="00557872">
        <w:rPr>
          <w:lang w:val="ru-RU"/>
        </w:rPr>
        <w:t>Дизайнер сохраняет личные неимущественные права автора в случаях и пределах, предусмотренных законодательством Республики Казахстан, однако не вправе использовать такие права способом, препятствующим Компании, Клиенту или Платформе использовать результаты работ в соответствии с настоящей Офертой, пользовательскими условиями Платформы и назначением соответствующего заказа.</w:t>
      </w:r>
    </w:p>
    <w:p w14:paraId="1EE14CFB" w14:textId="77777777" w:rsidR="00CD6885" w:rsidRPr="00801D53" w:rsidRDefault="003B6FB0">
      <w:pPr>
        <w:spacing w:after="0" w:line="240" w:lineRule="auto"/>
        <w:ind w:firstLine="709"/>
        <w:jc w:val="both"/>
        <w:rPr>
          <w:lang w:val="ru-RU"/>
        </w:rPr>
      </w:pPr>
      <w:r w:rsidRPr="00801D53">
        <w:rPr>
          <w:lang w:val="ru-RU"/>
        </w:rPr>
        <w:t>13.4. Право клиента на использование результата работ определяется пользовательскими условиями платформы и считается предоставленным клиенту в объеме, предусмотренном соответствующим сервисом, не ранее полной оплаты соответствующего заказа, если иное прямо не предусмотрено правилами сервиса или отдельным соглашением сторон.</w:t>
      </w:r>
    </w:p>
    <w:p w14:paraId="1EE14CFC" w14:textId="77777777" w:rsidR="00CD6885" w:rsidRDefault="003B6FB0">
      <w:pPr>
        <w:spacing w:after="0" w:line="240" w:lineRule="auto"/>
        <w:ind w:firstLine="709"/>
        <w:jc w:val="both"/>
        <w:rPr>
          <w:lang w:val="ru-RU"/>
        </w:rPr>
      </w:pPr>
      <w:r w:rsidRPr="00801D53">
        <w:rPr>
          <w:lang w:val="ru-RU"/>
        </w:rPr>
        <w:t>13.5. Использование результата работ, фото объектов, визуализаций и иных материалов в маркетинговых целях, кейсах, портфолио, презентациях, социальных сетях и рекламе допускается только при соблюдении пользовательских условий платформы, режима конфиденциальности, требований законодательства и при наличии необходимых согласий клиента, если такие согласия требуются.</w:t>
      </w:r>
    </w:p>
    <w:p w14:paraId="0D55328C" w14:textId="77777777" w:rsidR="00EA77E7" w:rsidRPr="00557872" w:rsidRDefault="00EA77E7" w:rsidP="00EA77E7">
      <w:pPr>
        <w:spacing w:after="0" w:line="240" w:lineRule="auto"/>
        <w:ind w:firstLine="709"/>
        <w:jc w:val="both"/>
        <w:rPr>
          <w:lang w:val="ru-RU"/>
        </w:rPr>
      </w:pPr>
      <w:r>
        <w:rPr>
          <w:lang w:val="ru-RU"/>
        </w:rPr>
        <w:t xml:space="preserve">13.5.1. </w:t>
      </w:r>
      <w:r w:rsidRPr="00557872">
        <w:rPr>
          <w:lang w:val="ru-RU"/>
        </w:rPr>
        <w:t>Дизайнер вправе использовать созданные им результаты работ, кейсы, визуализации, фрагменты проекта, фотографии Объекта, подборки, спецификации и иные материалы, связанные с заказами через Платформу, в качестве портфолио только внутри Платформы и только через функционал, предоставленный Компанией.</w:t>
      </w:r>
    </w:p>
    <w:p w14:paraId="1880D305" w14:textId="77777777" w:rsidR="00EA77E7" w:rsidRPr="00557872" w:rsidRDefault="00EA77E7" w:rsidP="00EA77E7">
      <w:pPr>
        <w:spacing w:after="0" w:line="240" w:lineRule="auto"/>
        <w:ind w:firstLine="709"/>
        <w:jc w:val="both"/>
        <w:rPr>
          <w:lang w:val="ru-RU"/>
        </w:rPr>
      </w:pPr>
      <w:r w:rsidRPr="00557872">
        <w:rPr>
          <w:lang w:val="ru-RU"/>
        </w:rPr>
        <w:t>Использование таких материалов Дизайнером вне Платформы, включая размещение в личных социальных сетях, мессенджерах, на сторонних сайтах, в презентациях, рекламе, коммерческих предложениях, портфолио, рассылках либо передачу третьим лицам, допускается только при наличии предварительного письменного разрешения Компании и при соблюдении пользовательских условий Платформы, режима конфиденциальности, требований законодательства о персональных данных и необходимых согласий Клиента.</w:t>
      </w:r>
    </w:p>
    <w:p w14:paraId="0163CDF3" w14:textId="39E308EB" w:rsidR="00EA77E7" w:rsidRPr="00557872" w:rsidRDefault="00EA77E7" w:rsidP="00EA77E7">
      <w:pPr>
        <w:spacing w:after="0" w:line="240" w:lineRule="auto"/>
        <w:ind w:firstLine="709"/>
        <w:jc w:val="both"/>
        <w:rPr>
          <w:lang w:val="ru-RU"/>
        </w:rPr>
      </w:pPr>
      <w:r w:rsidRPr="00557872">
        <w:rPr>
          <w:lang w:val="ru-RU"/>
        </w:rPr>
        <w:t>Размещение материалов в портфолио внутри Платформы не означает передачи Дизайнеру исключительных прав на такие материалы и не ограничивает право Компании использовать соответствующие результаты работ как правообладателя.</w:t>
      </w:r>
    </w:p>
    <w:p w14:paraId="1EE14CFD" w14:textId="77777777" w:rsidR="00CD6885" w:rsidRPr="00801D53" w:rsidRDefault="003B6FB0">
      <w:pPr>
        <w:spacing w:after="0" w:line="240" w:lineRule="auto"/>
        <w:ind w:firstLine="709"/>
        <w:jc w:val="both"/>
        <w:rPr>
          <w:lang w:val="ru-RU"/>
        </w:rPr>
      </w:pPr>
      <w:r w:rsidRPr="00801D53">
        <w:rPr>
          <w:lang w:val="ru-RU"/>
        </w:rPr>
        <w:t>13.6. В случае предъявления к Компании претензий, исков или требований в связи с нарушением Дизайнером прав третьих лиц на материалы, использованные при исполнении заказа, Дизайнер обязан своими силами и за свой счет урегулировать такие претензии либо возместить Компании документально подтвержденные убытки и расходы, возникшие вследствие такого нарушения.</w:t>
      </w:r>
    </w:p>
    <w:p w14:paraId="1EE14CFE" w14:textId="77777777" w:rsidR="00CD6885" w:rsidRPr="00801D53" w:rsidRDefault="003B6FB0">
      <w:pPr>
        <w:spacing w:before="120" w:after="120" w:line="240" w:lineRule="auto"/>
        <w:jc w:val="center"/>
        <w:rPr>
          <w:lang w:val="ru-RU"/>
        </w:rPr>
      </w:pPr>
      <w:r w:rsidRPr="00801D53">
        <w:rPr>
          <w:b/>
          <w:sz w:val="24"/>
          <w:lang w:val="ru-RU"/>
        </w:rPr>
        <w:t>14. ОТВЕТСТВЕННОСТЬ СТОРОН И ОГРАНИЧЕНИЕ ОТВЕТСТВЕННОСТИ</w:t>
      </w:r>
    </w:p>
    <w:p w14:paraId="1EE14CFF" w14:textId="77777777" w:rsidR="00CD6885" w:rsidRPr="00801D53" w:rsidRDefault="003B6FB0">
      <w:pPr>
        <w:spacing w:after="0" w:line="240" w:lineRule="auto"/>
        <w:ind w:firstLine="709"/>
        <w:jc w:val="both"/>
        <w:rPr>
          <w:lang w:val="ru-RU"/>
        </w:rPr>
      </w:pPr>
      <w:r w:rsidRPr="00801D53">
        <w:rPr>
          <w:lang w:val="ru-RU"/>
        </w:rPr>
        <w:t>14.1. За неисполнение или ненадлежащее исполнение обязательств по настоящей Оферте стороны несут ответственность в соответствии с настоящей Офертой и законодательством Республики Казахстан.</w:t>
      </w:r>
    </w:p>
    <w:p w14:paraId="1EE14D00" w14:textId="77777777" w:rsidR="00CD6885" w:rsidRPr="00801D53" w:rsidRDefault="003B6FB0">
      <w:pPr>
        <w:spacing w:after="0" w:line="240" w:lineRule="auto"/>
        <w:ind w:firstLine="709"/>
        <w:jc w:val="both"/>
        <w:rPr>
          <w:lang w:val="ru-RU"/>
        </w:rPr>
      </w:pPr>
      <w:r w:rsidRPr="00801D53">
        <w:rPr>
          <w:lang w:val="ru-RU"/>
        </w:rPr>
        <w:t>14.2. Компания не несет ответственности за действия или бездействие клиентов, поставщиков, банков, платежных организаций, операторов связи, хостинг-провайдеров, сервисов третьих лиц и иных лиц, не находящихся под контролем Компании, если иное прямо не предусмотрено законом или настоящей Офертой.</w:t>
      </w:r>
    </w:p>
    <w:p w14:paraId="1EE14D01" w14:textId="77777777" w:rsidR="00CD6885" w:rsidRPr="00801D53" w:rsidRDefault="003B6FB0">
      <w:pPr>
        <w:spacing w:after="0" w:line="240" w:lineRule="auto"/>
        <w:ind w:firstLine="709"/>
        <w:jc w:val="both"/>
        <w:rPr>
          <w:lang w:val="ru-RU"/>
        </w:rPr>
      </w:pPr>
      <w:r w:rsidRPr="00801D53">
        <w:rPr>
          <w:lang w:val="ru-RU"/>
        </w:rPr>
        <w:t xml:space="preserve">14.3. Компания не несет ответственности за налоговые, бухгалтерские и иные обязательства Дизайнера, связанные с его правовым статусом и предпринимательской деятельностью, за </w:t>
      </w:r>
      <w:r w:rsidRPr="00801D53">
        <w:rPr>
          <w:lang w:val="ru-RU"/>
        </w:rPr>
        <w:lastRenderedPageBreak/>
        <w:t>исключением случаев, когда выполнение определенной обязанности прямо возложено на Компанию законом.</w:t>
      </w:r>
    </w:p>
    <w:p w14:paraId="1EE14D02" w14:textId="77777777" w:rsidR="00CD6885" w:rsidRPr="00801D53" w:rsidRDefault="003B6FB0">
      <w:pPr>
        <w:spacing w:after="0" w:line="240" w:lineRule="auto"/>
        <w:ind w:firstLine="709"/>
        <w:jc w:val="both"/>
        <w:rPr>
          <w:lang w:val="ru-RU"/>
        </w:rPr>
      </w:pPr>
      <w:r w:rsidRPr="00801D53">
        <w:rPr>
          <w:lang w:val="ru-RU"/>
        </w:rPr>
        <w:t>14.4. Если иное не вытекает из закона либо существа нарушения, совокупная ответственность Компании перед Дизайнером по требованиям, связанным исключительно с использованием платформы, ограничивается суммой комиссии, фактически удержанной либо полученной Компанией по спорному заказу или по связанным с ним заказам за последние 6 (шесть) месяцев, предшествующих возникновению спора.</w:t>
      </w:r>
    </w:p>
    <w:p w14:paraId="1EE14D03" w14:textId="77777777" w:rsidR="00CD6885" w:rsidRPr="00801D53" w:rsidRDefault="003B6FB0">
      <w:pPr>
        <w:spacing w:after="0" w:line="240" w:lineRule="auto"/>
        <w:ind w:firstLine="709"/>
        <w:jc w:val="both"/>
        <w:rPr>
          <w:lang w:val="ru-RU"/>
        </w:rPr>
      </w:pPr>
      <w:r w:rsidRPr="00801D53">
        <w:rPr>
          <w:lang w:val="ru-RU"/>
        </w:rPr>
        <w:t>14.5. Ограничение ответственности, предусмотренное пунктом 14.4 настоящей Оферты, не применяется в случаях умысла, грубой неосторожности, неправомерного раскрытия конфиденциальной информации, нарушения законодательства о персональных данных, незаконного удержания подтвержденных к выплате сумм либо в иных случаях, когда ограничение ответственности недопустимо по закону.</w:t>
      </w:r>
    </w:p>
    <w:p w14:paraId="1EE14D04" w14:textId="77777777" w:rsidR="00CD6885" w:rsidRPr="00801D53" w:rsidRDefault="003B6FB0">
      <w:pPr>
        <w:spacing w:after="0" w:line="240" w:lineRule="auto"/>
        <w:ind w:firstLine="709"/>
        <w:jc w:val="both"/>
        <w:rPr>
          <w:lang w:val="ru-RU"/>
        </w:rPr>
      </w:pPr>
      <w:r w:rsidRPr="00801D53">
        <w:rPr>
          <w:lang w:val="ru-RU"/>
        </w:rPr>
        <w:t>14.6. Ни одна из сторон не отвечает за неисполнение обязательств вследствие обстоятельств непреодолимой силы, если такая сторона докажет наличие, чрезвычайный и непредотвратимый характер соответствующих обстоятельств и надлежащее уведомление другой стороны в разумный срок.</w:t>
      </w:r>
    </w:p>
    <w:p w14:paraId="1EE14D05" w14:textId="77777777" w:rsidR="00CD6885" w:rsidRPr="00801D53" w:rsidRDefault="003B6FB0">
      <w:pPr>
        <w:spacing w:before="120" w:after="120" w:line="240" w:lineRule="auto"/>
        <w:jc w:val="center"/>
        <w:rPr>
          <w:lang w:val="ru-RU"/>
        </w:rPr>
      </w:pPr>
      <w:r w:rsidRPr="00801D53">
        <w:rPr>
          <w:b/>
          <w:sz w:val="24"/>
          <w:lang w:val="ru-RU"/>
        </w:rPr>
        <w:t>15. СРОК ДЕЙСТВИЯ, ИЗМЕНЕНИЕ И ПРЕКРАЩЕНИЕ ДОГОВОРА</w:t>
      </w:r>
    </w:p>
    <w:p w14:paraId="1EE14D06" w14:textId="77777777" w:rsidR="00CD6885" w:rsidRPr="00801D53" w:rsidRDefault="003B6FB0">
      <w:pPr>
        <w:spacing w:after="0" w:line="240" w:lineRule="auto"/>
        <w:ind w:firstLine="709"/>
        <w:jc w:val="both"/>
        <w:rPr>
          <w:lang w:val="ru-RU"/>
        </w:rPr>
      </w:pPr>
      <w:r w:rsidRPr="00801D53">
        <w:rPr>
          <w:lang w:val="ru-RU"/>
        </w:rPr>
        <w:t>15.1. Настоящая Оферта вступает в силу для Дизайнера с момента ее акцепта либо активации профиля Дизайнера на платформе, если это произошло позднее, и действует в течение 12 (двенадцати) месяцев. Если ни одна из сторон не заявит о прекращении сотрудничества не позднее чем за 15 (пятнадцать) календарных дней до окончания текущего срока, действие Оферты автоматически продлевается на каждый следующий 12-месячный период, если иное не вытекает из существа отношений сторон, прекращения доступа к платформе или закона.</w:t>
      </w:r>
    </w:p>
    <w:p w14:paraId="1EE14D07" w14:textId="77777777" w:rsidR="00CD6885" w:rsidRPr="00801D53" w:rsidRDefault="003B6FB0">
      <w:pPr>
        <w:spacing w:after="0" w:line="240" w:lineRule="auto"/>
        <w:ind w:firstLine="709"/>
        <w:jc w:val="both"/>
        <w:rPr>
          <w:lang w:val="ru-RU"/>
        </w:rPr>
      </w:pPr>
      <w:r w:rsidRPr="00801D53">
        <w:rPr>
          <w:lang w:val="ru-RU"/>
        </w:rPr>
        <w:t>15.2. Дизайнер вправе прекратить использование платформы и отказаться от дальнейшего сотрудничества, завершив текущие обязательства по принятым в работу заказам либо урегулировав вопрос их передачи, если иное не запрещено правилами сервиса и не нарушает права клиентов.</w:t>
      </w:r>
    </w:p>
    <w:p w14:paraId="1EE14D08" w14:textId="77777777" w:rsidR="00CD6885" w:rsidRPr="00801D53" w:rsidRDefault="003B6FB0">
      <w:pPr>
        <w:spacing w:after="0" w:line="240" w:lineRule="auto"/>
        <w:ind w:firstLine="709"/>
        <w:jc w:val="both"/>
        <w:rPr>
          <w:lang w:val="ru-RU"/>
        </w:rPr>
      </w:pPr>
      <w:r w:rsidRPr="00801D53">
        <w:rPr>
          <w:lang w:val="ru-RU"/>
        </w:rPr>
        <w:t xml:space="preserve">15.3. Компания вправе приостановить либо прекратить доступ Дизайнера к платформе в случае существенного или неоднократного нарушения настоящей Оферты, </w:t>
      </w:r>
      <w:r>
        <w:t>SLA</w:t>
      </w:r>
      <w:r w:rsidRPr="00801D53">
        <w:rPr>
          <w:lang w:val="ru-RU"/>
        </w:rPr>
        <w:t>, Правил платформы, режима конфиденциальности, правил обработки персональных данных, запрета обхода платформы, а также в иных случаях, когда дальнейший доступ Дизайнера создает риск для клиентов, Компании, платформы или прямо противоречит закону.</w:t>
      </w:r>
    </w:p>
    <w:p w14:paraId="1EE14D09" w14:textId="77777777" w:rsidR="00CD6885" w:rsidRPr="00801D53" w:rsidRDefault="003B6FB0">
      <w:pPr>
        <w:spacing w:after="0" w:line="240" w:lineRule="auto"/>
        <w:ind w:firstLine="709"/>
        <w:jc w:val="both"/>
        <w:rPr>
          <w:lang w:val="ru-RU"/>
        </w:rPr>
      </w:pPr>
      <w:r w:rsidRPr="00801D53">
        <w:rPr>
          <w:lang w:val="ru-RU"/>
        </w:rPr>
        <w:t>15.4. Если нарушение не носит срочного характера и может быть устранено, Компания вправе предоставить Дизайнеру разумный срок для устранения нарушения. Предоставление такого срока является правом, а не обязанностью Компании, если иное не следует из характера нарушения.</w:t>
      </w:r>
    </w:p>
    <w:p w14:paraId="1EE14D0A" w14:textId="77777777" w:rsidR="00CD6885" w:rsidRPr="00801D53" w:rsidRDefault="003B6FB0">
      <w:pPr>
        <w:spacing w:after="0" w:line="240" w:lineRule="auto"/>
        <w:ind w:firstLine="709"/>
        <w:jc w:val="both"/>
        <w:rPr>
          <w:lang w:val="ru-RU"/>
        </w:rPr>
      </w:pPr>
      <w:r w:rsidRPr="00801D53">
        <w:rPr>
          <w:lang w:val="ru-RU"/>
        </w:rPr>
        <w:t>15.5. Прекращение доступа к платформе не освобождает стороны от исполнения обязательств, возникших до даты прекращения, включая расчеты, удержания, рассмотрение претензий, соблюдение конфиденциальности, удаление персональных данных, защиту прав на результаты работ и урегулирование последствий нарушений.</w:t>
      </w:r>
    </w:p>
    <w:p w14:paraId="1EE14D0B" w14:textId="77777777" w:rsidR="00CD6885" w:rsidRPr="00801D53" w:rsidRDefault="003B6FB0">
      <w:pPr>
        <w:spacing w:before="120" w:after="120" w:line="240" w:lineRule="auto"/>
        <w:jc w:val="center"/>
        <w:rPr>
          <w:lang w:val="ru-RU"/>
        </w:rPr>
      </w:pPr>
      <w:r w:rsidRPr="00801D53">
        <w:rPr>
          <w:b/>
          <w:sz w:val="24"/>
          <w:lang w:val="ru-RU"/>
        </w:rPr>
        <w:t>16. ПРЕТЕНЗИОННЫЙ ПОРЯДОК И ПОДСУДНОСТЬ</w:t>
      </w:r>
    </w:p>
    <w:p w14:paraId="1EE14D0C" w14:textId="77777777" w:rsidR="00CD6885" w:rsidRPr="00801D53" w:rsidRDefault="003B6FB0">
      <w:pPr>
        <w:spacing w:after="0" w:line="240" w:lineRule="auto"/>
        <w:ind w:firstLine="709"/>
        <w:jc w:val="both"/>
        <w:rPr>
          <w:lang w:val="ru-RU"/>
        </w:rPr>
      </w:pPr>
      <w:r w:rsidRPr="00801D53">
        <w:rPr>
          <w:lang w:val="ru-RU"/>
        </w:rPr>
        <w:t>16.1. Все споры и разногласия, возникающие из настоящей Оферты или в связи с ней, стороны стремятся урегулировать путем переговоров и соблюдения претензионного порядка.</w:t>
      </w:r>
    </w:p>
    <w:p w14:paraId="1EE14D0D" w14:textId="77777777" w:rsidR="00CD6885" w:rsidRPr="00801D53" w:rsidRDefault="003B6FB0">
      <w:pPr>
        <w:spacing w:after="0" w:line="240" w:lineRule="auto"/>
        <w:ind w:firstLine="709"/>
        <w:jc w:val="both"/>
        <w:rPr>
          <w:lang w:val="ru-RU"/>
        </w:rPr>
      </w:pPr>
      <w:r w:rsidRPr="00801D53">
        <w:rPr>
          <w:lang w:val="ru-RU"/>
        </w:rPr>
        <w:t>16.2. Претензия направляется по официальным каналам связи, указанным в реквизитах Компании и данных регистрации Дизайнера, и должна содержать описание обстоятельств, требования, правовое и фактическое обоснование, а также при наличии подтверждающие документы и расчет спорной суммы.</w:t>
      </w:r>
    </w:p>
    <w:p w14:paraId="1EE14D0E" w14:textId="77777777" w:rsidR="00CD6885" w:rsidRPr="00801D53" w:rsidRDefault="003B6FB0">
      <w:pPr>
        <w:spacing w:after="0" w:line="240" w:lineRule="auto"/>
        <w:ind w:firstLine="709"/>
        <w:jc w:val="both"/>
        <w:rPr>
          <w:lang w:val="ru-RU"/>
        </w:rPr>
      </w:pPr>
      <w:r w:rsidRPr="00801D53">
        <w:rPr>
          <w:lang w:val="ru-RU"/>
        </w:rPr>
        <w:t>16.3. Срок рассмотрения претензии составляет 10 (десять) рабочих дней с даты ее получения, если иной срок не требуется с учетом характера спора, объема документов и необходимости получения материалов от третьих лиц.</w:t>
      </w:r>
    </w:p>
    <w:p w14:paraId="1EE14D0F" w14:textId="77777777" w:rsidR="00CD6885" w:rsidRPr="00801D53" w:rsidRDefault="003B6FB0">
      <w:pPr>
        <w:spacing w:after="0" w:line="240" w:lineRule="auto"/>
        <w:ind w:firstLine="709"/>
        <w:jc w:val="both"/>
        <w:rPr>
          <w:lang w:val="ru-RU"/>
        </w:rPr>
      </w:pPr>
      <w:r w:rsidRPr="00801D53">
        <w:rPr>
          <w:lang w:val="ru-RU"/>
        </w:rPr>
        <w:t>16.4. При недостижении соглашения спор подлежит рассмотрению в судах Республики Казахстан по месту нахождения Компании, если иное не предусмотрено императивными нормами законодательства Республики Казахстан.</w:t>
      </w:r>
    </w:p>
    <w:p w14:paraId="1EE14D10" w14:textId="77777777" w:rsidR="00CD6885" w:rsidRPr="00801D53" w:rsidRDefault="003B6FB0">
      <w:pPr>
        <w:spacing w:before="120" w:after="120" w:line="240" w:lineRule="auto"/>
        <w:jc w:val="center"/>
        <w:rPr>
          <w:lang w:val="ru-RU"/>
        </w:rPr>
      </w:pPr>
      <w:r w:rsidRPr="00801D53">
        <w:rPr>
          <w:b/>
          <w:sz w:val="24"/>
          <w:lang w:val="ru-RU"/>
        </w:rPr>
        <w:t>17. ЗАКЛЮЧИТЕЛЬНЫЕ ПОЛОЖЕНИЯ</w:t>
      </w:r>
    </w:p>
    <w:p w14:paraId="1EE14D11" w14:textId="77777777" w:rsidR="00CD6885" w:rsidRPr="00801D53" w:rsidRDefault="003B6FB0">
      <w:pPr>
        <w:spacing w:after="0" w:line="240" w:lineRule="auto"/>
        <w:ind w:firstLine="709"/>
        <w:jc w:val="both"/>
        <w:rPr>
          <w:lang w:val="ru-RU"/>
        </w:rPr>
      </w:pPr>
      <w:r w:rsidRPr="00801D53">
        <w:rPr>
          <w:lang w:val="ru-RU"/>
        </w:rPr>
        <w:lastRenderedPageBreak/>
        <w:t>17.1. Настоящая Оферта может быть размещена на русском, казахском и английском языках. В случае расхождения между языковыми версиями приоритет имеет русскоязычная версия, если иное не установлено обязательными требованиями закона.</w:t>
      </w:r>
    </w:p>
    <w:p w14:paraId="1EE14D12" w14:textId="77777777" w:rsidR="00CD6885" w:rsidRPr="00801D53" w:rsidRDefault="003B6FB0">
      <w:pPr>
        <w:spacing w:after="0" w:line="240" w:lineRule="auto"/>
        <w:ind w:firstLine="709"/>
        <w:jc w:val="both"/>
        <w:rPr>
          <w:lang w:val="ru-RU"/>
        </w:rPr>
      </w:pPr>
      <w:r w:rsidRPr="00801D53">
        <w:rPr>
          <w:lang w:val="ru-RU"/>
        </w:rPr>
        <w:t>17.2. Признание недействительным или неприменимым отдельного положения настоящей Оферты не влечет недействительности остальных ее положений. Недействительное или неприменимое положение подлежит толкованию и, при необходимости, замещению в максимально близком к первоначальной хозяйственной цели объеме, допустимом законом.</w:t>
      </w:r>
    </w:p>
    <w:p w14:paraId="1EE14D13" w14:textId="77777777" w:rsidR="00CD6885" w:rsidRPr="00801D53" w:rsidRDefault="003B6FB0">
      <w:pPr>
        <w:spacing w:after="0" w:line="240" w:lineRule="auto"/>
        <w:ind w:firstLine="709"/>
        <w:jc w:val="both"/>
        <w:rPr>
          <w:lang w:val="ru-RU"/>
        </w:rPr>
      </w:pPr>
      <w:r w:rsidRPr="00801D53">
        <w:rPr>
          <w:lang w:val="ru-RU"/>
        </w:rPr>
        <w:t>17.3. Настоящая редакция Оферты вводится в действие с даты ее публикации на официальном сайте платформы либо с более поздней даты, прямо указанной Компанией при публикации.</w:t>
      </w:r>
    </w:p>
    <w:p w14:paraId="1EE14D14" w14:textId="77777777" w:rsidR="00CD6885" w:rsidRPr="00801D53" w:rsidRDefault="003B6FB0">
      <w:pPr>
        <w:spacing w:before="120" w:after="120" w:line="240" w:lineRule="auto"/>
        <w:jc w:val="center"/>
        <w:rPr>
          <w:lang w:val="ru-RU"/>
        </w:rPr>
      </w:pPr>
      <w:r w:rsidRPr="00801D53">
        <w:rPr>
          <w:b/>
          <w:sz w:val="24"/>
          <w:lang w:val="ru-RU"/>
        </w:rPr>
        <w:t>18. РЕКВИЗИТЫ КОМПАНИИ</w:t>
      </w:r>
    </w:p>
    <w:p w14:paraId="1EE14D15" w14:textId="77777777" w:rsidR="00CD6885" w:rsidRPr="00801D53" w:rsidRDefault="003B6FB0">
      <w:pPr>
        <w:spacing w:after="0" w:line="240" w:lineRule="auto"/>
        <w:ind w:firstLine="709"/>
        <w:jc w:val="both"/>
        <w:rPr>
          <w:lang w:val="ru-RU"/>
        </w:rPr>
      </w:pPr>
      <w:r w:rsidRPr="00801D53">
        <w:rPr>
          <w:lang w:val="ru-RU"/>
        </w:rPr>
        <w:t>18.1. Товарищество с ограниченной ответственностью «Пана Дизайн».</w:t>
      </w:r>
    </w:p>
    <w:p w14:paraId="1EE14D16" w14:textId="77777777" w:rsidR="00CD6885" w:rsidRPr="00801D53" w:rsidRDefault="003B6FB0">
      <w:pPr>
        <w:spacing w:after="0" w:line="240" w:lineRule="auto"/>
        <w:ind w:firstLine="709"/>
        <w:jc w:val="both"/>
        <w:rPr>
          <w:lang w:val="ru-RU"/>
        </w:rPr>
      </w:pPr>
      <w:r w:rsidRPr="00801D53">
        <w:rPr>
          <w:lang w:val="ru-RU"/>
        </w:rPr>
        <w:t>18.2. БИН: 251040033970.</w:t>
      </w:r>
    </w:p>
    <w:p w14:paraId="1EE14D17" w14:textId="77777777" w:rsidR="00CD6885" w:rsidRPr="00801D53" w:rsidRDefault="003B6FB0">
      <w:pPr>
        <w:spacing w:after="0" w:line="240" w:lineRule="auto"/>
        <w:ind w:firstLine="709"/>
        <w:jc w:val="both"/>
        <w:rPr>
          <w:lang w:val="ru-RU"/>
        </w:rPr>
      </w:pPr>
      <w:r w:rsidRPr="00801D53">
        <w:rPr>
          <w:lang w:val="ru-RU"/>
        </w:rPr>
        <w:t xml:space="preserve">18.3. Юридический адрес: Республика Казахстан, город Алматы, улица </w:t>
      </w:r>
      <w:proofErr w:type="spellStart"/>
      <w:r w:rsidRPr="00801D53">
        <w:rPr>
          <w:lang w:val="ru-RU"/>
        </w:rPr>
        <w:t>Тажибаевой</w:t>
      </w:r>
      <w:proofErr w:type="spellEnd"/>
      <w:r w:rsidRPr="00801D53">
        <w:rPr>
          <w:lang w:val="ru-RU"/>
        </w:rPr>
        <w:t>, дом 157, кв./офис 7.</w:t>
      </w:r>
    </w:p>
    <w:p w14:paraId="1EE14D18" w14:textId="77777777" w:rsidR="00CD6885" w:rsidRPr="00801D53" w:rsidRDefault="003B6FB0">
      <w:pPr>
        <w:spacing w:after="0" w:line="240" w:lineRule="auto"/>
        <w:ind w:firstLine="709"/>
        <w:jc w:val="both"/>
        <w:rPr>
          <w:lang w:val="ru-RU"/>
        </w:rPr>
      </w:pPr>
      <w:r w:rsidRPr="00801D53">
        <w:rPr>
          <w:lang w:val="ru-RU"/>
        </w:rPr>
        <w:t xml:space="preserve">18.4. Веб-сайт: </w:t>
      </w:r>
      <w:r>
        <w:t>https</w:t>
      </w:r>
      <w:r w:rsidRPr="00801D53">
        <w:rPr>
          <w:lang w:val="ru-RU"/>
        </w:rPr>
        <w:t>://</w:t>
      </w:r>
      <w:r>
        <w:t>www</w:t>
      </w:r>
      <w:r w:rsidRPr="00801D53">
        <w:rPr>
          <w:lang w:val="ru-RU"/>
        </w:rPr>
        <w:t>.</w:t>
      </w:r>
      <w:proofErr w:type="spellStart"/>
      <w:r>
        <w:t>pana</w:t>
      </w:r>
      <w:proofErr w:type="spellEnd"/>
      <w:r w:rsidRPr="00801D53">
        <w:rPr>
          <w:lang w:val="ru-RU"/>
        </w:rPr>
        <w:t>-</w:t>
      </w:r>
      <w:r>
        <w:t>design</w:t>
      </w:r>
      <w:r w:rsidRPr="00801D53">
        <w:rPr>
          <w:lang w:val="ru-RU"/>
        </w:rPr>
        <w:t>.</w:t>
      </w:r>
      <w:r>
        <w:t>com</w:t>
      </w:r>
      <w:r w:rsidRPr="00801D53">
        <w:rPr>
          <w:lang w:val="ru-RU"/>
        </w:rPr>
        <w:t>.</w:t>
      </w:r>
    </w:p>
    <w:p w14:paraId="1EE14D19" w14:textId="77777777" w:rsidR="00CD6885" w:rsidRPr="00801D53" w:rsidRDefault="003B6FB0">
      <w:pPr>
        <w:spacing w:after="0" w:line="240" w:lineRule="auto"/>
        <w:ind w:firstLine="709"/>
        <w:jc w:val="both"/>
        <w:rPr>
          <w:lang w:val="ru-RU"/>
        </w:rPr>
      </w:pPr>
      <w:r w:rsidRPr="00801D53">
        <w:rPr>
          <w:lang w:val="ru-RU"/>
        </w:rPr>
        <w:t xml:space="preserve">18.5. Электронная почта для юридически значимых сообщений: </w:t>
      </w:r>
      <w:r>
        <w:t>info</w:t>
      </w:r>
      <w:r w:rsidRPr="00801D53">
        <w:rPr>
          <w:lang w:val="ru-RU"/>
        </w:rPr>
        <w:t>@</w:t>
      </w:r>
      <w:proofErr w:type="spellStart"/>
      <w:r>
        <w:t>pana</w:t>
      </w:r>
      <w:proofErr w:type="spellEnd"/>
      <w:r w:rsidRPr="00801D53">
        <w:rPr>
          <w:lang w:val="ru-RU"/>
        </w:rPr>
        <w:t>-</w:t>
      </w:r>
      <w:r>
        <w:t>design</w:t>
      </w:r>
      <w:r w:rsidRPr="00801D53">
        <w:rPr>
          <w:lang w:val="ru-RU"/>
        </w:rPr>
        <w:t>.</w:t>
      </w:r>
      <w:r>
        <w:t>com</w:t>
      </w:r>
      <w:r w:rsidRPr="00801D53">
        <w:rPr>
          <w:lang w:val="ru-RU"/>
        </w:rPr>
        <w:t>.</w:t>
      </w:r>
    </w:p>
    <w:p w14:paraId="1EE14D1A" w14:textId="5802E566" w:rsidR="00CD6885" w:rsidRDefault="003B6FB0">
      <w:pPr>
        <w:spacing w:after="0" w:line="240" w:lineRule="auto"/>
        <w:jc w:val="center"/>
        <w:rPr>
          <w:lang w:val="ru-RU"/>
        </w:rPr>
      </w:pPr>
      <w:r>
        <w:t>PANA</w:t>
      </w:r>
      <w:r w:rsidRPr="00801D53">
        <w:rPr>
          <w:lang w:val="ru-RU"/>
        </w:rPr>
        <w:t>-</w:t>
      </w:r>
      <w:r>
        <w:t>DESIGN</w:t>
      </w:r>
      <w:r w:rsidRPr="00801D53">
        <w:rPr>
          <w:lang w:val="ru-RU"/>
        </w:rPr>
        <w:t>.</w:t>
      </w:r>
      <w:r>
        <w:t>COM</w:t>
      </w:r>
      <w:r w:rsidRPr="00801D53">
        <w:rPr>
          <w:lang w:val="ru-RU"/>
        </w:rPr>
        <w:t xml:space="preserve"> | Публичная оферта для дизайнеров</w:t>
      </w:r>
    </w:p>
    <w:p w14:paraId="022756F8" w14:textId="3A402490" w:rsidR="00557872" w:rsidRDefault="00557872">
      <w:pPr>
        <w:spacing w:after="0" w:line="240" w:lineRule="auto"/>
        <w:jc w:val="center"/>
        <w:rPr>
          <w:lang w:val="ru-RU"/>
        </w:rPr>
      </w:pPr>
    </w:p>
    <w:p w14:paraId="49C77232" w14:textId="0374B665" w:rsidR="00557872" w:rsidRDefault="00557872">
      <w:pPr>
        <w:spacing w:after="0" w:line="240" w:lineRule="auto"/>
        <w:jc w:val="center"/>
        <w:rPr>
          <w:lang w:val="ru-RU"/>
        </w:rPr>
      </w:pPr>
    </w:p>
    <w:p w14:paraId="2F85E615" w14:textId="3ED87F9B" w:rsidR="00557872" w:rsidRDefault="00557872">
      <w:pPr>
        <w:spacing w:after="0" w:line="240" w:lineRule="auto"/>
        <w:jc w:val="center"/>
        <w:rPr>
          <w:lang w:val="ru-RU"/>
        </w:rPr>
      </w:pPr>
    </w:p>
    <w:p w14:paraId="12A43E32" w14:textId="41F2B252" w:rsidR="00557872" w:rsidRDefault="00557872">
      <w:pPr>
        <w:spacing w:after="0" w:line="240" w:lineRule="auto"/>
        <w:jc w:val="center"/>
        <w:rPr>
          <w:lang w:val="ru-RU"/>
        </w:rPr>
      </w:pPr>
    </w:p>
    <w:p w14:paraId="16AFC96F" w14:textId="70CF7266" w:rsidR="00557872" w:rsidRDefault="00557872">
      <w:pPr>
        <w:spacing w:after="0" w:line="240" w:lineRule="auto"/>
        <w:jc w:val="center"/>
        <w:rPr>
          <w:lang w:val="ru-RU"/>
        </w:rPr>
      </w:pPr>
    </w:p>
    <w:p w14:paraId="6164B368" w14:textId="6F437C76" w:rsidR="00557872" w:rsidRDefault="00557872">
      <w:pPr>
        <w:spacing w:after="0" w:line="240" w:lineRule="auto"/>
        <w:jc w:val="center"/>
        <w:rPr>
          <w:lang w:val="ru-RU"/>
        </w:rPr>
      </w:pPr>
    </w:p>
    <w:p w14:paraId="0B0AB95A" w14:textId="35755630" w:rsidR="00557872" w:rsidRDefault="00557872">
      <w:pPr>
        <w:spacing w:after="0" w:line="240" w:lineRule="auto"/>
        <w:jc w:val="center"/>
        <w:rPr>
          <w:lang w:val="ru-RU"/>
        </w:rPr>
      </w:pPr>
    </w:p>
    <w:p w14:paraId="71783485" w14:textId="2B83BE4A" w:rsidR="00557872" w:rsidRDefault="00557872">
      <w:pPr>
        <w:spacing w:after="0" w:line="240" w:lineRule="auto"/>
        <w:jc w:val="center"/>
        <w:rPr>
          <w:lang w:val="ru-RU"/>
        </w:rPr>
      </w:pPr>
    </w:p>
    <w:p w14:paraId="7827ECFA" w14:textId="2EBB39B1" w:rsidR="00557872" w:rsidRDefault="00557872">
      <w:pPr>
        <w:spacing w:after="0" w:line="240" w:lineRule="auto"/>
        <w:jc w:val="center"/>
        <w:rPr>
          <w:lang w:val="ru-RU"/>
        </w:rPr>
      </w:pPr>
    </w:p>
    <w:p w14:paraId="5FA11357" w14:textId="416FDADB" w:rsidR="00557872" w:rsidRDefault="00557872">
      <w:pPr>
        <w:spacing w:after="0" w:line="240" w:lineRule="auto"/>
        <w:jc w:val="center"/>
        <w:rPr>
          <w:lang w:val="ru-RU"/>
        </w:rPr>
      </w:pPr>
    </w:p>
    <w:p w14:paraId="7B2BCCC3" w14:textId="5A5B4070" w:rsidR="00557872" w:rsidRDefault="00557872">
      <w:pPr>
        <w:spacing w:after="0" w:line="240" w:lineRule="auto"/>
        <w:jc w:val="center"/>
        <w:rPr>
          <w:lang w:val="ru-RU"/>
        </w:rPr>
      </w:pPr>
    </w:p>
    <w:p w14:paraId="79C3DC3B" w14:textId="69E4B193" w:rsidR="00557872" w:rsidRDefault="00557872">
      <w:pPr>
        <w:spacing w:after="0" w:line="240" w:lineRule="auto"/>
        <w:jc w:val="center"/>
        <w:rPr>
          <w:lang w:val="ru-RU"/>
        </w:rPr>
      </w:pPr>
    </w:p>
    <w:p w14:paraId="057D5535" w14:textId="343A8EF2" w:rsidR="00557872" w:rsidRDefault="00557872">
      <w:pPr>
        <w:spacing w:after="0" w:line="240" w:lineRule="auto"/>
        <w:jc w:val="center"/>
        <w:rPr>
          <w:lang w:val="ru-RU"/>
        </w:rPr>
      </w:pPr>
    </w:p>
    <w:p w14:paraId="458AB8B3" w14:textId="75DC7C3F" w:rsidR="00557872" w:rsidRDefault="00557872">
      <w:pPr>
        <w:spacing w:after="0" w:line="240" w:lineRule="auto"/>
        <w:jc w:val="center"/>
        <w:rPr>
          <w:lang w:val="ru-RU"/>
        </w:rPr>
      </w:pPr>
    </w:p>
    <w:p w14:paraId="26977932" w14:textId="1C1133D4" w:rsidR="00557872" w:rsidRDefault="00557872">
      <w:pPr>
        <w:spacing w:after="0" w:line="240" w:lineRule="auto"/>
        <w:jc w:val="center"/>
        <w:rPr>
          <w:lang w:val="ru-RU"/>
        </w:rPr>
      </w:pPr>
    </w:p>
    <w:p w14:paraId="5AFE1C7D" w14:textId="6197C465" w:rsidR="00557872" w:rsidRDefault="00557872">
      <w:pPr>
        <w:spacing w:after="0" w:line="240" w:lineRule="auto"/>
        <w:jc w:val="center"/>
        <w:rPr>
          <w:lang w:val="ru-RU"/>
        </w:rPr>
      </w:pPr>
    </w:p>
    <w:p w14:paraId="1656407E" w14:textId="05F4E789" w:rsidR="00557872" w:rsidRDefault="00557872">
      <w:pPr>
        <w:spacing w:after="0" w:line="240" w:lineRule="auto"/>
        <w:jc w:val="center"/>
        <w:rPr>
          <w:lang w:val="ru-RU"/>
        </w:rPr>
      </w:pPr>
    </w:p>
    <w:p w14:paraId="1F632A5E" w14:textId="3A5D2972" w:rsidR="00557872" w:rsidRDefault="00557872">
      <w:pPr>
        <w:spacing w:after="0" w:line="240" w:lineRule="auto"/>
        <w:jc w:val="center"/>
        <w:rPr>
          <w:lang w:val="ru-RU"/>
        </w:rPr>
      </w:pPr>
    </w:p>
    <w:p w14:paraId="230BD754" w14:textId="18506DFC" w:rsidR="00557872" w:rsidRDefault="00557872">
      <w:pPr>
        <w:spacing w:after="0" w:line="240" w:lineRule="auto"/>
        <w:jc w:val="center"/>
        <w:rPr>
          <w:lang w:val="ru-RU"/>
        </w:rPr>
      </w:pPr>
    </w:p>
    <w:p w14:paraId="6098266D" w14:textId="4807012F" w:rsidR="00557872" w:rsidRDefault="00557872">
      <w:pPr>
        <w:spacing w:after="0" w:line="240" w:lineRule="auto"/>
        <w:jc w:val="center"/>
        <w:rPr>
          <w:lang w:val="ru-RU"/>
        </w:rPr>
      </w:pPr>
    </w:p>
    <w:p w14:paraId="4FC53CE4" w14:textId="5CBDE858" w:rsidR="00557872" w:rsidRDefault="00557872">
      <w:pPr>
        <w:spacing w:after="0" w:line="240" w:lineRule="auto"/>
        <w:jc w:val="center"/>
        <w:rPr>
          <w:lang w:val="ru-RU"/>
        </w:rPr>
      </w:pPr>
    </w:p>
    <w:p w14:paraId="7C8758EC" w14:textId="6F6B5795" w:rsidR="00557872" w:rsidRDefault="00557872">
      <w:pPr>
        <w:spacing w:after="0" w:line="240" w:lineRule="auto"/>
        <w:jc w:val="center"/>
        <w:rPr>
          <w:lang w:val="ru-RU"/>
        </w:rPr>
      </w:pPr>
    </w:p>
    <w:p w14:paraId="040BE718" w14:textId="57AD2FDA" w:rsidR="00557872" w:rsidRDefault="00557872">
      <w:pPr>
        <w:spacing w:after="0" w:line="240" w:lineRule="auto"/>
        <w:jc w:val="center"/>
        <w:rPr>
          <w:lang w:val="ru-RU"/>
        </w:rPr>
      </w:pPr>
    </w:p>
    <w:p w14:paraId="2A119783" w14:textId="7FEE43D8" w:rsidR="00557872" w:rsidRDefault="00557872">
      <w:pPr>
        <w:spacing w:after="0" w:line="240" w:lineRule="auto"/>
        <w:jc w:val="center"/>
        <w:rPr>
          <w:lang w:val="ru-RU"/>
        </w:rPr>
      </w:pPr>
    </w:p>
    <w:p w14:paraId="72ADABB4" w14:textId="0BA10A83" w:rsidR="00557872" w:rsidRDefault="00557872">
      <w:pPr>
        <w:spacing w:after="0" w:line="240" w:lineRule="auto"/>
        <w:jc w:val="center"/>
        <w:rPr>
          <w:lang w:val="ru-RU"/>
        </w:rPr>
      </w:pPr>
    </w:p>
    <w:p w14:paraId="3C1CE948" w14:textId="3C2E30A5" w:rsidR="00557872" w:rsidRDefault="00557872">
      <w:pPr>
        <w:spacing w:after="0" w:line="240" w:lineRule="auto"/>
        <w:jc w:val="center"/>
        <w:rPr>
          <w:lang w:val="ru-RU"/>
        </w:rPr>
      </w:pPr>
    </w:p>
    <w:p w14:paraId="530CFA57" w14:textId="33ECB1A0" w:rsidR="00557872" w:rsidRDefault="00557872">
      <w:pPr>
        <w:spacing w:after="0" w:line="240" w:lineRule="auto"/>
        <w:jc w:val="center"/>
        <w:rPr>
          <w:lang w:val="ru-RU"/>
        </w:rPr>
      </w:pPr>
    </w:p>
    <w:p w14:paraId="1A670EAF" w14:textId="7EAB14F4" w:rsidR="00557872" w:rsidRDefault="00557872">
      <w:pPr>
        <w:spacing w:after="0" w:line="240" w:lineRule="auto"/>
        <w:jc w:val="center"/>
        <w:rPr>
          <w:lang w:val="ru-RU"/>
        </w:rPr>
      </w:pPr>
    </w:p>
    <w:p w14:paraId="044FDC7D" w14:textId="06CA6707" w:rsidR="00557872" w:rsidRDefault="00557872">
      <w:pPr>
        <w:spacing w:after="0" w:line="240" w:lineRule="auto"/>
        <w:jc w:val="center"/>
        <w:rPr>
          <w:lang w:val="ru-RU"/>
        </w:rPr>
      </w:pPr>
    </w:p>
    <w:p w14:paraId="1DDF3330" w14:textId="16BB8265" w:rsidR="00557872" w:rsidRDefault="00557872">
      <w:pPr>
        <w:spacing w:after="0" w:line="240" w:lineRule="auto"/>
        <w:jc w:val="center"/>
        <w:rPr>
          <w:lang w:val="ru-RU"/>
        </w:rPr>
      </w:pPr>
    </w:p>
    <w:p w14:paraId="32861AE2" w14:textId="5DC220CC" w:rsidR="00557872" w:rsidRDefault="00557872">
      <w:pPr>
        <w:spacing w:after="0" w:line="240" w:lineRule="auto"/>
        <w:jc w:val="center"/>
        <w:rPr>
          <w:lang w:val="ru-RU"/>
        </w:rPr>
      </w:pPr>
    </w:p>
    <w:p w14:paraId="7B7123FF" w14:textId="3E7EF170" w:rsidR="00557872" w:rsidRDefault="00557872">
      <w:pPr>
        <w:spacing w:after="0" w:line="240" w:lineRule="auto"/>
        <w:jc w:val="center"/>
        <w:rPr>
          <w:lang w:val="ru-RU"/>
        </w:rPr>
      </w:pPr>
    </w:p>
    <w:p w14:paraId="27011CA5" w14:textId="70B4C04D" w:rsidR="00557872" w:rsidRDefault="00557872">
      <w:pPr>
        <w:spacing w:after="0" w:line="240" w:lineRule="auto"/>
        <w:jc w:val="center"/>
        <w:rPr>
          <w:lang w:val="ru-RU"/>
        </w:rPr>
      </w:pPr>
    </w:p>
    <w:p w14:paraId="61424C6C" w14:textId="477AAE37" w:rsidR="00557872" w:rsidRDefault="00557872">
      <w:pPr>
        <w:spacing w:after="0" w:line="240" w:lineRule="auto"/>
        <w:jc w:val="center"/>
        <w:rPr>
          <w:lang w:val="ru-RU"/>
        </w:rPr>
      </w:pPr>
    </w:p>
    <w:p w14:paraId="1ED4A8F5" w14:textId="002D5A8C" w:rsidR="00557872" w:rsidRDefault="00557872">
      <w:pPr>
        <w:spacing w:after="0" w:line="240" w:lineRule="auto"/>
        <w:jc w:val="center"/>
        <w:rPr>
          <w:lang w:val="ru-RU"/>
        </w:rPr>
      </w:pPr>
    </w:p>
    <w:p w14:paraId="3C54281D" w14:textId="77777777" w:rsidR="00557872" w:rsidRDefault="00557872" w:rsidP="00557872">
      <w:pPr>
        <w:jc w:val="center"/>
      </w:pPr>
      <w:r>
        <w:rPr>
          <w:b/>
        </w:rPr>
        <w:lastRenderedPageBreak/>
        <w:t>Pana Design LLP</w:t>
      </w:r>
    </w:p>
    <w:p w14:paraId="0393AFF7" w14:textId="77777777" w:rsidR="00557872" w:rsidRDefault="00557872" w:rsidP="00557872">
      <w:pPr>
        <w:jc w:val="center"/>
      </w:pPr>
      <w:r>
        <w:rPr>
          <w:b/>
        </w:rPr>
        <w:t>PUBLIC OFFER</w:t>
      </w:r>
    </w:p>
    <w:p w14:paraId="53D23886" w14:textId="77777777" w:rsidR="00557872" w:rsidRDefault="00557872" w:rsidP="00557872">
      <w:pPr>
        <w:jc w:val="center"/>
      </w:pPr>
      <w:r>
        <w:rPr>
          <w:b/>
        </w:rPr>
        <w:t>on entering into an agreement with a designer</w:t>
      </w:r>
    </w:p>
    <w:p w14:paraId="42CF4372" w14:textId="77777777" w:rsidR="00557872" w:rsidRDefault="00557872" w:rsidP="00557872">
      <w:pPr>
        <w:jc w:val="center"/>
      </w:pPr>
      <w:r>
        <w:rPr>
          <w:b/>
        </w:rPr>
        <w:t>for the use of the services of the PANA-DESIGN.COM online platform</w:t>
      </w:r>
    </w:p>
    <w:p w14:paraId="245B534B" w14:textId="77777777" w:rsidR="00557872" w:rsidRDefault="00557872" w:rsidP="00557872">
      <w:r>
        <w:t>This public offer determines the procedure for entering into and performing an agreement between Pana Design Limited Liability Partnership and designers using the PANA-DESIGN.COM online platform. The Offer governs the procedure for registration and electronic acceptance, the rules for rendering services through the platform, the procedure for settlements and deductions, service quality requirements, confidentiality, personal data processing, use of results of intellectual activity, prohibition on circumvention of the platform, and other terms of interaction between the parties.</w:t>
      </w:r>
    </w:p>
    <w:p w14:paraId="5E9726C8" w14:textId="77777777" w:rsidR="00557872" w:rsidRDefault="00557872" w:rsidP="00557872">
      <w:r>
        <w:rPr>
          <w:b/>
        </w:rPr>
        <w:t>1. TERMS AND DEFINITIONS</w:t>
      </w:r>
    </w:p>
    <w:p w14:paraId="67B7ABE2" w14:textId="77777777" w:rsidR="00557872" w:rsidRDefault="00557872" w:rsidP="00557872">
      <w:r>
        <w:t>1.1. “Platform” means an electronic information system available on the Internet at https://www.pana-design.com and intended for interaction among clients, designers, the Company and suppliers, management of orders, communications, work results, settlements and related services.</w:t>
      </w:r>
    </w:p>
    <w:p w14:paraId="0C49E628" w14:textId="77777777" w:rsidR="00557872" w:rsidRDefault="00557872" w:rsidP="00557872">
      <w:r>
        <w:t xml:space="preserve">1.2. “Company” or “Platform Operator” means Pana Design Limited Liability Partnership, BIN 251040033970, which ensures the functioning of the Platform, </w:t>
      </w:r>
      <w:proofErr w:type="spellStart"/>
      <w:r>
        <w:t>organises</w:t>
      </w:r>
      <w:proofErr w:type="spellEnd"/>
      <w:r>
        <w:t xml:space="preserve"> interaction among participants, establishes the rules of operation of the service and acts as a party to this Offer.</w:t>
      </w:r>
    </w:p>
    <w:p w14:paraId="0A0F32F9" w14:textId="77777777" w:rsidR="00557872" w:rsidRDefault="00557872" w:rsidP="00557872">
      <w:r>
        <w:t>1.3. “Designer” means an individual, individual entrepreneur or legal entity that has completed registration and has been admitted by the Company to use the Platform services for the provision of interior design services through the Platform.</w:t>
      </w:r>
    </w:p>
    <w:p w14:paraId="042334E8" w14:textId="77777777" w:rsidR="00557872" w:rsidRDefault="00557872" w:rsidP="00557872">
      <w:r>
        <w:t>1.4. “Client” means a Platform user ordering interior design services and related services through the Platform.</w:t>
      </w:r>
    </w:p>
    <w:p w14:paraId="55B14F78" w14:textId="77777777" w:rsidR="00557872" w:rsidRDefault="00557872" w:rsidP="00557872">
      <w:r>
        <w:t xml:space="preserve">1.5. “Designer’s Personal Account” means a protected </w:t>
      </w:r>
      <w:proofErr w:type="spellStart"/>
      <w:r>
        <w:t>personalised</w:t>
      </w:r>
      <w:proofErr w:type="spellEnd"/>
      <w:r>
        <w:t xml:space="preserve"> section of the Platform providing access to orders, client materials, work results, notices, settlements and other Platform services.</w:t>
      </w:r>
    </w:p>
    <w:p w14:paraId="0E42885C" w14:textId="77777777" w:rsidR="00557872" w:rsidRDefault="00557872" w:rsidP="00557872">
      <w:r>
        <w:t>1.6. “SLA” means the service level agreement, which constitutes an annex to this Offer and establishes response times, timeframes for preparing results, requirements for communication quality, rules for introducing revisions, classification of breaches, designer rating, consequences of breaches and other operational standards applicable to the Designer’s work.</w:t>
      </w:r>
    </w:p>
    <w:p w14:paraId="2975FC21" w14:textId="77777777" w:rsidR="00557872" w:rsidRDefault="00557872" w:rsidP="00557872">
      <w:r>
        <w:t>1.7. “Procurement Service” means a service for selecting goods, preparing recommendations, specifications, preliminary orders and cost proposals for the Client. The Procurement Service, in and of itself, does not mean that the Designer is vested with authority to enter into transactions on behalf of the Client, unless otherwise expressly confirmed by the Client through the Platform or by a separate document.</w:t>
      </w:r>
    </w:p>
    <w:p w14:paraId="2E563523" w14:textId="77777777" w:rsidR="00557872" w:rsidRDefault="00557872" w:rsidP="00557872">
      <w:r>
        <w:t xml:space="preserve">1.8. “Work Result” means materials created by the Designer within a specific order, including, inter alia, layouts, </w:t>
      </w:r>
      <w:proofErr w:type="spellStart"/>
      <w:r>
        <w:t>visualisations</w:t>
      </w:r>
      <w:proofErr w:type="spellEnd"/>
      <w:r>
        <w:t xml:space="preserve">, </w:t>
      </w:r>
      <w:proofErr w:type="spellStart"/>
      <w:r>
        <w:t>moodboards</w:t>
      </w:r>
      <w:proofErr w:type="spellEnd"/>
      <w:r>
        <w:t>, schedules, selections, estimates, presentations, text and graphic materials within the scope provided for by the service package and the order card.</w:t>
      </w:r>
    </w:p>
    <w:p w14:paraId="3C414D91" w14:textId="77777777" w:rsidR="00557872" w:rsidRDefault="00557872" w:rsidP="00557872">
      <w:r>
        <w:t xml:space="preserve">1.9. “Object” means a residential, non-residential or other premises, apartment, house, office or other real estate object of the Client at a specific address in respect of which an order has been created through the </w:t>
      </w:r>
      <w:r>
        <w:lastRenderedPageBreak/>
        <w:t xml:space="preserve">Platform, a brief has been provided, materials have been uploaded, proposals, an estimate, specification, </w:t>
      </w:r>
      <w:proofErr w:type="spellStart"/>
      <w:r>
        <w:t>visualisation</w:t>
      </w:r>
      <w:proofErr w:type="spellEnd"/>
      <w:r>
        <w:t xml:space="preserve"> or concept have been prepared, or the provision of services by the Designer has otherwise commenced.</w:t>
      </w:r>
    </w:p>
    <w:p w14:paraId="304982F4" w14:textId="77777777" w:rsidR="00557872" w:rsidRDefault="00557872" w:rsidP="00557872">
      <w:r>
        <w:t>1.10. “Related Object” means any other order, stage, premises, room, zone, part of an Object or additional scope of work that relates to the same address, the same Client, the same project, the same technical assignment or is objectively connected with the Object in respect of which the Designer obtained access to the Client, information, materials, estimate, specification, suppliers or any other commercially significant resource through the Platform.</w:t>
      </w:r>
    </w:p>
    <w:p w14:paraId="0F3184DD" w14:textId="77777777" w:rsidR="00557872" w:rsidRDefault="00557872" w:rsidP="00557872">
      <w:r>
        <w:t xml:space="preserve">1.11. “Protected Platform Object” means the Object and all Related Objects in respect of which at least one of the following actions has taken place through the Platform: Client registration, creation of an order, appointment of the Designer, transfer of a brief, receipt of contacts, holding of a consultation, preparation of a concept, </w:t>
      </w:r>
      <w:proofErr w:type="spellStart"/>
      <w:r>
        <w:t>visualisation</w:t>
      </w:r>
      <w:proofErr w:type="spellEnd"/>
      <w:r>
        <w:t>, estimate, specification or selection of goods, interaction with a supplier, uploading of the Work Result or any other participation of the Designer in the project through the Platform.</w:t>
      </w:r>
    </w:p>
    <w:p w14:paraId="79C2CAEE" w14:textId="77777777" w:rsidR="00557872" w:rsidRDefault="00557872" w:rsidP="00557872">
      <w:r>
        <w:t>1.12. “Platform Circumvention” means any actions or omissions of the Designer aimed at excluding the Company from the economic, contractual or operational model of work in relation to the Protected Platform Object, including direct or indirect conclusion of transactions, provision of services, continuation of design, procurement, additional procurement, support, consultations, selection of goods, coordination of supplies or any other interaction with the Client, supplier or other persons outside the Platform in relation to the Protected Platform Object.</w:t>
      </w:r>
    </w:p>
    <w:p w14:paraId="40EFF297" w14:textId="77777777" w:rsidR="00557872" w:rsidRDefault="00557872" w:rsidP="00557872">
      <w:r>
        <w:t>1.13. “Designer’s Affiliates and Related Persons” means any individuals or legal entities acting in the interests of the Designer, jointly with the Designer, on the Designer’s instructions, under the Designer’s control or using the Designer’s materials, estimates, developments, contacts, design solutions or commercial connections obtained through the Platform.</w:t>
      </w:r>
    </w:p>
    <w:p w14:paraId="503A5482" w14:textId="77777777" w:rsidR="00557872" w:rsidRDefault="00557872" w:rsidP="00557872">
      <w:r>
        <w:t>1.14. “Basic Interior Design” means an online interior design service for one room, which includes consultations through the chat within the Platform, coordination and final video calls, selection of the stylistic solution, preparation of a concept (</w:t>
      </w:r>
      <w:proofErr w:type="spellStart"/>
      <w:r>
        <w:t>moodboard</w:t>
      </w:r>
      <w:proofErr w:type="spellEnd"/>
      <w:r>
        <w:t>), specifications and/or a shopping list of goods available on the Platform or marketplace, as well as the introduction of adjustments within the initial technical assignment, the selected package and the procedure for revision rounds established by the Platform.</w:t>
      </w:r>
    </w:p>
    <w:p w14:paraId="68C8EE45" w14:textId="77777777" w:rsidR="00557872" w:rsidRDefault="00557872" w:rsidP="00557872">
      <w:r>
        <w:t>1.15. “Comprehensive Interior Design” means an expanded online interior design service for one room, which includes consultations through the chat within the Platform, coordination, interim and final video calls, preparation of a concept (</w:t>
      </w:r>
      <w:proofErr w:type="spellStart"/>
      <w:r>
        <w:t>moodboard</w:t>
      </w:r>
      <w:proofErr w:type="spellEnd"/>
      <w:r>
        <w:t xml:space="preserve">), 3D </w:t>
      </w:r>
      <w:proofErr w:type="spellStart"/>
      <w:r>
        <w:t>visualisation</w:t>
      </w:r>
      <w:proofErr w:type="spellEnd"/>
      <w:r>
        <w:t>, specifications, a shopping list and technical materials for the design project within the scope provided for by the service card, order card and SLA, as well as the introduction of adjustments within the initial technical assignment, the selected package and the procedure for revision rounds established by the Platform.</w:t>
      </w:r>
    </w:p>
    <w:p w14:paraId="7F69AE3F" w14:textId="77777777" w:rsidR="00557872" w:rsidRDefault="00557872" w:rsidP="00557872">
      <w:r>
        <w:rPr>
          <w:b/>
        </w:rPr>
        <w:t>2. GENERAL PROVISIONS</w:t>
      </w:r>
    </w:p>
    <w:p w14:paraId="144E9748" w14:textId="77777777" w:rsidR="00557872" w:rsidRDefault="00557872" w:rsidP="00557872">
      <w:r>
        <w:t xml:space="preserve">2.1. This Offer constitutes an official offer of Pana Design Limited Liability Partnership, BIN 251040033970, legal address: Republic of Kazakhstan, Almaty, </w:t>
      </w:r>
      <w:proofErr w:type="spellStart"/>
      <w:r>
        <w:t>Tazhibayeva</w:t>
      </w:r>
      <w:proofErr w:type="spellEnd"/>
      <w:r>
        <w:t xml:space="preserve"> Street, building 157, apartment/office 7, website: https://www.pana-design.com, e-mail address for legally significant communications: info@pana-design.com, to enter into an agreement with individuals, individual entrepreneurs and legal entities duly registered in accordance with applicable law, on the terms set out in this Offer.</w:t>
      </w:r>
    </w:p>
    <w:p w14:paraId="260E6A51" w14:textId="77777777" w:rsidR="00557872" w:rsidRDefault="00557872" w:rsidP="00557872">
      <w:r>
        <w:lastRenderedPageBreak/>
        <w:t>2.2. The agreement between the Company and the Designer is concluded as a contract of adhesion by acceptance of this Offer in electronic form. From the date of acceptance of this Offer, its terms become binding upon the Designer in full.</w:t>
      </w:r>
    </w:p>
    <w:p w14:paraId="12117201" w14:textId="77777777" w:rsidR="00557872" w:rsidRDefault="00557872" w:rsidP="00557872">
      <w:r>
        <w:t>2.3. This Offer is governed by the laws of the Republic of Kazakhstan, including the provisions of civil legislation on offer and acceptance, contracts of adhesion, personal data protection, electronic interaction between the parties and dispute resolution.</w:t>
      </w:r>
    </w:p>
    <w:p w14:paraId="424F5C44" w14:textId="77777777" w:rsidR="00557872" w:rsidRDefault="00557872" w:rsidP="00557872">
      <w:r>
        <w:t>2.4. This Offer is published on the Internet at https://www.pana-design.com or at another address designated by the Company as the official address for publication of Platform documents.</w:t>
      </w:r>
    </w:p>
    <w:p w14:paraId="7993769D" w14:textId="77777777" w:rsidR="00557872" w:rsidRDefault="00557872" w:rsidP="00557872">
      <w:r>
        <w:t>2.5. The Company may unilaterally amend this Offer, the SLA, Platform Rules, Privacy Policy for personal data processing, and other documents expressly referred to in this Offer. A new version shall enter into force upon expiry of 5 (five) calendar days from the date of publication, unless a later date is specified in the relevant version. Amendments shall not apply retroactively to orders already accepted for work, accrued amounts and completed stages of service provision, unless otherwise follows from mandatory legal requirements or a separate agreement of the parties.</w:t>
      </w:r>
    </w:p>
    <w:p w14:paraId="293A640A" w14:textId="77777777" w:rsidR="00557872" w:rsidRDefault="00557872" w:rsidP="00557872">
      <w:r>
        <w:t>2.6. Matters not regulated by this Offer shall be governed by the Platform documents and the laws of the Republic of Kazakhstan. In the event of any conflict between this Offer and other Platform documents, the provisions of this Offer shall prevail, unless this Offer expressly provides that the relevant matter is governed by a special document.</w:t>
      </w:r>
    </w:p>
    <w:p w14:paraId="401CA8FA" w14:textId="77777777" w:rsidR="00557872" w:rsidRDefault="00557872" w:rsidP="00557872">
      <w:r>
        <w:t>2.7. This Offer is not an employment agreement, does not create employment relations between the Company and the Designer and does not give rise to any obligation of the Company to provide the Designer with a permanent volume of orders or a workplace. The Designer acts as an independent contractor, unless otherwise expressly provided by a separate written agreement of the parties.</w:t>
      </w:r>
    </w:p>
    <w:p w14:paraId="268B5464" w14:textId="77777777" w:rsidR="00557872" w:rsidRDefault="00557872" w:rsidP="00557872">
      <w:r>
        <w:rPr>
          <w:b/>
        </w:rPr>
        <w:t>3. PLATFORM DOCUMENTS AND THEIR PRIORITY</w:t>
      </w:r>
    </w:p>
    <w:p w14:paraId="4A314470" w14:textId="77777777" w:rsidR="00557872" w:rsidRDefault="00557872" w:rsidP="00557872">
      <w:r>
        <w:t>3.1. The following constitute an integral part of this Offer: the SLA; Platform Rules; Privacy Policy for personal data processing; user offer or other terms for Platform clients to the extent affecting the order performance model, acceptance of the result and limits of revisions; supplier terms or rules for working with suppliers to the extent affecting the Procurement Service.</w:t>
      </w:r>
    </w:p>
    <w:p w14:paraId="5F1B5ACC" w14:textId="77777777" w:rsidR="00557872" w:rsidRDefault="00557872" w:rsidP="00557872">
      <w:r>
        <w:t>3.2. For the purposes of interpretation and application of Platform documents, the following order of priority shall apply: this Offer; Privacy Policy for personal data processing with respect to personal data processing and protection; SLA with respect to timeframes, service standards, communication quality and operational metrics; Platform Rules with respect to functionality, moderation, account use rules and internal work procedures; the card of a specific order with respect to the scope of service, price, status and parameters of the specific project.</w:t>
      </w:r>
    </w:p>
    <w:p w14:paraId="37772358" w14:textId="77777777" w:rsidR="00557872" w:rsidRDefault="00557872" w:rsidP="00557872">
      <w:r>
        <w:t>3.3. If the same matter is regulated by several documents, the document that is special in relation to the relevant matter shall apply, provided that such special regulation does not contradict this Offer and mandatory legal requirements.</w:t>
      </w:r>
    </w:p>
    <w:p w14:paraId="7093BBA3" w14:textId="77777777" w:rsidR="00557872" w:rsidRDefault="00557872" w:rsidP="00557872">
      <w:r>
        <w:rPr>
          <w:b/>
        </w:rPr>
        <w:t>4. ACCEPTANCE PROCEDURE AND ELECTRONIC RECORDING</w:t>
      </w:r>
    </w:p>
    <w:p w14:paraId="6E923FCB" w14:textId="77777777" w:rsidR="00557872" w:rsidRDefault="00557872" w:rsidP="00557872">
      <w:r>
        <w:t xml:space="preserve">4.1. Acceptance of this Offer means the performance by the Designer of the following set of actions: registration on the Platform, creation of an account, confirmation of consent to the terms of the Offer and </w:t>
      </w:r>
      <w:r>
        <w:lastRenderedPageBreak/>
        <w:t>related documents by ticking the relevant checkbox or performing any other clearly defined action in the Platform interface, and subsequent use of the functionality of the Designer’s Personal Account.</w:t>
      </w:r>
    </w:p>
    <w:p w14:paraId="7BA63804" w14:textId="77777777" w:rsidR="00557872" w:rsidRDefault="00557872" w:rsidP="00557872">
      <w:r>
        <w:t>4.2. The Company ensures technical recording of the acceptance and legally significant actions of the Designer within the technical capabilities of the Platform, including, inter alia, the date and time of the action, IP address, account identifier, telephone number and/or e-mail address, document version, interface form identifier, checkbox confirmation logs, information on the sending of the confirmation code and other technical metadata of the information system.</w:t>
      </w:r>
    </w:p>
    <w:p w14:paraId="32BFF999" w14:textId="77777777" w:rsidR="00557872" w:rsidRDefault="00557872" w:rsidP="00557872">
      <w:r>
        <w:t xml:space="preserve">4.3. The Parties acknowledge that information generated by the Platform information system during registration, acceptance, </w:t>
      </w:r>
      <w:proofErr w:type="spellStart"/>
      <w:r>
        <w:t>authorisation</w:t>
      </w:r>
      <w:proofErr w:type="spellEnd"/>
      <w:r>
        <w:t>, acceptance of an order for work, uploading of a result, approval of changes, generation of settlements and other use of the Platform may be used by the Company as admissible evidence of the fact that the relevant action was performed by the Designer, unless otherwise proven in the established manner.</w:t>
      </w:r>
    </w:p>
    <w:p w14:paraId="09D73E13" w14:textId="77777777" w:rsidR="00557872" w:rsidRDefault="00557872" w:rsidP="00557872">
      <w:r>
        <w:t xml:space="preserve">4.4. Actions performed after </w:t>
      </w:r>
      <w:proofErr w:type="spellStart"/>
      <w:r>
        <w:t>authorisation</w:t>
      </w:r>
      <w:proofErr w:type="spellEnd"/>
      <w:r>
        <w:t xml:space="preserve"> in the Personal Account using a login, password, one-time code, two-factor authentication tools and/or other identification tools provided by the Platform shall be deemed to have been performed by the Designer, unless the Designer proves that such actions were performed as a result of unlawful access of which the Designer duly notified the Company in a timely manner.</w:t>
      </w:r>
    </w:p>
    <w:p w14:paraId="21750A10" w14:textId="77777777" w:rsidR="00557872" w:rsidRDefault="00557872" w:rsidP="00557872">
      <w:r>
        <w:t>4.5. The Designer shall ensure the confidentiality of access credentials to the Personal Account and shall promptly notify the Company of any account compromise, loss of access, change of contact details and other circumstances affecting the security of the use of the Platform.</w:t>
      </w:r>
    </w:p>
    <w:p w14:paraId="220FD344" w14:textId="77777777" w:rsidR="00557872" w:rsidRDefault="00557872" w:rsidP="00557872">
      <w:r>
        <w:rPr>
          <w:b/>
        </w:rPr>
        <w:t>5. SUBJECT MATTER OF THE AGREEMENT AND RELATIONSHIP MODEL</w:t>
      </w:r>
    </w:p>
    <w:p w14:paraId="5428AE2B" w14:textId="77777777" w:rsidR="00557872" w:rsidRDefault="00557872" w:rsidP="00557872">
      <w:r>
        <w:t xml:space="preserve">5.1. The Company provides the Designer with access to the Platform functionality and </w:t>
      </w:r>
      <w:proofErr w:type="spellStart"/>
      <w:r>
        <w:t>organisational</w:t>
      </w:r>
      <w:proofErr w:type="spellEnd"/>
      <w:r>
        <w:t xml:space="preserve"> and technological infrastructure necessary for rendering services to clients through the Platform, and the Designer undertakes to use the Platform in good faith, comply with the terms of this Offer and render services in accordance with the selected orders, SLA, order card and other mandatory Platform documents.</w:t>
      </w:r>
    </w:p>
    <w:p w14:paraId="37AE98FD" w14:textId="77777777" w:rsidR="00557872" w:rsidRDefault="00557872" w:rsidP="00557872">
      <w:r>
        <w:t>5.2. The Company is not the Designer’s employer, does not manage the Designer’s work process as an employer, does not establish the Designer’s working time regime and does not guarantee any volume of orders, unless otherwise provided by a separate agreement of the parties.</w:t>
      </w:r>
    </w:p>
    <w:p w14:paraId="402FF4EE" w14:textId="77777777" w:rsidR="00557872" w:rsidRDefault="00557872" w:rsidP="00557872">
      <w:r>
        <w:t xml:space="preserve">5.3. The Company may perform moderation, quality control, data verification, allocation of orders, receipt and distribution of payments, reflection of accruals, </w:t>
      </w:r>
      <w:proofErr w:type="spellStart"/>
      <w:r>
        <w:t>organisation</w:t>
      </w:r>
      <w:proofErr w:type="spellEnd"/>
      <w:r>
        <w:t xml:space="preserve"> of communications, consideration of complaints and disputes, and take measures to protect the rights of clients, the Platform itself and other ecosystem participants within the limits of this Offer and the law.</w:t>
      </w:r>
    </w:p>
    <w:p w14:paraId="0AD43232" w14:textId="77777777" w:rsidR="00557872" w:rsidRDefault="00557872" w:rsidP="00557872">
      <w:r>
        <w:t>5.4. Unless otherwise expressly provided by the Platform interface or a separate written agreement, the Designer is not a representative of the Company and may not assume obligations on behalf of the Company, make legally significant statements on behalf of the Company or give clients or suppliers promises exceeding the Platform functionality and the terms of the order.</w:t>
      </w:r>
    </w:p>
    <w:p w14:paraId="09965294" w14:textId="77777777" w:rsidR="00557872" w:rsidRDefault="00557872" w:rsidP="00557872">
      <w:r>
        <w:rPr>
          <w:b/>
        </w:rPr>
        <w:t>6. RIGHTS AND OBLIGATIONS OF THE PARTIES</w:t>
      </w:r>
    </w:p>
    <w:p w14:paraId="66EAA3E5" w14:textId="77777777" w:rsidR="00557872" w:rsidRDefault="00557872" w:rsidP="00557872">
      <w:r>
        <w:t xml:space="preserve">6.1. The Designer undertakes to provide accurate information about itself and its status; keep such information up to date; comply with the laws of the Republic of Kazakhstan, this Offer, the SLA, Platform </w:t>
      </w:r>
      <w:r>
        <w:lastRenderedPageBreak/>
        <w:t>Rules and Privacy Policy for personal data processing; use the Platform exclusively for lawful purposes; and not violate the rights of clients, the Company, suppliers and third parties.</w:t>
      </w:r>
    </w:p>
    <w:p w14:paraId="529E87DE" w14:textId="77777777" w:rsidR="00557872" w:rsidRDefault="00557872" w:rsidP="00557872">
      <w:r>
        <w:t>6.2. The Designer undertakes to perform orders personally or with the involvement of co-contractors only if such involvement is expressly permitted by the Platform, does not impair the quality of the service, does not breach confidentiality and personal data protection requirements and does not release the Designer from liability to the Company.</w:t>
      </w:r>
    </w:p>
    <w:p w14:paraId="26CF3D45" w14:textId="77777777" w:rsidR="00557872" w:rsidRDefault="00557872" w:rsidP="00557872">
      <w:r>
        <w:t>6.3. The Designer undertakes not to use the Platform to circumvent the Company, poach clients, move transactions outside the Platform, unlawfully copy data, unlawfully collect personal data, post prohibited content, infringe rights to results of intellectual activity or perform other actions capable of causing losses to the Company, clients or third parties.</w:t>
      </w:r>
    </w:p>
    <w:p w14:paraId="776E4FF0" w14:textId="77777777" w:rsidR="00557872" w:rsidRDefault="00557872" w:rsidP="00557872">
      <w:r>
        <w:t xml:space="preserve">6.3.1. The Designer undertakes not to independently provide, and not to </w:t>
      </w:r>
      <w:proofErr w:type="spellStart"/>
      <w:r>
        <w:t>organise</w:t>
      </w:r>
      <w:proofErr w:type="spellEnd"/>
      <w:r>
        <w:t xml:space="preserve"> through third parties the provision of, services, performance of work, procurement, additional procurement, project support, selection of goods, consulting or any other commercial interaction in relation to a Protected Platform Object outside the Platform if access to the relevant client, address, Object, project materials, estimate, specification, supplier or other resource was obtained by the Designer through the Platform.</w:t>
      </w:r>
    </w:p>
    <w:p w14:paraId="5DFD9C27" w14:textId="77777777" w:rsidR="00557872" w:rsidRDefault="00557872" w:rsidP="00557872">
      <w:r>
        <w:t>6.3.2. The Designer is prohibited from using information about the client, the Object address, the composition of premises, the concept, design solutions, estimate, specification, selections of goods, Work Results, client materials, contact details of the client or supplier obtained through the Platform to continue work on other premises, rooms, zones or stages of the same Object outside the Platform.</w:t>
      </w:r>
    </w:p>
    <w:p w14:paraId="655C68A5" w14:textId="77777777" w:rsidR="00557872" w:rsidRDefault="00557872" w:rsidP="00557872">
      <w:r>
        <w:t>6.3.3. If the Designer has performed work through the Platform for at least one room, premises, zone or stage of an Object, such Designer may not, outside the Platform, perform work, consult, support, procure or otherwise participate in work relating to other rooms, premises, zones, stages or parts of the same Object, regardless of whether the scope of off-platform work coincides with the initial scope of the order on the Platform.</w:t>
      </w:r>
    </w:p>
    <w:p w14:paraId="25277209" w14:textId="77777777" w:rsidR="00557872" w:rsidRDefault="00557872" w:rsidP="00557872">
      <w:r>
        <w:t>6.3.4. The Designer shall refrain from any actions that may create conditions for Platform Circumvention by a client, supplier or other persons, including provision of discounts, proposals to continue work directly, transfer of contacts, redirecting the client to messengers, social networks or other websites, and facilitating the conclusion of direct transactions in relation to a Protected Platform Object.</w:t>
      </w:r>
    </w:p>
    <w:p w14:paraId="754E92EA" w14:textId="77777777" w:rsidR="00557872" w:rsidRDefault="00557872" w:rsidP="00557872">
      <w:r>
        <w:t>6.3.5. If a client, supplier or any other person proposes that the Designer continue work, procurement, additional procurement, support or other commercial activity in relation to a Protected Platform Object outside the Platform, the Designer shall promptly, and in any event no later than 2 (two) business days, notify the Company thereof through the official communication channels of the Platform.</w:t>
      </w:r>
    </w:p>
    <w:p w14:paraId="62671E6E" w14:textId="77777777" w:rsidR="00557872" w:rsidRDefault="00557872" w:rsidP="00557872">
      <w:r>
        <w:t>6.3.6. The Designer undertakes not to use the Designer’s Affiliates and Related Persons to perform actions that would be prohibited for the Designer under this Offer. Actions of such persons in relation to a Protected Platform Object shall be treated as actions of the Designer if the Company reasonably confirms the connection of such actions with the Designer.</w:t>
      </w:r>
    </w:p>
    <w:p w14:paraId="290752E1" w14:textId="77777777" w:rsidR="00557872" w:rsidRDefault="00557872" w:rsidP="00557872">
      <w:r>
        <w:t>6.4. The Company undertakes to provide the Designer with access to the Platform functionality within the scope provided by the current version of the service, taking into account scheduled maintenance, technical limitations, preventive maintenance, updates and security measures.</w:t>
      </w:r>
    </w:p>
    <w:p w14:paraId="19035151" w14:textId="77777777" w:rsidR="00557872" w:rsidRDefault="00557872" w:rsidP="00557872">
      <w:r>
        <w:lastRenderedPageBreak/>
        <w:t>6.5. The Company undertakes to reflect in the Personal Account material information on orders, statuses, accruals, deductions and notices to the extent provided by the Platform functionality and the Company’s internal processes.</w:t>
      </w:r>
    </w:p>
    <w:p w14:paraId="2F534028" w14:textId="77777777" w:rsidR="00557872" w:rsidRDefault="00557872" w:rsidP="00557872">
      <w:r>
        <w:t>6.6. The Company may request from the Designer documents and information necessary for identification, verification of status, compliance with tax and accounting requirements, performance of anti-fraud obligations, consideration of disputes, processing of claims and compliance with the law.</w:t>
      </w:r>
    </w:p>
    <w:p w14:paraId="27D10D0F" w14:textId="77777777" w:rsidR="00557872" w:rsidRDefault="00557872" w:rsidP="00557872">
      <w:r>
        <w:t>6.7. The Company may temporarily restrict the Designer’s access to certain Platform functions, suspend acceptance of new orders or suspend payments in cases expressly provided for by this Offer or objectively necessary to prevent data leakage, fraud, Platform Circumvention, material breach of the SLA, harm to clients, investigation of a security incident or compliance with legal requirements. As a general rule, the Company notifies the Designer of the reason for and measure of restriction, except where immediate action is necessary to prevent more significant damage or violation of the law.</w:t>
      </w:r>
    </w:p>
    <w:p w14:paraId="19EEB9B7" w14:textId="77777777" w:rsidR="00557872" w:rsidRDefault="00557872" w:rsidP="00557872">
      <w:r>
        <w:rPr>
          <w:b/>
        </w:rPr>
        <w:t>7. ORDER PERFORMANCE PROCEDURE, RESULT, REVISIONS AND ACCEPTANCE</w:t>
      </w:r>
    </w:p>
    <w:p w14:paraId="76575CF8" w14:textId="77777777" w:rsidR="00557872" w:rsidRDefault="00557872" w:rsidP="00557872">
      <w:r>
        <w:t>7.1. The composition, scope, deadlines and other parameters of the result for each order are determined by the service card, order card, SLA, user terms of the Platform for the relevant package and other Platform documents expressly relating to the relevant service.</w:t>
      </w:r>
    </w:p>
    <w:p w14:paraId="10969ED7" w14:textId="77777777" w:rsidR="00557872" w:rsidRDefault="00557872" w:rsidP="00557872">
      <w:r>
        <w:t xml:space="preserve">7.2. The Designer shall upload the Work Result and interim materials in the formats and through the channels provided by the Platform. Materials transferred outside the Platform without the Company’s express permission may not be </w:t>
      </w:r>
      <w:proofErr w:type="spellStart"/>
      <w:r>
        <w:t>recognised</w:t>
      </w:r>
      <w:proofErr w:type="spellEnd"/>
      <w:r>
        <w:t xml:space="preserve"> as proper performance, unless otherwise follows from the circumstances of the specific case.</w:t>
      </w:r>
    </w:p>
    <w:p w14:paraId="7D58649C" w14:textId="77777777" w:rsidR="00557872" w:rsidRDefault="00557872" w:rsidP="00557872">
      <w:r>
        <w:t>7.3. The Client is independently responsible for the completeness, accuracy and correctness of the source data relating to the Object, including room dimensions, measurement results, plans, diagrams, photos, videos and other information transmitted through the Platform. Unless otherwise expressly provided by the relevant Platform service, the Company and the Designer rely on the correctness of the data provided by the Client.</w:t>
      </w:r>
    </w:p>
    <w:p w14:paraId="4318B1F4" w14:textId="77777777" w:rsidR="00557872" w:rsidRDefault="00557872" w:rsidP="00557872">
      <w:r>
        <w:t>7.4. If the Designer performs work on the basis of measurements, plans or other source data provided by the Client, the Company and the Designer shall not be liable for defects in the Work Result, errors in planning solutions, specifications, selection of goods or the need for adjustments caused by the inaccuracy, incompleteness or incorrectness of such data, unless the relevant Platform service expressly provides for on-site measurement, verification of measurements or another form of verification of source data by the Company or the Designer.</w:t>
      </w:r>
    </w:p>
    <w:p w14:paraId="256FAC18" w14:textId="77777777" w:rsidR="00557872" w:rsidRDefault="00557872" w:rsidP="00557872">
      <w:r>
        <w:t>7.5. The Client may accept the result, submit reasoned comments or take no action within the period established by the rules of the relevant service. Client comments shall be taken into account only within the initial assignment, paid package and reasonably expected scope of revisions.</w:t>
      </w:r>
    </w:p>
    <w:p w14:paraId="4829CF03" w14:textId="77777777" w:rsidR="00557872" w:rsidRDefault="00557872" w:rsidP="00557872">
      <w:r>
        <w:t>7.5.1. One revision round under this Offer means a one-time submission by the Client, through the Platform functionality provided for that purpose, of a reasoned, comprehensive and single-package list of comments and adjustments to the interim or final Work Result for the relevant stage.</w:t>
      </w:r>
    </w:p>
    <w:p w14:paraId="06F78C12" w14:textId="77777777" w:rsidR="00557872" w:rsidRDefault="00557872" w:rsidP="00557872">
      <w:r>
        <w:t xml:space="preserve">7.5.2. Comments submitted by the Client separately, in parts, through communication channels not provided by the Platform or without using the functionality intended for recording comments shall not be deemed an </w:t>
      </w:r>
      <w:r>
        <w:lastRenderedPageBreak/>
        <w:t xml:space="preserve">officially recorded revision round until they are duly </w:t>
      </w:r>
      <w:proofErr w:type="spellStart"/>
      <w:r>
        <w:t>formalised</w:t>
      </w:r>
      <w:proofErr w:type="spellEnd"/>
      <w:r>
        <w:t xml:space="preserve"> through the Platform, unless otherwise expressly confirmed by the Company.</w:t>
      </w:r>
    </w:p>
    <w:p w14:paraId="61C54A2E" w14:textId="77777777" w:rsidR="00557872" w:rsidRDefault="00557872" w:rsidP="00557872">
      <w:r>
        <w:t>7.5.3. The number of revision rounds available to the Client without additional payment is determined by the selected service package, order card, SLA, Platform user terms and revision round procedure. Such revisions are permitted only within the initial technical assignment, selected package, relevant stage and reasonably expected scope of improvements.</w:t>
      </w:r>
    </w:p>
    <w:p w14:paraId="68BBB707" w14:textId="77777777" w:rsidR="00557872" w:rsidRDefault="00557872" w:rsidP="00557872">
      <w:r>
        <w:t xml:space="preserve">7.5.4. Adjustments that in fact change the initial technical assignment, the selected style after its approval, the functional purpose of the room, the composition of the premises, agreed furniture dimensions, budget parameters, the scope of the result or require the creation of a new independent result shall not be </w:t>
      </w:r>
      <w:proofErr w:type="spellStart"/>
      <w:r>
        <w:t>recognised</w:t>
      </w:r>
      <w:proofErr w:type="spellEnd"/>
      <w:r>
        <w:t xml:space="preserve"> as revisions within the paid package and may be </w:t>
      </w:r>
      <w:proofErr w:type="spellStart"/>
      <w:r>
        <w:t>formalised</w:t>
      </w:r>
      <w:proofErr w:type="spellEnd"/>
      <w:r>
        <w:t xml:space="preserve"> as an additional order or additional paid service through the Platform.</w:t>
      </w:r>
    </w:p>
    <w:p w14:paraId="04696C1A" w14:textId="77777777" w:rsidR="00557872" w:rsidRDefault="00557872" w:rsidP="00557872">
      <w:r>
        <w:t>7.6. Revisions exceeding the limits of the Client’s initial assignment, paid scope of services, composition of the premises, project parameters or in fact resulting in the creation of a new independent result shall not be mandatory for the Designer without additional agreement through the Platform.</w:t>
      </w:r>
    </w:p>
    <w:p w14:paraId="5B64CBC7" w14:textId="77777777" w:rsidR="00557872" w:rsidRDefault="00557872" w:rsidP="00557872">
      <w:r>
        <w:t>7.7. If the Client has submitted reasoned comments relating to the agreed scope of service, the Designer shall, within a reasonable time or within the period established by the SLA, remedy such comments if they relate to the quality of the result and not to a change of the Client’s initial assignment.</w:t>
      </w:r>
    </w:p>
    <w:p w14:paraId="44EA832F" w14:textId="77777777" w:rsidR="00557872" w:rsidRDefault="00557872" w:rsidP="00557872">
      <w:r>
        <w:t>7.7.1. The planned period for the Designer’s processing and introduction of changes for each revision round officially recorded by the Platform is from 1 (one) to 3 (three) business days, depending on complexity, the scope of improvements and the applicable SLA, unless another period is provided by the order card, rules of the relevant service or separate confirmation of the Company through the Platform.</w:t>
      </w:r>
    </w:p>
    <w:p w14:paraId="73B77F82" w14:textId="77777777" w:rsidR="00557872" w:rsidRDefault="00557872" w:rsidP="00557872">
      <w:r>
        <w:t>7.8. An order is deemed completed after the Client confirms the result through the Platform or after expiry of the period for comments, provided that the Client has not submitted reasoned comments and unless otherwise provided by the rules of the relevant service. The Company may provide for an additional internal review of the result if necessary to resolve a dispute, verify quality or protect the rights of the parties.</w:t>
      </w:r>
    </w:p>
    <w:p w14:paraId="61A38B78" w14:textId="77777777" w:rsidR="00557872" w:rsidRDefault="00557872" w:rsidP="00557872">
      <w:r>
        <w:t>7.9. If completion of an order is impossible for reasons attributable to the Client, including failure to provide source data, absence of feedback, refusal to communicate or change of the assignment outside the agreed scope, the procedure for completion of the order, partial acceptance and settlement shall be determined by the rules of the relevant service, this Offer and the actual scope of work performed by the Designer.</w:t>
      </w:r>
    </w:p>
    <w:p w14:paraId="5A2A7480" w14:textId="77777777" w:rsidR="00557872" w:rsidRDefault="00557872" w:rsidP="00557872">
      <w:r>
        <w:t>7.10. The Designer undertakes to perform design of the Object in stages and sequentially in accordance with the order card, selected service package, Platform user terms and SLA standards established for the “Basic Design” and “Comprehensive Design” packages.</w:t>
      </w:r>
    </w:p>
    <w:p w14:paraId="29C440A5" w14:textId="77777777" w:rsidR="00557872" w:rsidRDefault="00557872" w:rsidP="00557872">
      <w:r>
        <w:t>If the Client’s order includes 2 (two) or more rooms, premises, zones or other independent parts of the Object, the Designer shall perform the work strictly sequentially: each subsequent room, premises, zone or other part of the Object may commence only after full completion, transfer to the Client and acceptance of the result for the previous room, premises, zone or other part of the Object, or after automatic acceptance of such result upon expiry of the period for reasoned comments.</w:t>
      </w:r>
    </w:p>
    <w:p w14:paraId="68F0D43A" w14:textId="77777777" w:rsidR="00557872" w:rsidRDefault="00557872" w:rsidP="00557872">
      <w:r>
        <w:lastRenderedPageBreak/>
        <w:t xml:space="preserve">Parallel performance of work on several rooms, premises, zones or other parts of the Object is not permitted, unless otherwise expressly </w:t>
      </w:r>
      <w:proofErr w:type="spellStart"/>
      <w:r>
        <w:t>authorised</w:t>
      </w:r>
      <w:proofErr w:type="spellEnd"/>
      <w:r>
        <w:t xml:space="preserve"> by the Company through the Platform or by separate written confirmation.</w:t>
      </w:r>
    </w:p>
    <w:p w14:paraId="7A0AB08D" w14:textId="77777777" w:rsidR="00557872" w:rsidRDefault="00557872" w:rsidP="00557872">
      <w:r>
        <w:t>When moving to each subsequent room, premises, zone or other part of the Object, the control timeframes for the introductory and production stages start anew and are calculated separately for each such room, premises, zone or other part of the Object in accordance with the SLA, order card, selected service package and this Offer.</w:t>
      </w:r>
    </w:p>
    <w:p w14:paraId="0723F841" w14:textId="77777777" w:rsidR="00557872" w:rsidRDefault="00557872" w:rsidP="00557872">
      <w:r>
        <w:t>Unless otherwise provided by the SLA, order card or rules of the relevant service, the control SLA timeframes for each room, premises, zone or other part of the Object include:</w:t>
      </w:r>
    </w:p>
    <w:p w14:paraId="09F77FCD" w14:textId="77777777" w:rsidR="00557872" w:rsidRDefault="00557872" w:rsidP="00557872">
      <w:r>
        <w:t>1. initial contact with the Client - within 12 (twelve) hours from the moment of appointment of the Designer to the relevant stage or receipt of a notice in the Designer’s Personal Account;</w:t>
      </w:r>
    </w:p>
    <w:p w14:paraId="76EE9910" w14:textId="77777777" w:rsidR="00557872" w:rsidRDefault="00557872" w:rsidP="00557872">
      <w:r>
        <w:t>2. scheduling of the coordination video call - within 48 (forty-eight) hours from the moment of appointment of the Designer to the relevant stage, provided that the Client has provided the necessary source data, the Client is available for communication and the Platform is technically available;</w:t>
      </w:r>
    </w:p>
    <w:p w14:paraId="3A72E07E" w14:textId="77777777" w:rsidR="00557872" w:rsidRDefault="00557872" w:rsidP="00557872">
      <w:r>
        <w:t>3. preparation of the concept (</w:t>
      </w:r>
      <w:proofErr w:type="spellStart"/>
      <w:r>
        <w:t>moodboard</w:t>
      </w:r>
      <w:proofErr w:type="spellEnd"/>
      <w:r>
        <w:t>) - within 3 (three) business days from completion of the introductory stage and recording of the completeness of the source data;</w:t>
      </w:r>
    </w:p>
    <w:p w14:paraId="641B07FB" w14:textId="77777777" w:rsidR="00557872" w:rsidRDefault="00557872" w:rsidP="00557872">
      <w:r>
        <w:t>4. preparation of the planning solution - within 4 (four) business days from approval by the Client of the result of the previous stage;</w:t>
      </w:r>
    </w:p>
    <w:p w14:paraId="7C0E0996" w14:textId="77777777" w:rsidR="00557872" w:rsidRDefault="00557872" w:rsidP="00557872">
      <w:r>
        <w:t xml:space="preserve">5. preparation of 3D </w:t>
      </w:r>
      <w:proofErr w:type="spellStart"/>
      <w:r>
        <w:t>visualisation</w:t>
      </w:r>
      <w:proofErr w:type="spellEnd"/>
      <w:r>
        <w:t>, if included in the selected service package - within 4 (four) business days from approval by the Client of the result of the previous stage;</w:t>
      </w:r>
    </w:p>
    <w:p w14:paraId="4192C4CA" w14:textId="77777777" w:rsidR="00557872" w:rsidRDefault="00557872" w:rsidP="00557872">
      <w:r>
        <w:t>6. preparation of the specification, shopping list, procurement and/or technical documentation within the scope of the selected package - within 3 (three) business days from approval by the Client of the result of the previous stage.</w:t>
      </w:r>
    </w:p>
    <w:p w14:paraId="3694589E" w14:textId="77777777" w:rsidR="00557872" w:rsidRDefault="00557872" w:rsidP="00557872">
      <w:r>
        <w:t xml:space="preserve">A breach by the Designer of the control SLA timeframes by more than 2 (two) business days without a valid reason confirmed through the Platform or </w:t>
      </w:r>
      <w:proofErr w:type="spellStart"/>
      <w:r>
        <w:t>recognised</w:t>
      </w:r>
      <w:proofErr w:type="spellEnd"/>
      <w:r>
        <w:t xml:space="preserve"> by the Company constitutes a breach of the SLA and may result in a reduction of the Designer’s rating, restriction of access to new orders, replacement of the Designer on the project, deduction, reduction or suspension of payment in the manner provided by this Offer, the SLA and the rules of the relevant service.</w:t>
      </w:r>
    </w:p>
    <w:p w14:paraId="74187A11" w14:textId="77777777" w:rsidR="00557872" w:rsidRDefault="00557872" w:rsidP="00557872">
      <w:r>
        <w:rPr>
          <w:b/>
        </w:rPr>
        <w:t>8. REMUNERATION, ACCRUAL, HOLDS AND PAYMENTS</w:t>
      </w:r>
    </w:p>
    <w:p w14:paraId="6A0FC1C1" w14:textId="77777777" w:rsidR="00557872" w:rsidRDefault="00557872" w:rsidP="00557872">
      <w:r>
        <w:t>8.1. The amount of remuneration for an order is determined by the card of the specific order, Platform tariffs and applicable rules of the relevant service in effect at the time the Designer accepts the order for work. If special tariffs or other settlement terms are expressly provided in the SLA, order card or service rules, such special terms shall apply.</w:t>
      </w:r>
    </w:p>
    <w:p w14:paraId="7988F262" w14:textId="77777777" w:rsidR="00557872" w:rsidRDefault="00557872" w:rsidP="00557872">
      <w:r>
        <w:t>8.2. Remuneration for interior design services is deemed accrued after completion of the order in accordance with Section 7 of this Offer, and for the Procurement Service after the occurrence of the settlement conditions established by the Platform rules for the relevant service, taking into account order confirmation, returns, cancellations, disputes regarding goods, refusals by clients and other events directly affecting the final settlement.</w:t>
      </w:r>
    </w:p>
    <w:p w14:paraId="15C7A1AD" w14:textId="77777777" w:rsidR="00557872" w:rsidRDefault="00557872" w:rsidP="00557872">
      <w:r>
        <w:lastRenderedPageBreak/>
        <w:t>8.2.1. The Designer’s remuneration for the Procurement Service is calculated at 5% (five percent) of the value of goods actually paid by the Client and purchased through the Platform under the relevant order, estimate, specification, selection of goods or other document generated or confirmed through the Platform.</w:t>
      </w:r>
    </w:p>
    <w:p w14:paraId="269217EE" w14:textId="77777777" w:rsidR="00557872" w:rsidRDefault="00557872" w:rsidP="00557872">
      <w:r>
        <w:t>Remuneration for the Procurement Service is accrued and moves to the “payable” status in the Designer’s Personal Account upon simultaneous fulfilment of the following conditions:</w:t>
      </w:r>
    </w:p>
    <w:p w14:paraId="4DACD423" w14:textId="77777777" w:rsidR="00557872" w:rsidRDefault="00557872" w:rsidP="00557872">
      <w:r>
        <w:t>1. the order for goods has been paid in full by the Client through the Platform, and the relevant funds have been successfully credited to the Company’s bank account or otherwise reflected in the Platform payment system as received;</w:t>
      </w:r>
    </w:p>
    <w:p w14:paraId="7A5311E9" w14:textId="77777777" w:rsidR="00557872" w:rsidRDefault="00557872" w:rsidP="00557872">
      <w:r>
        <w:t>2. the order for goods has been confirmed by the Supplier and fulfilled, the goods have actually been transferred to the Client, and the Platform has recorded the performance of the relevant transaction;</w:t>
      </w:r>
    </w:p>
    <w:p w14:paraId="5FE3179F" w14:textId="77777777" w:rsidR="00557872" w:rsidRDefault="00557872" w:rsidP="00557872">
      <w:r>
        <w:t>3. the period of 14 (fourteen) calendar days for the relevant goods, calculated from the date of transfer of the goods to the Client and established for return or exchange of goods of proper quality, has expired, unless a longer period is provided by the laws of the Republic of Kazakhstan, Platform rules, the product card, Supplier terms or payment service rules;</w:t>
      </w:r>
    </w:p>
    <w:p w14:paraId="260E11E5" w14:textId="77777777" w:rsidR="00557872" w:rsidRDefault="00557872" w:rsidP="00557872">
      <w:r>
        <w:t>4. there are no unresolved complaints, claims, return requests, disputes regarding quality, completeness, delivery, price or characteristics of the goods, chargeback operations or other circumstances affecting the final settlement in relation to the relevant goods.</w:t>
      </w:r>
    </w:p>
    <w:p w14:paraId="04D13D96" w14:textId="77777777" w:rsidR="00557872" w:rsidRDefault="00557872" w:rsidP="00557872">
      <w:r>
        <w:t>If the Client returns goods of proper or improper quality, refuses the goods, disputes the payment, or if the transaction for the goods is fully or partially cancelled, the Designer’s remuneration for the Procurement Service in relation to the relevant goods shall not be accrued.</w:t>
      </w:r>
    </w:p>
    <w:p w14:paraId="6A344A3A" w14:textId="77777777" w:rsidR="00557872" w:rsidRDefault="00557872" w:rsidP="00557872">
      <w:r>
        <w:t>If, at the time of return, cancellation, payment dispute or other review of the transaction, the Designer’s remuneration for the Procurement Service has already been paid, the Company may deduct the amount of the previously paid remuneration, calculated proportionally to the value of the returned, cancelled or disputed goods, from subsequent payments to the Designer in the manner provided by Section 9 of this Offer.</w:t>
      </w:r>
    </w:p>
    <w:p w14:paraId="73108FC0" w14:textId="77777777" w:rsidR="00557872" w:rsidRDefault="00557872" w:rsidP="00557872">
      <w:r>
        <w:t>8.3. Amounts that have moved to the “payable” status are transferred to the Designer’s bank account or other permitted details, as a general rule, by the 10th (tenth) day of the month following the month in which the relevant project was closed by the Client or the amount under another service finally moved to the “payable” status, provided that the Company has been provided with all necessary documents and there are no grounds for lawful deduction, set-off or suspension of payment.</w:t>
      </w:r>
    </w:p>
    <w:p w14:paraId="5D679C2E" w14:textId="77777777" w:rsidR="00557872" w:rsidRDefault="00557872" w:rsidP="00557872">
      <w:r>
        <w:t>For the purposes of accruing remuneration to the Designer, a project is deemed closed by the Client not only upon manual confirmation by the Client of the Work Result in the Personal Account, but also automatically upon expiry of 5 (five) calendar days from the date of placing the final Work Result on the Platform and sending the Client a notice of readiness of the result, provided that during such period the Client has not submitted reasoned comments within the initial technical assignment, selected service package and order card. Automatic closure of the project does not prevent the Company from conducting an internal review of the result, suspending payment, applying a technical hold or considering a dispute in the manner provided by this Offer, the SLA and the rules of the relevant service.</w:t>
      </w:r>
    </w:p>
    <w:p w14:paraId="6ADF6C0C" w14:textId="77777777" w:rsidR="00557872" w:rsidRDefault="00557872" w:rsidP="00557872">
      <w:r>
        <w:t xml:space="preserve">8.4. The Company may impose a technical hold on the accrued amount or part thereof for a period reasonably necessary to verify the circumstances of the order, returns, complaints, chargeback operations, fraudulent </w:t>
      </w:r>
      <w:r>
        <w:lastRenderedPageBreak/>
        <w:t xml:space="preserve">actions, duplicate payments, partial performance, tax and compliance checks. Unless another period follows from the law, requirements of a bank, payment </w:t>
      </w:r>
      <w:proofErr w:type="spellStart"/>
      <w:r>
        <w:t>organisation</w:t>
      </w:r>
      <w:proofErr w:type="spellEnd"/>
      <w:r>
        <w:t>, court, governmental authority or the nature of an unresolved dispute, the ordinary term of a technical hold shall not exceed 90 calendar days.</w:t>
      </w:r>
    </w:p>
    <w:p w14:paraId="1840F250" w14:textId="77777777" w:rsidR="00557872" w:rsidRDefault="00557872" w:rsidP="00557872">
      <w:r>
        <w:t>8.5. If a dispute concerns only part of the accrued amount, the Company, where technically possible and where sufficient grounds exist, may transfer the undisputed part of the remuneration separately from the disputed part.</w:t>
      </w:r>
    </w:p>
    <w:p w14:paraId="0E9C948C" w14:textId="77777777" w:rsidR="00557872" w:rsidRDefault="00557872" w:rsidP="00557872">
      <w:r>
        <w:t>8.6. The tax regime, composition of documents and procedure for recording payments depend on the Designer’s status as an individual, individual entrepreneur or legal entity and are determined by applicable law, the Company’s internal processes and the nature of the specific payment. The Designer shall timely provide accurate information and documents necessary for the correct processing of settlements.</w:t>
      </w:r>
    </w:p>
    <w:p w14:paraId="27FB7C27" w14:textId="77777777" w:rsidR="00557872" w:rsidRDefault="00557872" w:rsidP="00557872">
      <w:r>
        <w:t>8.6.1. If the Designer is registered as an individual entrepreneur or is a legal entity in accordance with the laws of the Republic of Kazakhstan or other applicable law, such Designer independently calculates, declares and pays all applicable taxes, fees, mandatory payments and other deductions related to the receipt of remuneration under this Offer. In such case, the Company shall not act as the Designer’s tax agent, unless otherwise expressly provided by mandatory requirements of applicable law.</w:t>
      </w:r>
    </w:p>
    <w:p w14:paraId="75D6ADF8" w14:textId="77777777" w:rsidR="00557872" w:rsidRDefault="00557872" w:rsidP="00557872">
      <w:r>
        <w:t xml:space="preserve">8.6.2. If the Designer is an individual and does not operate as an individual entrepreneur or legal entity, the Company, when paying remuneration, performs the functions of a tax agent and/or other obligated person within the limits and in cases provided by the laws of the Republic of Kazakhstan. In such case, the Company may withhold from the accrued remuneration of the Designer individual income tax at the source of payment, mandatory pension contributions, contributions for compulsory social health insurance and other mandatory payments subject to withholding or transfer upon payment of income to an individual, and transfer them to the budget, funds or other </w:t>
      </w:r>
      <w:proofErr w:type="spellStart"/>
      <w:r>
        <w:t>authorised</w:t>
      </w:r>
      <w:proofErr w:type="spellEnd"/>
      <w:r>
        <w:t xml:space="preserve"> </w:t>
      </w:r>
      <w:proofErr w:type="spellStart"/>
      <w:r>
        <w:t>organisations</w:t>
      </w:r>
      <w:proofErr w:type="spellEnd"/>
      <w:r>
        <w:t xml:space="preserve"> in the manner and within the timeframes established by law.</w:t>
      </w:r>
    </w:p>
    <w:p w14:paraId="47DD0013" w14:textId="77777777" w:rsidR="00557872" w:rsidRDefault="00557872" w:rsidP="00557872">
      <w:r>
        <w:t>8.7. If under applicable law the Company is required to act as a tax agent or perform other mandatory functions when paying remuneration, such deductions and actions shall be carried out by the Company to the extent established by law.</w:t>
      </w:r>
    </w:p>
    <w:p w14:paraId="0458B1D9" w14:textId="77777777" w:rsidR="00557872" w:rsidRDefault="00557872" w:rsidP="00557872">
      <w:r>
        <w:rPr>
          <w:b/>
        </w:rPr>
        <w:t>9. DEDUCTIONS, WRITE-OFFS, SET-OFF AND SETTLEMENT DISPUTES</w:t>
      </w:r>
    </w:p>
    <w:p w14:paraId="59AB763F" w14:textId="77777777" w:rsidR="00557872" w:rsidRDefault="00557872" w:rsidP="00557872">
      <w:r>
        <w:t>9.1. Deduction, reduction, write-off, set-off or suspension of payment is permitted only where grounds expressly provided by this Offer, rules of the specific service, the SLA, order card, other mandatory Platform documents or the laws of the Republic of Kazakhstan exist.</w:t>
      </w:r>
    </w:p>
    <w:p w14:paraId="21E4335E" w14:textId="77777777" w:rsidR="00557872" w:rsidRDefault="00557872" w:rsidP="00557872">
      <w:r>
        <w:t>9.2. Possible grounds include, inter alia: confirmed non-performance or improper performance of an order; material breach of the SLA; refund to the Client; identified fraud; breach of confidentiality or personal data protection requirements; breach of the prohibition on Platform Circumvention; double or erroneous payment; need to compensate documented losses of the Company caused by the Designer; and other cases expressly provided by Platform documents and the law.</w:t>
      </w:r>
    </w:p>
    <w:p w14:paraId="4A9366E1" w14:textId="77777777" w:rsidR="00557872" w:rsidRDefault="00557872" w:rsidP="00557872">
      <w:r>
        <w:t>9.3. Prior to deduction or final write-off, the Company sends the Designer a notice stating the ground, amount, calculation procedure, order status and, where available, materials supporting the Company’s position. The Designer may submit written objections and explanations within 5 (five) business days from the date of receipt of the notice, unless another period is expressly established in the Offer.</w:t>
      </w:r>
    </w:p>
    <w:p w14:paraId="13DE9564" w14:textId="77777777" w:rsidR="00557872" w:rsidRDefault="00557872" w:rsidP="00557872">
      <w:r>
        <w:lastRenderedPageBreak/>
        <w:t>9.4. The Company considers the Designer’s objections within a reasonable period, but, as a general rule, no more than 10 (ten) business days, unless longer consideration is required due to the complexity of the dispute, the need to obtain materials from the Client, supplier, payment partner or to conduct an internal review.</w:t>
      </w:r>
    </w:p>
    <w:p w14:paraId="5D15D406" w14:textId="77777777" w:rsidR="00557872" w:rsidRDefault="00557872" w:rsidP="00557872">
      <w:r>
        <w:t xml:space="preserve">9.5. A Client’s subjective expression of dissatisfaction alone shall not constitute an unconditional and sufficient ground for full write-off of remuneration without </w:t>
      </w:r>
      <w:proofErr w:type="spellStart"/>
      <w:r>
        <w:t>analysing</w:t>
      </w:r>
      <w:proofErr w:type="spellEnd"/>
      <w:r>
        <w:t xml:space="preserve"> the actual scope of work performed, compliance with the SLA, the nature of comments, actions of the Designer to remedy them and applicable service rules.</w:t>
      </w:r>
    </w:p>
    <w:p w14:paraId="2973DAF3" w14:textId="77777777" w:rsidR="00557872" w:rsidRDefault="00557872" w:rsidP="00557872">
      <w:r>
        <w:t>9.6. Confirmed deduction amounts may be set off by the Company against future payments to the Designer subject to compliance with the notice procedure, consideration of objections and the principle of proportionality. In the event of replacement of the Designer, the final settlement shall be made taking into account the actual scope of work performed, the suitability of the result for use and the grounds for replacement.</w:t>
      </w:r>
    </w:p>
    <w:p w14:paraId="5CA35DEA" w14:textId="77777777" w:rsidR="00557872" w:rsidRDefault="00557872" w:rsidP="00557872">
      <w:r>
        <w:t>9.7. A breach by the Designer of the prohibition on Platform Circumvention, including attempted circumvention, assistance in circumvention, failure to notify the Company of a proposal to circumvent or participation in work on a Protected Platform Object outside the Platform, constitutes a material breach of this Offer.</w:t>
      </w:r>
    </w:p>
    <w:p w14:paraId="0256B859" w14:textId="77777777" w:rsidR="00557872" w:rsidRDefault="00557872" w:rsidP="00557872">
      <w:r>
        <w:t>9.8. In the event of a confirmed breach of the prohibition on Platform Circumvention, the Company may suspend payments to the Designer; make deductions from amounts payable; block or restrict the Designer’s access to the Platform; terminate cooperation unilaterally; demand payment of a penalty; and demand compensation for losses to the extent not covered by the penalty, if permitted by applicable law and the terms of this Offer.</w:t>
      </w:r>
    </w:p>
    <w:p w14:paraId="53EAD5BE" w14:textId="77777777" w:rsidR="00557872" w:rsidRDefault="00557872" w:rsidP="00557872">
      <w:r>
        <w:t>9.9. The Designer’s participation in off-platform work for the same Client, the same address, the same Object or another Related Object during the term of the prohibition on Platform Circumvention may be treated by the Company as an indication of possible Platform Circumvention and as a ground for conducting a review, requesting explanations and applying measures provided by this Offer, provided that there is a combination of circumstances confirming the connection of such work with the use of resources, contacts, materials or commercial opportunities obtained through the Platform.</w:t>
      </w:r>
    </w:p>
    <w:p w14:paraId="7316C8B1" w14:textId="77777777" w:rsidR="00557872" w:rsidRDefault="00557872" w:rsidP="00557872">
      <w:r>
        <w:t xml:space="preserve">9.10. For each confirmed breach of the prohibition on Platform Circumvention, the Designer shall pay the Company a penalty in the amount of KZT 300,000 (three hundred thousand </w:t>
      </w:r>
      <w:proofErr w:type="spellStart"/>
      <w:r>
        <w:t>tenge</w:t>
      </w:r>
      <w:proofErr w:type="spellEnd"/>
      <w:r>
        <w:t xml:space="preserve">) or in the amount of twice the Company’s commission that the Company would have received if the relevant transaction had been properly </w:t>
      </w:r>
      <w:proofErr w:type="spellStart"/>
      <w:r>
        <w:t>formalised</w:t>
      </w:r>
      <w:proofErr w:type="spellEnd"/>
      <w:r>
        <w:t xml:space="preserve"> through the Platform, whichever amount is higher. Payment of the penalty shall not release the Designer from the obligation to cease the breach or from compensating the Company’s losses to the extent not covered by the penalty, if permitted by applicable law.</w:t>
      </w:r>
    </w:p>
    <w:p w14:paraId="4C1E2A02" w14:textId="77777777" w:rsidR="00557872" w:rsidRDefault="00557872" w:rsidP="00557872">
      <w:r>
        <w:rPr>
          <w:b/>
        </w:rPr>
        <w:t>10. ELECTRONIC DOCUMENT MANAGEMENT AND NOTICES</w:t>
      </w:r>
    </w:p>
    <w:p w14:paraId="3C3E645F" w14:textId="77777777" w:rsidR="00557872" w:rsidRDefault="00557872" w:rsidP="00557872">
      <w:r>
        <w:t>10.1. Legally significant communications, requests for documents, settlements, reports, notices of breaches, restrictions, deductions, amendments to Platform documents and other communications may be sent to the Designer through the Personal Account, to the e-mail address, telephone number, including via SMS, push notifications, messengers and other electronic communication channels indicated by the Designer during registration or permitted by the Platform functionality.</w:t>
      </w:r>
    </w:p>
    <w:p w14:paraId="409D5B97" w14:textId="77777777" w:rsidR="00557872" w:rsidRDefault="00557872" w:rsidP="00557872">
      <w:r>
        <w:lastRenderedPageBreak/>
        <w:t>10.2. A communication is deemed received by the Designer from the moment it is posted in the Personal Account or sent to the contact details indicated by the Designer, unless otherwise proven by the Designer. The risk of non-receipt of a communication due to outdated contact details, disabled notifications or untimely checking of the Personal Account shall be borne by the Designer.</w:t>
      </w:r>
    </w:p>
    <w:p w14:paraId="6FCF89D7" w14:textId="77777777" w:rsidR="00557872" w:rsidRDefault="00557872" w:rsidP="00557872">
      <w:r>
        <w:t>10.3. Tacit consent may apply only in cases expressly provided by this Offer or special rules of the relevant service, and only after the Designer has been provided with a reasonable period for objections.</w:t>
      </w:r>
    </w:p>
    <w:p w14:paraId="07E80315" w14:textId="77777777" w:rsidR="00557872" w:rsidRDefault="00557872" w:rsidP="00557872">
      <w:r>
        <w:t>10.4. The Designer agrees that documents and information generated and displayed in the Platform interface may be used by the parties as part of electronic document management and the evidentiary basis for relations arising from this Offer.</w:t>
      </w:r>
    </w:p>
    <w:p w14:paraId="6ACAE769" w14:textId="77777777" w:rsidR="00557872" w:rsidRDefault="00557872" w:rsidP="00557872">
      <w:r>
        <w:rPr>
          <w:b/>
        </w:rPr>
        <w:t>11. PERSONAL DATA AND INFORMATION SECURITY</w:t>
      </w:r>
    </w:p>
    <w:p w14:paraId="051C9C7C" w14:textId="77777777" w:rsidR="00557872" w:rsidRDefault="00557872" w:rsidP="00557872">
      <w:r>
        <w:t>11.1. The Company and the Designer undertake to comply with the laws of the Republic of Kazakhstan on personal data and its protection and to ensure personal data processing based on the principles of lawfulness, good faith, proportionality, limitation of processing purposes and sufficiency of the composition of processed data. The Designer’s access to clients’ personal data is provided only to the extent necessary and sufficient for the performance of the relevant order through the Platform.</w:t>
      </w:r>
    </w:p>
    <w:p w14:paraId="35AC05E8" w14:textId="77777777" w:rsidR="00557872" w:rsidRDefault="00557872" w:rsidP="00557872">
      <w:r>
        <w:t>11.2. Within the relations governed by this Offer, the Designer is considered a person obtaining access to clients’ personal data for the performance of an order and the functions determined by the Platform, and undertakes to act exclusively within the purposes determined by the Company, this Offer, the Privacy Policy for personal data processing and the functionality of the relevant service.</w:t>
      </w:r>
    </w:p>
    <w:p w14:paraId="236B6C5A" w14:textId="77777777" w:rsidR="00557872" w:rsidRDefault="00557872" w:rsidP="00557872">
      <w:r>
        <w:t>11.3. Clients’ personal data may include, inter alia, surname, first name, contact telephone number, e-mail address, Object address, photos and videos of premises, questionnaires, planning data, room dimensions, preferences regarding style, budget and scope of work, and other information provided by the Client through the Platform or in connection with the performance of an order. The Designer may not independently expand the scope of collected data beyond the scope objectively necessary for the performance of the order.</w:t>
      </w:r>
    </w:p>
    <w:p w14:paraId="6B286EB7" w14:textId="77777777" w:rsidR="00557872" w:rsidRDefault="00557872" w:rsidP="00557872">
      <w:r>
        <w:t>11.4. The Designer may use clients’ personal data exclusively for the purposes of performing the order through the Platform; communicating regarding the order within permitted channels; preparing, adjusting and uploading the Work Result; forming estimates, specifications and selections of goods; interacting with the Company and, in cases permitted by the Platform, with suppliers to the extent necessary for the performance of the order.</w:t>
      </w:r>
    </w:p>
    <w:p w14:paraId="092C6143" w14:textId="77777777" w:rsidR="00557872" w:rsidRDefault="00557872" w:rsidP="00557872">
      <w:r>
        <w:t>11.5. The Designer is prohibited from using clients’ personal data for its own independent purposes, including direct marketing, independent offering of services, formation of its own client database, transfer to third parties outside the Platform, use in other projects, and any actions aimed at Platform Circumvention.</w:t>
      </w:r>
    </w:p>
    <w:p w14:paraId="069C07B5" w14:textId="77777777" w:rsidR="00557872" w:rsidRDefault="00557872" w:rsidP="00557872">
      <w:r>
        <w:t>11.6. The Designer may not copy, download, reproduce, transfer to third parties, place in external storage facilities, store outside information environments agreed with the Company, print without necessity, use for direct independent interaction with the Client or otherwise remove from controlled circulation any data obtained through the Platform, unless otherwise expressly provided by law, this Offer or written permission of the Company.</w:t>
      </w:r>
    </w:p>
    <w:p w14:paraId="2AE05F5B" w14:textId="77777777" w:rsidR="00557872" w:rsidRDefault="00557872" w:rsidP="00557872">
      <w:r>
        <w:t xml:space="preserve">11.7. Transfer of personal data to suppliers, contractors, co-contractors or other persons is permitted only where such transfer is expressly provided by the Platform functionality, is necessary for the performance of </w:t>
      </w:r>
      <w:r>
        <w:lastRenderedPageBreak/>
        <w:t>the relevant order and is carried out to the minimum extent necessary to achieve the relevant purpose. The involvement of co-contractors by the Designer does not release the Designer from liability for compliance with confidentiality, lawfulness of processing and personal data protection requirements.</w:t>
      </w:r>
    </w:p>
    <w:p w14:paraId="7CB6ED2A" w14:textId="77777777" w:rsidR="00557872" w:rsidRDefault="00557872" w:rsidP="00557872">
      <w:r>
        <w:t xml:space="preserve">11.8. The Designer shall apply reasonable and sufficient </w:t>
      </w:r>
      <w:proofErr w:type="spellStart"/>
      <w:r>
        <w:t>organisational</w:t>
      </w:r>
      <w:proofErr w:type="spellEnd"/>
      <w:r>
        <w:t xml:space="preserve"> and technical measures to protect information, including protection of account access credentials, use of passwords of appropriate complexity, prevention of account transfer to third parties, restriction of access by </w:t>
      </w:r>
      <w:proofErr w:type="spellStart"/>
      <w:r>
        <w:t>unauthorised</w:t>
      </w:r>
      <w:proofErr w:type="spellEnd"/>
      <w:r>
        <w:t xml:space="preserve"> persons to devices and materials related to orders, use of up-to-date antivirus protection and other basic information security measures proportionate to the nature of the processed data and the risks of its loss, disclosure or </w:t>
      </w:r>
      <w:proofErr w:type="spellStart"/>
      <w:r>
        <w:t>unauthorised</w:t>
      </w:r>
      <w:proofErr w:type="spellEnd"/>
      <w:r>
        <w:t xml:space="preserve"> modification.</w:t>
      </w:r>
    </w:p>
    <w:p w14:paraId="10B54C90" w14:textId="77777777" w:rsidR="00557872" w:rsidRDefault="00557872" w:rsidP="00557872">
      <w:r>
        <w:t>11.9. Cross-border transfer of personal data, as well as placement of personal data in information systems, cloud storage facilities or services not agreed with the Company, is not permitted unless otherwise expressly provided by the laws of the Republic of Kazakhstan, the Privacy Policy for personal data processing or written permission of the Company.</w:t>
      </w:r>
    </w:p>
    <w:p w14:paraId="1646DDCC" w14:textId="77777777" w:rsidR="00557872" w:rsidRDefault="00557872" w:rsidP="00557872">
      <w:r>
        <w:t xml:space="preserve">11.10. Upon detection of an information security incident, loss of a device, account compromise, </w:t>
      </w:r>
      <w:proofErr w:type="spellStart"/>
      <w:r>
        <w:t>unauthorised</w:t>
      </w:r>
      <w:proofErr w:type="spellEnd"/>
      <w:r>
        <w:t xml:space="preserve"> access, leakage or suspicion of a breach of the personal data processing regime, the Designer shall promptly, and in any event no later than 24 hours from the moment when the Designer became aware or should have become aware of such event, notify the Company, cease actions capable of increasing the scale of the incident, preserve available information about such event and assist the Company in </w:t>
      </w:r>
      <w:proofErr w:type="spellStart"/>
      <w:r>
        <w:t>localising</w:t>
      </w:r>
      <w:proofErr w:type="spellEnd"/>
      <w:r>
        <w:t xml:space="preserve"> the consequences, conducting an internal review and complying with applicable legal requirements.</w:t>
      </w:r>
    </w:p>
    <w:p w14:paraId="37B79867" w14:textId="77777777" w:rsidR="00557872" w:rsidRDefault="00557872" w:rsidP="00557872">
      <w:r>
        <w:t xml:space="preserve">11.11. After termination of access to the Platform, completion of an order or receipt of the relevant request from the Company, the Designer shall cease using clients’ personal data, return or delete such data from all </w:t>
      </w:r>
      <w:proofErr w:type="spellStart"/>
      <w:r>
        <w:t>unauthorised</w:t>
      </w:r>
      <w:proofErr w:type="spellEnd"/>
      <w:r>
        <w:t xml:space="preserve"> external media and storage facilities and, upon the Company’s request, confirm the cessation of use and deletion of data, unless further storage is expressly required by applicable law.</w:t>
      </w:r>
    </w:p>
    <w:p w14:paraId="195E713A" w14:textId="77777777" w:rsidR="00557872" w:rsidRDefault="00557872" w:rsidP="00557872">
      <w:r>
        <w:t>11.12. The detailed procedure for personal data processing and protection is determined by the Platform Privacy Policy for personal data processing. If certain requirements of the said policy are stricter than this Offer, the provisions of the policy shall apply as a special document on personal data processing and protection matters.</w:t>
      </w:r>
    </w:p>
    <w:p w14:paraId="572A6E53" w14:textId="77777777" w:rsidR="00557872" w:rsidRDefault="00557872" w:rsidP="00557872">
      <w:r>
        <w:rPr>
          <w:b/>
        </w:rPr>
        <w:t>12. CONFIDENTIALITY AND PROHIBITION ON PLATFORM CIRCUMVENTION</w:t>
      </w:r>
    </w:p>
    <w:p w14:paraId="11D73F18" w14:textId="77777777" w:rsidR="00557872" w:rsidRDefault="00557872" w:rsidP="00557872">
      <w:r>
        <w:t>12.1. Confidential information includes any information received by the Designer when using the Platform and performing orders, including clients’ personal data, supplier data, commercial terms, tariffs, settlements, estimates, selections, analytics, algorithms, methodologies, technical documentation, correspondence, internal rules and other information that is not publicly available.</w:t>
      </w:r>
    </w:p>
    <w:p w14:paraId="099C4680" w14:textId="77777777" w:rsidR="00557872" w:rsidRDefault="00557872" w:rsidP="00557872">
      <w:r>
        <w:t>12.2. The Designer undertakes not to disclose confidential information, not to transfer it to third parties and not to use it outside the purposes of performing orders and using the Platform, except in cases expressly provided by the laws of the Republic of Kazakhstan or written permission of the Company.</w:t>
      </w:r>
    </w:p>
    <w:p w14:paraId="4B495A9D" w14:textId="77777777" w:rsidR="00557872" w:rsidRDefault="00557872" w:rsidP="00557872">
      <w:r>
        <w:t xml:space="preserve">12.3. Direct or indirect Platform Circumvention in relation to a Protected Platform Object is prohibited, including, inter alia: conclusion of contracts, transactions or arrangements with the Client outside the Platform; provision of design, planning, procurement, additional procurement, support, selection of goods, </w:t>
      </w:r>
      <w:proofErr w:type="spellStart"/>
      <w:r>
        <w:t>visualisation</w:t>
      </w:r>
      <w:proofErr w:type="spellEnd"/>
      <w:r>
        <w:t xml:space="preserve">, author supervision support or other related activities outside the Platform; performance of work on other rooms, premises, zones, stages or parts of the same Object if initial access to the Client, address, </w:t>
      </w:r>
      <w:r>
        <w:lastRenderedPageBreak/>
        <w:t>project or materials was obtained through the Platform; use of estimates, specifications, selections of goods, SKUs, contact details, brief, design solutions, Work Results or other materials created, received or prepared through the Platform for direct interaction with the Client or supplier outside the Platform; redirecting the Client, supplier or other project participants to messengers, social networks, third-party websites, personal telephone numbers, e-mail or other communication channels for the purpose of removing the Protected Platform Object from the control and settlement model of the Platform; participation in such actions through the Designer’s Affiliates and Related Persons.</w:t>
      </w:r>
    </w:p>
    <w:p w14:paraId="58262920" w14:textId="77777777" w:rsidR="00557872" w:rsidRDefault="00557872" w:rsidP="00557872">
      <w:r>
        <w:t xml:space="preserve">12.4. For the purposes of this Offer, Platform Circumvention also includes a situation where, after performing work through the Platform for one room, premises, zone or stage of an Object, the Designer directly or indirectly participates outside the Platform in work on other premises, rooms, zones or stages of the same Object, including by providing the Client with a discount, direct estimate, personal consultation, selection of goods, coordination of supply, continuation of design or other commercial activity without </w:t>
      </w:r>
      <w:proofErr w:type="spellStart"/>
      <w:r>
        <w:t>formalising</w:t>
      </w:r>
      <w:proofErr w:type="spellEnd"/>
      <w:r>
        <w:t xml:space="preserve"> the relevant order through the Platform.</w:t>
      </w:r>
    </w:p>
    <w:p w14:paraId="4B04A6A3" w14:textId="77777777" w:rsidR="00557872" w:rsidRDefault="00557872" w:rsidP="00557872">
      <w:r>
        <w:t>12.5. The Designer confirms and agrees that the Protected Platform Object covers the entire Object at the relevant address, and not only the room, premises, stage or part of the project for which the initial order was placed through the Platform.</w:t>
      </w:r>
    </w:p>
    <w:p w14:paraId="0C799847" w14:textId="77777777" w:rsidR="00557872" w:rsidRDefault="00557872" w:rsidP="00557872">
      <w:r>
        <w:t>12.6. Confidentiality obligations remain in effect during the term of the agreement and for 5 (five) years after its termination, unless a longer period follows from the law, the nature of the information or a separate agreement of the parties. The prohibition on Platform Circumvention remains in effect during the term of the agreement and for 12 (twelve) months after its termination in relation to each Protected Platform Object in respect of which the Designer obtained access to the Client, address, materials, estimate, specification, suppliers or other resources through the Platform.</w:t>
      </w:r>
    </w:p>
    <w:p w14:paraId="2FD3A633" w14:textId="77777777" w:rsidR="00557872" w:rsidRDefault="00557872" w:rsidP="00557872">
      <w:r>
        <w:t>12.7. The Company may use any evidence permitted by law to confirm Platform Circumvention, including Platform information, the Object address, information on orders, estimates, specifications, correspondence, system logs, information from suppliers, clients, payment partners, as well as other documents and factual data confirming the connection between the off-platform transaction and the Protected Platform Object.</w:t>
      </w:r>
    </w:p>
    <w:p w14:paraId="659BB42A" w14:textId="77777777" w:rsidR="00557872" w:rsidRDefault="00557872" w:rsidP="00557872">
      <w:r>
        <w:rPr>
          <w:b/>
        </w:rPr>
        <w:t>13. INTELLECTUAL PROPERTY AND RIGHTS TO WORK RESULTS</w:t>
      </w:r>
    </w:p>
    <w:p w14:paraId="215B8D98" w14:textId="77777777" w:rsidR="00557872" w:rsidRDefault="00557872" w:rsidP="00557872">
      <w:r>
        <w:t xml:space="preserve">13.1. The Designer warrants that the materials created and uploaded by the Designer are used lawfully, do not infringe the rights of third parties and, where necessary, are accompanied by proper permissions, </w:t>
      </w:r>
      <w:proofErr w:type="spellStart"/>
      <w:r>
        <w:t>licences</w:t>
      </w:r>
      <w:proofErr w:type="spellEnd"/>
      <w:r>
        <w:t xml:space="preserve"> or other legal grounds for use.</w:t>
      </w:r>
    </w:p>
    <w:p w14:paraId="5053CDFE" w14:textId="77777777" w:rsidR="00557872" w:rsidRDefault="00557872" w:rsidP="00557872">
      <w:r>
        <w:t>13.2. Exclusive rights to preliminary materials, working methods, templates, approaches, know-how and other independent objects of the Designer that existed before commencement of performance of a specific order or were created outside the framework of a specific order shall remain with the Designer, unless otherwise provided by a separate agreement of the parties.</w:t>
      </w:r>
    </w:p>
    <w:p w14:paraId="3A1277F1" w14:textId="77777777" w:rsidR="00557872" w:rsidRDefault="00557872" w:rsidP="00557872">
      <w:r>
        <w:t xml:space="preserve">13.3. Exclusive economic rights to Work Results created by the Designer in the performance of orders through the Platform, including layouts, </w:t>
      </w:r>
      <w:proofErr w:type="spellStart"/>
      <w:r>
        <w:t>visualisations</w:t>
      </w:r>
      <w:proofErr w:type="spellEnd"/>
      <w:r>
        <w:t xml:space="preserve">, </w:t>
      </w:r>
      <w:proofErr w:type="spellStart"/>
      <w:r>
        <w:t>moodboards</w:t>
      </w:r>
      <w:proofErr w:type="spellEnd"/>
      <w:r>
        <w:t>, schedules, selections, estimates, specifications, presentations, text, graphic and other materials, are transferred to the Company in full from the moment of creation of the relevant result and its uploading to the Platform or transfer to the Company through another permitted channel.</w:t>
      </w:r>
    </w:p>
    <w:p w14:paraId="71903D40" w14:textId="77777777" w:rsidR="00557872" w:rsidRDefault="00557872" w:rsidP="00557872">
      <w:r>
        <w:lastRenderedPageBreak/>
        <w:t>The transfer of exclusive economic rights to the Company is included in the Designer’s remuneration for the relevant order and does not require any separate additional payment, unless otherwise expressly provided by a separate written agreement of the parties. The Company may use, store, reproduce, modify, adapt, place, display, transfer to the Client, archive, use for quality control, claims settlement, proof of performance, internal analytics, technical functioning of the Platform, marketing, portfolio, presentations and other purposes related to the Platform’s activities, within the limits permitted by law, this Offer, Platform user terms and Client consents, if such consents are required.</w:t>
      </w:r>
    </w:p>
    <w:p w14:paraId="458AC53F" w14:textId="77777777" w:rsidR="00557872" w:rsidRDefault="00557872" w:rsidP="00557872">
      <w:r>
        <w:t>The Designer retains the author’s moral rights in cases and within the limits provided by the laws of the Republic of Kazakhstan; however, the Designer may not exercise such rights in a manner that prevents the Company, the Client or the Platform from using the Work Results in accordance with this Offer, Platform user terms and the purpose of the relevant order.</w:t>
      </w:r>
    </w:p>
    <w:p w14:paraId="77BDEB9C" w14:textId="77777777" w:rsidR="00557872" w:rsidRDefault="00557872" w:rsidP="00557872">
      <w:r>
        <w:t>13.4. The Client’s right to use the Work Result is determined by the Platform user terms and is deemed granted to the Client within the scope provided by the relevant service, not earlier than full payment for the relevant order, unless otherwise expressly provided by the service rules or a separate agreement of the parties.</w:t>
      </w:r>
    </w:p>
    <w:p w14:paraId="4C04A4D3" w14:textId="77777777" w:rsidR="00557872" w:rsidRDefault="00557872" w:rsidP="00557872">
      <w:r>
        <w:t xml:space="preserve">13.5. Use of Work Results, photos of objects, </w:t>
      </w:r>
      <w:proofErr w:type="spellStart"/>
      <w:r>
        <w:t>visualisations</w:t>
      </w:r>
      <w:proofErr w:type="spellEnd"/>
      <w:r>
        <w:t xml:space="preserve"> and other materials for marketing purposes, cases, portfolios, presentations, social networks and advertising is permitted only subject to compliance with the Platform user terms, confidentiality regime, legal requirements and the availability of the necessary Client consents, if such consents are required.</w:t>
      </w:r>
    </w:p>
    <w:p w14:paraId="693414E2" w14:textId="77777777" w:rsidR="00557872" w:rsidRDefault="00557872" w:rsidP="00557872">
      <w:r>
        <w:t xml:space="preserve">13.5.1. The Designer may use Work Results, cases, </w:t>
      </w:r>
      <w:proofErr w:type="spellStart"/>
      <w:r>
        <w:t>visualisations</w:t>
      </w:r>
      <w:proofErr w:type="spellEnd"/>
      <w:r>
        <w:t>, project fragments, photographs of the Object, selections, specifications and other materials related to orders through the Platform created by the Designer as a portfolio only within the Platform and only through the functionality provided by the Company.</w:t>
      </w:r>
    </w:p>
    <w:p w14:paraId="0E1200F7" w14:textId="77777777" w:rsidR="00557872" w:rsidRDefault="00557872" w:rsidP="00557872">
      <w:r>
        <w:t>Use of such materials by the Designer outside the Platform, including posting on personal social networks, messengers, third-party websites, in presentations, advertising, commercial proposals, portfolios, mailings or transfer to third parties, is permitted only with the Company’s prior written permission and subject to compliance with the Platform user terms, confidentiality regime, personal data legislation and the necessary Client consents.</w:t>
      </w:r>
    </w:p>
    <w:p w14:paraId="63BBB58E" w14:textId="77777777" w:rsidR="00557872" w:rsidRDefault="00557872" w:rsidP="00557872">
      <w:r>
        <w:t>Placement of materials in the portfolio within the Platform does not mean transfer of exclusive rights to such materials to the Designer and does not limit the Company’s right to use the relevant Work Results as the rights holder.</w:t>
      </w:r>
    </w:p>
    <w:p w14:paraId="333100C6" w14:textId="77777777" w:rsidR="00557872" w:rsidRDefault="00557872" w:rsidP="00557872">
      <w:r>
        <w:t>13.6. If claims, lawsuits or demands are brought against the Company in connection with the Designer’s infringement of third-party rights to materials used in the performance of an order, the Designer shall, at its own efforts and expense, settle such claims or compensate the Company for documented losses and expenses incurred as a result of such infringement.</w:t>
      </w:r>
    </w:p>
    <w:p w14:paraId="79F76CE4" w14:textId="77777777" w:rsidR="00557872" w:rsidRDefault="00557872" w:rsidP="00557872">
      <w:r>
        <w:rPr>
          <w:b/>
        </w:rPr>
        <w:t>14. LIABILITY OF THE PARTIES AND LIMITATION OF LIABILITY</w:t>
      </w:r>
    </w:p>
    <w:p w14:paraId="2419532D" w14:textId="77777777" w:rsidR="00557872" w:rsidRDefault="00557872" w:rsidP="00557872">
      <w:r>
        <w:t>14.1. For non-performance or improper performance of obligations under this Offer, the parties shall be liable in accordance with this Offer and the laws of the Republic of Kazakhstan.</w:t>
      </w:r>
    </w:p>
    <w:p w14:paraId="7A98B1FF" w14:textId="77777777" w:rsidR="00557872" w:rsidRDefault="00557872" w:rsidP="00557872">
      <w:r>
        <w:t xml:space="preserve">14.2. The Company shall not be liable for actions or omissions of clients, suppliers, banks, payment </w:t>
      </w:r>
      <w:proofErr w:type="spellStart"/>
      <w:r>
        <w:t>organisations</w:t>
      </w:r>
      <w:proofErr w:type="spellEnd"/>
      <w:r>
        <w:t>, telecom operators, hosting providers, third-party services and other persons not under the Company’s control, unless otherwise expressly provided by law or this Offer.</w:t>
      </w:r>
    </w:p>
    <w:p w14:paraId="4EF17CDF" w14:textId="77777777" w:rsidR="00557872" w:rsidRDefault="00557872" w:rsidP="00557872">
      <w:r>
        <w:lastRenderedPageBreak/>
        <w:t>14.3. The Company shall not be liable for the Designer’s tax, accounting and other obligations related to the Designer’s legal status and entrepreneurial activity, except where performance of a specific obligation is expressly imposed on the Company by law.</w:t>
      </w:r>
    </w:p>
    <w:p w14:paraId="21504CF5" w14:textId="77777777" w:rsidR="00557872" w:rsidRDefault="00557872" w:rsidP="00557872">
      <w:r>
        <w:t>14.4. Unless otherwise follows from the law or the nature of the breach, the aggregate liability of the Company to the Designer for claims related exclusively to the use of the Platform shall be limited to the amount of commission actually withheld or received by the Company in respect of the disputed order or related orders for the last 6 (six) months preceding the occurrence of the dispute.</w:t>
      </w:r>
    </w:p>
    <w:p w14:paraId="20A51398" w14:textId="77777777" w:rsidR="00557872" w:rsidRDefault="00557872" w:rsidP="00557872">
      <w:r>
        <w:t xml:space="preserve">14.5. The limitation of liability provided in clause 14.4 of this Offer shall not apply in cases of </w:t>
      </w:r>
      <w:proofErr w:type="spellStart"/>
      <w:r>
        <w:t>wilful</w:t>
      </w:r>
      <w:proofErr w:type="spellEnd"/>
      <w:r>
        <w:t xml:space="preserve"> misconduct, gross negligence, unlawful disclosure of confidential information, breach of personal data legislation, unlawful withholding of amounts confirmed for payment or in other cases where limitation of liability is not permitted by law.</w:t>
      </w:r>
    </w:p>
    <w:p w14:paraId="77ED77B8" w14:textId="77777777" w:rsidR="00557872" w:rsidRDefault="00557872" w:rsidP="00557872">
      <w:r>
        <w:t>14.6. Neither party shall be liable for non-performance of obligations due to force majeure circumstances, provided that such party proves the existence, extraordinary and unavoidable nature of the relevant circumstances and due notification of the other party within a reasonable period.</w:t>
      </w:r>
    </w:p>
    <w:p w14:paraId="6C16D550" w14:textId="77777777" w:rsidR="00557872" w:rsidRDefault="00557872" w:rsidP="00557872">
      <w:r>
        <w:rPr>
          <w:b/>
        </w:rPr>
        <w:t>15. TERM, AMENDMENT AND TERMINATION OF THE AGREEMENT</w:t>
      </w:r>
    </w:p>
    <w:p w14:paraId="4302477D" w14:textId="77777777" w:rsidR="00557872" w:rsidRDefault="00557872" w:rsidP="00557872">
      <w:r>
        <w:t>15.1. This Offer enters into force for the Designer from the moment of its acceptance or activation of the Designer’s profile on the Platform, if such activation occurs later, and remains in effect for 12 (twelve) months. If neither party declares termination of cooperation no later than 15 (fifteen) calendar days before the end of the current term, the Offer shall be automatically extended for each subsequent 12-month period, unless otherwise follows from the nature of the parties’ relations, termination of access to the Platform or the law.</w:t>
      </w:r>
    </w:p>
    <w:p w14:paraId="497D4FC4" w14:textId="77777777" w:rsidR="00557872" w:rsidRDefault="00557872" w:rsidP="00557872">
      <w:r>
        <w:t>15.2. The Designer may cease using the Platform and refuse further cooperation after completing current obligations under orders accepted for work or resolving the issue of their transfer, unless otherwise prohibited by the service rules and provided that the rights of clients are not violated.</w:t>
      </w:r>
    </w:p>
    <w:p w14:paraId="6769E55F" w14:textId="77777777" w:rsidR="00557872" w:rsidRDefault="00557872" w:rsidP="00557872">
      <w:r>
        <w:t>15.3. The Company may suspend or terminate the Designer’s access to the Platform in the event of a material or repeated breach of this Offer, the SLA, Platform Rules, confidentiality regime, personal data processing rules, prohibition on Platform Circumvention, and in other cases where further access of the Designer creates a risk for clients, the Company or the Platform or directly contradicts the law.</w:t>
      </w:r>
    </w:p>
    <w:p w14:paraId="64915F2D" w14:textId="77777777" w:rsidR="00557872" w:rsidRDefault="00557872" w:rsidP="00557872">
      <w:r>
        <w:t>15.4. If the breach is not urgent and can be remedied, the Company may provide the Designer with a reasonable period to remedy the breach. Granting such period is a right, and not an obligation, of the Company, unless otherwise follows from the nature of the breach.</w:t>
      </w:r>
    </w:p>
    <w:p w14:paraId="37FD303E" w14:textId="77777777" w:rsidR="00557872" w:rsidRDefault="00557872" w:rsidP="00557872">
      <w:r>
        <w:t>15.5. Termination of access to the Platform shall not release the parties from performance of obligations that arose before the date of termination, including settlements, deductions, consideration of claims, compliance with confidentiality, deletion of personal data, protection of rights to Work Results and settlement of the consequences of breaches.</w:t>
      </w:r>
    </w:p>
    <w:p w14:paraId="07308DC6" w14:textId="77777777" w:rsidR="00557872" w:rsidRDefault="00557872" w:rsidP="00557872">
      <w:r>
        <w:rPr>
          <w:b/>
        </w:rPr>
        <w:t>16. CLAIM PROCEDURE AND JURISDICTION</w:t>
      </w:r>
    </w:p>
    <w:p w14:paraId="6CBB90D6" w14:textId="77777777" w:rsidR="00557872" w:rsidRDefault="00557872" w:rsidP="00557872">
      <w:r>
        <w:t xml:space="preserve">16.1. The parties shall </w:t>
      </w:r>
      <w:proofErr w:type="spellStart"/>
      <w:r>
        <w:t>endeavour</w:t>
      </w:r>
      <w:proofErr w:type="spellEnd"/>
      <w:r>
        <w:t xml:space="preserve"> to resolve all disputes and disagreements arising out of or in connection with this Offer through negotiations and compliance with the claim procedure.</w:t>
      </w:r>
    </w:p>
    <w:p w14:paraId="72B04C83" w14:textId="77777777" w:rsidR="00557872" w:rsidRDefault="00557872" w:rsidP="00557872">
      <w:r>
        <w:lastRenderedPageBreak/>
        <w:t>16.2. A claim shall be sent through official communication channels specified in the Company’s details and the Designer’s registration data and shall contain a description of the circumstances, demands, legal and factual substantiation and, where available, supporting documents and calculation of the disputed amount.</w:t>
      </w:r>
    </w:p>
    <w:p w14:paraId="707437A5" w14:textId="77777777" w:rsidR="00557872" w:rsidRDefault="00557872" w:rsidP="00557872">
      <w:r>
        <w:t>16.3. The period for consideration of a claim is 10 (ten) business days from the date of receipt, unless another period is required due to the nature of the dispute, the volume of documents and the need to obtain materials from third parties.</w:t>
      </w:r>
    </w:p>
    <w:p w14:paraId="3587B119" w14:textId="77777777" w:rsidR="00557872" w:rsidRDefault="00557872" w:rsidP="00557872">
      <w:r>
        <w:t>16.4. If no agreement is reached, the dispute shall be considered by the courts of the Republic of Kazakhstan at the location of the Company, unless otherwise provided by mandatory provisions of the laws of the Republic of Kazakhstan.</w:t>
      </w:r>
    </w:p>
    <w:p w14:paraId="31A1E52C" w14:textId="77777777" w:rsidR="00557872" w:rsidRDefault="00557872" w:rsidP="00557872">
      <w:r>
        <w:rPr>
          <w:b/>
        </w:rPr>
        <w:t>17. FINAL PROVISIONS</w:t>
      </w:r>
    </w:p>
    <w:p w14:paraId="2AE1A1B3" w14:textId="77777777" w:rsidR="00557872" w:rsidRDefault="00557872" w:rsidP="00557872">
      <w:r>
        <w:t>17.1. This Offer may be published in Russian, Kazakh and English. In the event of any discrepancy between language versions, the Russian-language version shall prevail, unless otherwise established by mandatory legal requirements.</w:t>
      </w:r>
    </w:p>
    <w:p w14:paraId="2D052C44" w14:textId="77777777" w:rsidR="00557872" w:rsidRDefault="00557872" w:rsidP="00557872">
      <w:r>
        <w:t>17.2. Recognition of any provision of this Offer as invalid or unenforceable shall not entail invalidity of its remaining provisions. The invalid or unenforceable provision shall be interpreted and, where necessary, replaced to the extent permitted by law as closely as possible to the original commercial purpose.</w:t>
      </w:r>
    </w:p>
    <w:p w14:paraId="3A7FF72F" w14:textId="77777777" w:rsidR="00557872" w:rsidRDefault="00557872" w:rsidP="00557872">
      <w:r>
        <w:t>17.3. This version of the Offer shall enter into force from the date of its publication on the official website of the Platform or from a later date expressly indicated by the Company upon publication.</w:t>
      </w:r>
    </w:p>
    <w:p w14:paraId="5A3A8EAE" w14:textId="77777777" w:rsidR="00557872" w:rsidRDefault="00557872" w:rsidP="00557872">
      <w:r>
        <w:rPr>
          <w:b/>
        </w:rPr>
        <w:t>18. COMPANY DETAILS</w:t>
      </w:r>
    </w:p>
    <w:p w14:paraId="1380836D" w14:textId="77777777" w:rsidR="00557872" w:rsidRDefault="00557872" w:rsidP="00557872">
      <w:r>
        <w:t>18.1. Pana Design Limited Liability Partnership.</w:t>
      </w:r>
    </w:p>
    <w:p w14:paraId="443EBABF" w14:textId="77777777" w:rsidR="00557872" w:rsidRDefault="00557872" w:rsidP="00557872">
      <w:r>
        <w:t>18.2. BIN: 251040033970.</w:t>
      </w:r>
    </w:p>
    <w:p w14:paraId="358F1C89" w14:textId="77777777" w:rsidR="00557872" w:rsidRDefault="00557872" w:rsidP="00557872">
      <w:r>
        <w:t xml:space="preserve">18.3. Legal address: Republic of Kazakhstan, Almaty, </w:t>
      </w:r>
      <w:proofErr w:type="spellStart"/>
      <w:r>
        <w:t>Tazhibayeva</w:t>
      </w:r>
      <w:proofErr w:type="spellEnd"/>
      <w:r>
        <w:t xml:space="preserve"> Street, building 157, apartment/office 7.</w:t>
      </w:r>
    </w:p>
    <w:p w14:paraId="4E4683DE" w14:textId="77777777" w:rsidR="00557872" w:rsidRDefault="00557872" w:rsidP="00557872">
      <w:r>
        <w:t>18.4. Website: https://www.pana-design.com.</w:t>
      </w:r>
    </w:p>
    <w:p w14:paraId="023DBC29" w14:textId="77777777" w:rsidR="00557872" w:rsidRDefault="00557872" w:rsidP="00557872">
      <w:r>
        <w:t>18.5. E-mail address for legally significant communications: info@pana-design.com.</w:t>
      </w:r>
    </w:p>
    <w:p w14:paraId="15682293" w14:textId="77777777" w:rsidR="00557872" w:rsidRDefault="00557872" w:rsidP="00557872">
      <w:pPr>
        <w:jc w:val="center"/>
      </w:pPr>
      <w:r>
        <w:rPr>
          <w:b/>
        </w:rPr>
        <w:t>PANA-DESIGN.COM | Public Offer for Designers</w:t>
      </w:r>
    </w:p>
    <w:p w14:paraId="66F767C0" w14:textId="5703254A" w:rsidR="00557872" w:rsidRDefault="00557872">
      <w:pPr>
        <w:spacing w:after="0" w:line="240" w:lineRule="auto"/>
        <w:jc w:val="center"/>
      </w:pPr>
    </w:p>
    <w:p w14:paraId="2EBA6818" w14:textId="40381CE3" w:rsidR="00557872" w:rsidRDefault="00557872">
      <w:pPr>
        <w:spacing w:after="0" w:line="240" w:lineRule="auto"/>
        <w:jc w:val="center"/>
      </w:pPr>
    </w:p>
    <w:p w14:paraId="43B904D6" w14:textId="2BFB4D73" w:rsidR="00557872" w:rsidRDefault="00557872">
      <w:pPr>
        <w:spacing w:after="0" w:line="240" w:lineRule="auto"/>
        <w:jc w:val="center"/>
      </w:pPr>
    </w:p>
    <w:p w14:paraId="62D70819" w14:textId="6E5E8052" w:rsidR="00557872" w:rsidRDefault="00557872">
      <w:pPr>
        <w:spacing w:after="0" w:line="240" w:lineRule="auto"/>
        <w:jc w:val="center"/>
      </w:pPr>
    </w:p>
    <w:p w14:paraId="3A6DB071" w14:textId="1D16B333" w:rsidR="00557872" w:rsidRDefault="00557872">
      <w:pPr>
        <w:spacing w:after="0" w:line="240" w:lineRule="auto"/>
        <w:jc w:val="center"/>
      </w:pPr>
    </w:p>
    <w:p w14:paraId="0AE55E55" w14:textId="1C609C34" w:rsidR="00557872" w:rsidRDefault="00557872">
      <w:pPr>
        <w:spacing w:after="0" w:line="240" w:lineRule="auto"/>
        <w:jc w:val="center"/>
      </w:pPr>
    </w:p>
    <w:p w14:paraId="415528A5" w14:textId="7B050CCB" w:rsidR="00557872" w:rsidRDefault="00557872">
      <w:pPr>
        <w:spacing w:after="0" w:line="240" w:lineRule="auto"/>
        <w:jc w:val="center"/>
      </w:pPr>
    </w:p>
    <w:p w14:paraId="0BC8B332" w14:textId="2D8F4AEC" w:rsidR="00557872" w:rsidRDefault="00557872">
      <w:pPr>
        <w:spacing w:after="0" w:line="240" w:lineRule="auto"/>
        <w:jc w:val="center"/>
      </w:pPr>
    </w:p>
    <w:p w14:paraId="6D3A1DB1" w14:textId="699206F6" w:rsidR="00557872" w:rsidRDefault="00557872">
      <w:pPr>
        <w:spacing w:after="0" w:line="240" w:lineRule="auto"/>
        <w:jc w:val="center"/>
      </w:pPr>
    </w:p>
    <w:p w14:paraId="2221E85B" w14:textId="09DBAE7F" w:rsidR="00557872" w:rsidRDefault="00557872">
      <w:pPr>
        <w:spacing w:after="0" w:line="240" w:lineRule="auto"/>
        <w:jc w:val="center"/>
      </w:pPr>
    </w:p>
    <w:p w14:paraId="4BC203E5" w14:textId="6D1C4626" w:rsidR="00557872" w:rsidRDefault="00557872">
      <w:pPr>
        <w:spacing w:after="0" w:line="240" w:lineRule="auto"/>
        <w:jc w:val="center"/>
      </w:pPr>
    </w:p>
    <w:p w14:paraId="70BC1776" w14:textId="7ADD0D37" w:rsidR="00557872" w:rsidRDefault="00557872">
      <w:pPr>
        <w:spacing w:after="0" w:line="240" w:lineRule="auto"/>
        <w:jc w:val="center"/>
      </w:pPr>
    </w:p>
    <w:p w14:paraId="233AF0B7" w14:textId="0C787AC3" w:rsidR="00557872" w:rsidRDefault="00557872">
      <w:pPr>
        <w:spacing w:after="0" w:line="240" w:lineRule="auto"/>
        <w:jc w:val="center"/>
      </w:pPr>
    </w:p>
    <w:p w14:paraId="5D74B8A2" w14:textId="77777777" w:rsidR="00557872" w:rsidRDefault="00557872" w:rsidP="00557872">
      <w:pPr>
        <w:jc w:val="center"/>
      </w:pPr>
      <w:r>
        <w:lastRenderedPageBreak/>
        <w:t>«</w:t>
      </w:r>
      <w:proofErr w:type="spellStart"/>
      <w:r>
        <w:t>Пана</w:t>
      </w:r>
      <w:proofErr w:type="spellEnd"/>
      <w:r>
        <w:t xml:space="preserve"> </w:t>
      </w:r>
      <w:proofErr w:type="spellStart"/>
      <w:r>
        <w:t>Дизайн</w:t>
      </w:r>
      <w:proofErr w:type="spellEnd"/>
      <w:r>
        <w:t>» ЖШС</w:t>
      </w:r>
    </w:p>
    <w:p w14:paraId="61DC01FB" w14:textId="77777777" w:rsidR="00557872" w:rsidRDefault="00557872" w:rsidP="00557872">
      <w:pPr>
        <w:keepNext/>
        <w:jc w:val="center"/>
      </w:pPr>
      <w:r>
        <w:rPr>
          <w:b/>
        </w:rPr>
        <w:t>ЖАРИЯ ОФЕРТА</w:t>
      </w:r>
    </w:p>
    <w:p w14:paraId="5044DFEF" w14:textId="77777777" w:rsidR="00557872" w:rsidRDefault="00557872" w:rsidP="00557872">
      <w:pPr>
        <w:keepNext/>
        <w:jc w:val="center"/>
      </w:pPr>
      <w:r>
        <w:rPr>
          <w:b/>
        </w:rPr>
        <w:t xml:space="preserve">PANA-DESIGN.COM </w:t>
      </w:r>
      <w:proofErr w:type="spellStart"/>
      <w:r>
        <w:rPr>
          <w:b/>
        </w:rPr>
        <w:t>онлайн-платформасының</w:t>
      </w:r>
      <w:proofErr w:type="spellEnd"/>
      <w:r>
        <w:rPr>
          <w:b/>
        </w:rPr>
        <w:t xml:space="preserve"> </w:t>
      </w:r>
      <w:proofErr w:type="spellStart"/>
      <w:r>
        <w:rPr>
          <w:b/>
        </w:rPr>
        <w:t>сервистерін</w:t>
      </w:r>
      <w:proofErr w:type="spellEnd"/>
      <w:r>
        <w:rPr>
          <w:b/>
        </w:rPr>
        <w:t xml:space="preserve"> </w:t>
      </w:r>
      <w:proofErr w:type="spellStart"/>
      <w:r>
        <w:rPr>
          <w:b/>
        </w:rPr>
        <w:t>пайдалану</w:t>
      </w:r>
      <w:proofErr w:type="spellEnd"/>
      <w:r>
        <w:rPr>
          <w:b/>
        </w:rPr>
        <w:t xml:space="preserve"> </w:t>
      </w:r>
      <w:proofErr w:type="spellStart"/>
      <w:r>
        <w:rPr>
          <w:b/>
        </w:rPr>
        <w:t>туралы</w:t>
      </w:r>
      <w:proofErr w:type="spellEnd"/>
      <w:r>
        <w:rPr>
          <w:b/>
        </w:rPr>
        <w:t xml:space="preserve"> </w:t>
      </w:r>
      <w:proofErr w:type="spellStart"/>
      <w:r>
        <w:rPr>
          <w:b/>
        </w:rPr>
        <w:t>дизайнермен</w:t>
      </w:r>
      <w:proofErr w:type="spellEnd"/>
      <w:r>
        <w:rPr>
          <w:b/>
        </w:rPr>
        <w:t xml:space="preserve"> </w:t>
      </w:r>
      <w:proofErr w:type="spellStart"/>
      <w:r>
        <w:rPr>
          <w:b/>
        </w:rPr>
        <w:t>шарт</w:t>
      </w:r>
      <w:proofErr w:type="spellEnd"/>
      <w:r>
        <w:rPr>
          <w:b/>
        </w:rPr>
        <w:t xml:space="preserve"> </w:t>
      </w:r>
      <w:proofErr w:type="spellStart"/>
      <w:r>
        <w:rPr>
          <w:b/>
        </w:rPr>
        <w:t>жасасу</w:t>
      </w:r>
      <w:proofErr w:type="spellEnd"/>
      <w:r>
        <w:rPr>
          <w:b/>
        </w:rPr>
        <w:t xml:space="preserve"> </w:t>
      </w:r>
      <w:proofErr w:type="spellStart"/>
      <w:r>
        <w:rPr>
          <w:b/>
        </w:rPr>
        <w:t>туралы</w:t>
      </w:r>
      <w:proofErr w:type="spellEnd"/>
    </w:p>
    <w:p w14:paraId="7D4FC749" w14:textId="77777777" w:rsidR="00557872" w:rsidRDefault="00557872" w:rsidP="00557872">
      <w:proofErr w:type="spellStart"/>
      <w:r>
        <w:t>Осы</w:t>
      </w:r>
      <w:proofErr w:type="spellEnd"/>
      <w:r>
        <w:t xml:space="preserve"> </w:t>
      </w:r>
      <w:proofErr w:type="spellStart"/>
      <w:r>
        <w:t>жария</w:t>
      </w:r>
      <w:proofErr w:type="spellEnd"/>
      <w:r>
        <w:t xml:space="preserve"> </w:t>
      </w:r>
      <w:proofErr w:type="spellStart"/>
      <w:r>
        <w:t>оферта</w:t>
      </w:r>
      <w:proofErr w:type="spellEnd"/>
      <w:r>
        <w:t xml:space="preserve"> PANA-DESIGN.COM </w:t>
      </w:r>
      <w:proofErr w:type="spellStart"/>
      <w:r>
        <w:t>онлайн-платформасын</w:t>
      </w:r>
      <w:proofErr w:type="spellEnd"/>
      <w:r>
        <w:t xml:space="preserve"> </w:t>
      </w:r>
      <w:proofErr w:type="spellStart"/>
      <w:r>
        <w:t>пайдаланатын</w:t>
      </w:r>
      <w:proofErr w:type="spellEnd"/>
      <w:r>
        <w:t xml:space="preserve"> «</w:t>
      </w:r>
      <w:proofErr w:type="spellStart"/>
      <w:r>
        <w:t>Пана</w:t>
      </w:r>
      <w:proofErr w:type="spellEnd"/>
      <w:r>
        <w:t xml:space="preserve"> </w:t>
      </w:r>
      <w:proofErr w:type="spellStart"/>
      <w:r>
        <w:t>Дизайн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w:t>
      </w:r>
      <w:proofErr w:type="spellEnd"/>
      <w:r>
        <w:t xml:space="preserve"> </w:t>
      </w:r>
      <w:proofErr w:type="spellStart"/>
      <w:r>
        <w:t>мен</w:t>
      </w:r>
      <w:proofErr w:type="spellEnd"/>
      <w:r>
        <w:t xml:space="preserve"> </w:t>
      </w:r>
      <w:proofErr w:type="spellStart"/>
      <w:r>
        <w:t>дизайнерлер</w:t>
      </w:r>
      <w:proofErr w:type="spellEnd"/>
      <w:r>
        <w:t xml:space="preserve"> </w:t>
      </w:r>
      <w:proofErr w:type="spellStart"/>
      <w:r>
        <w:t>арасында</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және</w:t>
      </w:r>
      <w:proofErr w:type="spellEnd"/>
      <w:r>
        <w:t xml:space="preserve"> </w:t>
      </w:r>
      <w:proofErr w:type="spellStart"/>
      <w:r>
        <w:t>оны</w:t>
      </w:r>
      <w:proofErr w:type="spellEnd"/>
      <w:r>
        <w:t xml:space="preserve"> </w:t>
      </w:r>
      <w:proofErr w:type="spellStart"/>
      <w:r>
        <w:t>орындау</w:t>
      </w:r>
      <w:proofErr w:type="spellEnd"/>
      <w:r>
        <w:t xml:space="preserve"> </w:t>
      </w:r>
      <w:proofErr w:type="spellStart"/>
      <w:r>
        <w:t>тәртібін</w:t>
      </w:r>
      <w:proofErr w:type="spellEnd"/>
      <w:r>
        <w:t xml:space="preserve"> </w:t>
      </w:r>
      <w:proofErr w:type="spellStart"/>
      <w:r>
        <w:t>айқындайды</w:t>
      </w:r>
      <w:proofErr w:type="spellEnd"/>
      <w:r>
        <w:t xml:space="preserve">. </w:t>
      </w:r>
      <w:proofErr w:type="spellStart"/>
      <w:r>
        <w:t>Оферта</w:t>
      </w:r>
      <w:proofErr w:type="spellEnd"/>
      <w:r>
        <w:t xml:space="preserve"> </w:t>
      </w:r>
      <w:proofErr w:type="spellStart"/>
      <w:r>
        <w:t>тіркеу</w:t>
      </w:r>
      <w:proofErr w:type="spellEnd"/>
      <w:r>
        <w:t xml:space="preserve"> </w:t>
      </w:r>
      <w:proofErr w:type="spellStart"/>
      <w:r>
        <w:t>және</w:t>
      </w:r>
      <w:proofErr w:type="spellEnd"/>
      <w:r>
        <w:t xml:space="preserve"> </w:t>
      </w:r>
      <w:proofErr w:type="spellStart"/>
      <w:r>
        <w:t>электрондық</w:t>
      </w:r>
      <w:proofErr w:type="spellEnd"/>
      <w:r>
        <w:t xml:space="preserve"> </w:t>
      </w:r>
      <w:proofErr w:type="spellStart"/>
      <w:r>
        <w:t>акцепт</w:t>
      </w:r>
      <w:proofErr w:type="spellEnd"/>
      <w:r>
        <w:t xml:space="preserve"> </w:t>
      </w:r>
      <w:proofErr w:type="spellStart"/>
      <w:r>
        <w:t>тәртібін</w:t>
      </w:r>
      <w:proofErr w:type="spellEnd"/>
      <w:r>
        <w:t xml:space="preserve">, </w:t>
      </w:r>
      <w:proofErr w:type="spellStart"/>
      <w:r>
        <w:t>платформа</w:t>
      </w:r>
      <w:proofErr w:type="spellEnd"/>
      <w:r>
        <w:t xml:space="preserve"> </w:t>
      </w:r>
      <w:proofErr w:type="spellStart"/>
      <w:r>
        <w:t>арқылы</w:t>
      </w:r>
      <w:proofErr w:type="spellEnd"/>
      <w:r>
        <w:t xml:space="preserve"> </w:t>
      </w:r>
      <w:proofErr w:type="spellStart"/>
      <w:r>
        <w:t>қызметтер</w:t>
      </w:r>
      <w:proofErr w:type="spellEnd"/>
      <w:r>
        <w:t xml:space="preserve"> </w:t>
      </w:r>
      <w:proofErr w:type="spellStart"/>
      <w:r>
        <w:t>көрсету</w:t>
      </w:r>
      <w:proofErr w:type="spellEnd"/>
      <w:r>
        <w:t xml:space="preserve"> </w:t>
      </w:r>
      <w:proofErr w:type="spellStart"/>
      <w:r>
        <w:t>қағидаларын</w:t>
      </w:r>
      <w:proofErr w:type="spellEnd"/>
      <w:r>
        <w:t xml:space="preserve">, </w:t>
      </w:r>
      <w:proofErr w:type="spellStart"/>
      <w:r>
        <w:t>есеп</w:t>
      </w:r>
      <w:proofErr w:type="spellEnd"/>
      <w:r>
        <w:t xml:space="preserve"> </w:t>
      </w:r>
      <w:proofErr w:type="spellStart"/>
      <w:r>
        <w:t>айырысу</w:t>
      </w:r>
      <w:proofErr w:type="spellEnd"/>
      <w:r>
        <w:t xml:space="preserve"> </w:t>
      </w:r>
      <w:proofErr w:type="spellStart"/>
      <w:r>
        <w:t>және</w:t>
      </w:r>
      <w:proofErr w:type="spellEnd"/>
      <w:r>
        <w:t xml:space="preserve"> </w:t>
      </w:r>
      <w:proofErr w:type="spellStart"/>
      <w:r>
        <w:t>ұстап</w:t>
      </w:r>
      <w:proofErr w:type="spellEnd"/>
      <w:r>
        <w:t xml:space="preserve"> </w:t>
      </w:r>
      <w:proofErr w:type="spellStart"/>
      <w:r>
        <w:t>қалу</w:t>
      </w:r>
      <w:proofErr w:type="spellEnd"/>
      <w:r>
        <w:t xml:space="preserve"> </w:t>
      </w:r>
      <w:proofErr w:type="spellStart"/>
      <w:r>
        <w:t>тәртібін</w:t>
      </w:r>
      <w:proofErr w:type="spellEnd"/>
      <w:r>
        <w:t xml:space="preserve">, </w:t>
      </w:r>
      <w:proofErr w:type="spellStart"/>
      <w:r>
        <w:t>сервис</w:t>
      </w:r>
      <w:proofErr w:type="spellEnd"/>
      <w:r>
        <w:t xml:space="preserve"> </w:t>
      </w:r>
      <w:proofErr w:type="spellStart"/>
      <w:r>
        <w:t>сапасына</w:t>
      </w:r>
      <w:proofErr w:type="spellEnd"/>
      <w:r>
        <w:t xml:space="preserve">, </w:t>
      </w:r>
      <w:proofErr w:type="spellStart"/>
      <w:r>
        <w:t>құпиялылыққа</w:t>
      </w:r>
      <w:proofErr w:type="spellEnd"/>
      <w:r>
        <w:t xml:space="preserve">, </w:t>
      </w:r>
      <w:proofErr w:type="spellStart"/>
      <w:r>
        <w:t>дербес</w:t>
      </w:r>
      <w:proofErr w:type="spellEnd"/>
      <w:r>
        <w:t xml:space="preserve"> </w:t>
      </w:r>
      <w:proofErr w:type="spellStart"/>
      <w:r>
        <w:t>деректерді</w:t>
      </w:r>
      <w:proofErr w:type="spellEnd"/>
      <w:r>
        <w:t xml:space="preserve"> </w:t>
      </w:r>
      <w:proofErr w:type="spellStart"/>
      <w:r>
        <w:t>өңдеуге</w:t>
      </w:r>
      <w:proofErr w:type="spellEnd"/>
      <w:r>
        <w:t xml:space="preserve">, </w:t>
      </w:r>
      <w:proofErr w:type="spellStart"/>
      <w:r>
        <w:t>зияткерлік</w:t>
      </w:r>
      <w:proofErr w:type="spellEnd"/>
      <w:r>
        <w:t xml:space="preserve"> </w:t>
      </w:r>
      <w:proofErr w:type="spellStart"/>
      <w:r>
        <w:t>қызмет</w:t>
      </w:r>
      <w:proofErr w:type="spellEnd"/>
      <w:r>
        <w:t xml:space="preserve"> </w:t>
      </w:r>
      <w:proofErr w:type="spellStart"/>
      <w:r>
        <w:t>нәтижелерін</w:t>
      </w:r>
      <w:proofErr w:type="spellEnd"/>
      <w:r>
        <w:t xml:space="preserve"> </w:t>
      </w:r>
      <w:proofErr w:type="spellStart"/>
      <w:r>
        <w:t>пайдалануға</w:t>
      </w:r>
      <w:proofErr w:type="spellEnd"/>
      <w:r>
        <w:t xml:space="preserve">, </w:t>
      </w:r>
      <w:proofErr w:type="spellStart"/>
      <w:r>
        <w:t>платформаны</w:t>
      </w:r>
      <w:proofErr w:type="spellEnd"/>
      <w:r>
        <w:t xml:space="preserve"> </w:t>
      </w:r>
      <w:proofErr w:type="spellStart"/>
      <w:r>
        <w:t>айналып</w:t>
      </w:r>
      <w:proofErr w:type="spellEnd"/>
      <w:r>
        <w:t xml:space="preserve"> </w:t>
      </w:r>
      <w:proofErr w:type="spellStart"/>
      <w:r>
        <w:t>өтуге</w:t>
      </w:r>
      <w:proofErr w:type="spellEnd"/>
      <w:r>
        <w:t xml:space="preserve"> </w:t>
      </w:r>
      <w:proofErr w:type="spellStart"/>
      <w:r>
        <w:t>тыйым</w:t>
      </w:r>
      <w:proofErr w:type="spellEnd"/>
      <w:r>
        <w:t xml:space="preserve"> </w:t>
      </w:r>
      <w:proofErr w:type="spellStart"/>
      <w:r>
        <w:t>салуға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және</w:t>
      </w:r>
      <w:proofErr w:type="spellEnd"/>
      <w:r>
        <w:t xml:space="preserve"> </w:t>
      </w:r>
      <w:proofErr w:type="spellStart"/>
      <w:r>
        <w:t>тараптардың</w:t>
      </w:r>
      <w:proofErr w:type="spellEnd"/>
      <w:r>
        <w:t xml:space="preserve"> </w:t>
      </w:r>
      <w:proofErr w:type="spellStart"/>
      <w:r>
        <w:t>өзара</w:t>
      </w:r>
      <w:proofErr w:type="spellEnd"/>
      <w:r>
        <w:t xml:space="preserve"> </w:t>
      </w:r>
      <w:proofErr w:type="spellStart"/>
      <w:r>
        <w:t>іс-қимылының</w:t>
      </w:r>
      <w:proofErr w:type="spellEnd"/>
      <w:r>
        <w:t xml:space="preserve"> </w:t>
      </w:r>
      <w:proofErr w:type="spellStart"/>
      <w:r>
        <w:t>өзге</w:t>
      </w:r>
      <w:proofErr w:type="spellEnd"/>
      <w:r>
        <w:t xml:space="preserve"> </w:t>
      </w:r>
      <w:proofErr w:type="spellStart"/>
      <w:r>
        <w:t>де</w:t>
      </w:r>
      <w:proofErr w:type="spellEnd"/>
      <w:r>
        <w:t xml:space="preserve"> </w:t>
      </w:r>
      <w:proofErr w:type="spellStart"/>
      <w:r>
        <w:t>талаптарын</w:t>
      </w:r>
      <w:proofErr w:type="spellEnd"/>
      <w:r>
        <w:t xml:space="preserve"> </w:t>
      </w:r>
      <w:proofErr w:type="spellStart"/>
      <w:r>
        <w:t>реттейді</w:t>
      </w:r>
      <w:proofErr w:type="spellEnd"/>
      <w:r>
        <w:t>.</w:t>
      </w:r>
    </w:p>
    <w:p w14:paraId="789D3832" w14:textId="77777777" w:rsidR="00557872" w:rsidRDefault="00557872" w:rsidP="00557872">
      <w:pPr>
        <w:keepNext/>
      </w:pPr>
      <w:r>
        <w:rPr>
          <w:b/>
        </w:rPr>
        <w:t>1. ТЕРМИНДЕР МЕН АНЫҚТАМАЛАР</w:t>
      </w:r>
    </w:p>
    <w:p w14:paraId="4281DFF5" w14:textId="77777777" w:rsidR="00557872" w:rsidRDefault="00557872" w:rsidP="00557872">
      <w:r>
        <w:t>1.1. «</w:t>
      </w:r>
      <w:proofErr w:type="spellStart"/>
      <w:r>
        <w:t>Платформа</w:t>
      </w:r>
      <w:proofErr w:type="spellEnd"/>
      <w:r>
        <w:t xml:space="preserve">» - https://www.pana-design.com </w:t>
      </w:r>
      <w:proofErr w:type="spellStart"/>
      <w:r>
        <w:t>мекенжайы</w:t>
      </w:r>
      <w:proofErr w:type="spellEnd"/>
      <w:r>
        <w:t xml:space="preserve"> </w:t>
      </w:r>
      <w:proofErr w:type="spellStart"/>
      <w:r>
        <w:t>бойынша</w:t>
      </w:r>
      <w:proofErr w:type="spellEnd"/>
      <w:r>
        <w:t xml:space="preserve"> </w:t>
      </w:r>
      <w:proofErr w:type="spellStart"/>
      <w:r>
        <w:t>Интернет</w:t>
      </w:r>
      <w:proofErr w:type="spellEnd"/>
      <w:r>
        <w:t xml:space="preserve"> </w:t>
      </w:r>
      <w:proofErr w:type="spellStart"/>
      <w:r>
        <w:t>желісінде</w:t>
      </w:r>
      <w:proofErr w:type="spellEnd"/>
      <w:r>
        <w:t xml:space="preserve"> </w:t>
      </w:r>
      <w:proofErr w:type="spellStart"/>
      <w:r>
        <w:t>орналастырылған</w:t>
      </w:r>
      <w:proofErr w:type="spellEnd"/>
      <w:r>
        <w:t xml:space="preserve">, </w:t>
      </w:r>
      <w:proofErr w:type="spellStart"/>
      <w:r>
        <w:t>клиенттердің</w:t>
      </w:r>
      <w:proofErr w:type="spellEnd"/>
      <w:r>
        <w:t xml:space="preserve">, </w:t>
      </w:r>
      <w:proofErr w:type="spellStart"/>
      <w:r>
        <w:t>дизайнерлердің</w:t>
      </w:r>
      <w:proofErr w:type="spellEnd"/>
      <w:r>
        <w:t xml:space="preserve">, </w:t>
      </w:r>
      <w:proofErr w:type="spellStart"/>
      <w:r>
        <w:t>Компанияның</w:t>
      </w:r>
      <w:proofErr w:type="spellEnd"/>
      <w:r>
        <w:t xml:space="preserve"> </w:t>
      </w:r>
      <w:proofErr w:type="spellStart"/>
      <w:r>
        <w:t>және</w:t>
      </w:r>
      <w:proofErr w:type="spellEnd"/>
      <w:r>
        <w:t xml:space="preserve"> </w:t>
      </w:r>
      <w:proofErr w:type="spellStart"/>
      <w:r>
        <w:t>жеткізушілердің</w:t>
      </w:r>
      <w:proofErr w:type="spellEnd"/>
      <w:r>
        <w:t xml:space="preserve"> </w:t>
      </w:r>
      <w:proofErr w:type="spellStart"/>
      <w:r>
        <w:t>өзара</w:t>
      </w:r>
      <w:proofErr w:type="spellEnd"/>
      <w:r>
        <w:t xml:space="preserve"> </w:t>
      </w:r>
      <w:proofErr w:type="spellStart"/>
      <w:r>
        <w:t>іс-қимылына</w:t>
      </w:r>
      <w:proofErr w:type="spellEnd"/>
      <w:r>
        <w:t xml:space="preserve">, </w:t>
      </w:r>
      <w:proofErr w:type="spellStart"/>
      <w:r>
        <w:t>тапсырыстарды</w:t>
      </w:r>
      <w:proofErr w:type="spellEnd"/>
      <w:r>
        <w:t xml:space="preserve">, </w:t>
      </w:r>
      <w:proofErr w:type="spellStart"/>
      <w:r>
        <w:t>коммуникацияларды</w:t>
      </w:r>
      <w:proofErr w:type="spellEnd"/>
      <w:r>
        <w:t xml:space="preserve">, </w:t>
      </w:r>
      <w:proofErr w:type="spellStart"/>
      <w:r>
        <w:t>жұмыс</w:t>
      </w:r>
      <w:proofErr w:type="spellEnd"/>
      <w:r>
        <w:t xml:space="preserve"> </w:t>
      </w:r>
      <w:proofErr w:type="spellStart"/>
      <w:r>
        <w:t>нәтижелерін</w:t>
      </w:r>
      <w:proofErr w:type="spellEnd"/>
      <w:r>
        <w:t xml:space="preserve">, </w:t>
      </w:r>
      <w:proofErr w:type="spellStart"/>
      <w:r>
        <w:t>есеп</w:t>
      </w:r>
      <w:proofErr w:type="spellEnd"/>
      <w:r>
        <w:t xml:space="preserve"> </w:t>
      </w:r>
      <w:proofErr w:type="spellStart"/>
      <w:r>
        <w:t>айырысуларды</w:t>
      </w:r>
      <w:proofErr w:type="spellEnd"/>
      <w:r>
        <w:t xml:space="preserve"> </w:t>
      </w:r>
      <w:proofErr w:type="spellStart"/>
      <w:r>
        <w:t>және</w:t>
      </w:r>
      <w:proofErr w:type="spellEnd"/>
      <w:r>
        <w:t xml:space="preserve"> </w:t>
      </w:r>
      <w:proofErr w:type="spellStart"/>
      <w:r>
        <w:t>ілеспе</w:t>
      </w:r>
      <w:proofErr w:type="spellEnd"/>
      <w:r>
        <w:t xml:space="preserve"> </w:t>
      </w:r>
      <w:proofErr w:type="spellStart"/>
      <w:r>
        <w:t>сервистерді</w:t>
      </w:r>
      <w:proofErr w:type="spellEnd"/>
      <w:r>
        <w:t xml:space="preserve"> </w:t>
      </w:r>
      <w:proofErr w:type="spellStart"/>
      <w:r>
        <w:t>басқаруға</w:t>
      </w:r>
      <w:proofErr w:type="spellEnd"/>
      <w:r>
        <w:t xml:space="preserve"> </w:t>
      </w:r>
      <w:proofErr w:type="spellStart"/>
      <w:r>
        <w:t>арналған</w:t>
      </w:r>
      <w:proofErr w:type="spellEnd"/>
      <w:r>
        <w:t xml:space="preserve"> </w:t>
      </w:r>
      <w:proofErr w:type="spellStart"/>
      <w:r>
        <w:t>электрондық</w:t>
      </w:r>
      <w:proofErr w:type="spellEnd"/>
      <w:r>
        <w:t xml:space="preserve"> </w:t>
      </w:r>
      <w:proofErr w:type="spellStart"/>
      <w:r>
        <w:t>ақпараттық</w:t>
      </w:r>
      <w:proofErr w:type="spellEnd"/>
      <w:r>
        <w:t xml:space="preserve"> </w:t>
      </w:r>
      <w:proofErr w:type="spellStart"/>
      <w:r>
        <w:t>жүйе</w:t>
      </w:r>
      <w:proofErr w:type="spellEnd"/>
      <w:r>
        <w:t>.</w:t>
      </w:r>
    </w:p>
    <w:p w14:paraId="0B799558" w14:textId="77777777" w:rsidR="00557872" w:rsidRDefault="00557872" w:rsidP="00557872">
      <w:r>
        <w:t>1.2. «</w:t>
      </w:r>
      <w:proofErr w:type="spellStart"/>
      <w:r>
        <w:t>Компания</w:t>
      </w:r>
      <w:proofErr w:type="spellEnd"/>
      <w:r>
        <w:t xml:space="preserve">» </w:t>
      </w:r>
      <w:proofErr w:type="spellStart"/>
      <w:r>
        <w:t>немесе</w:t>
      </w:r>
      <w:proofErr w:type="spellEnd"/>
      <w:r>
        <w:t xml:space="preserve"> «</w:t>
      </w:r>
      <w:proofErr w:type="spellStart"/>
      <w:r>
        <w:t>Платформа</w:t>
      </w:r>
      <w:proofErr w:type="spellEnd"/>
      <w:r>
        <w:t xml:space="preserve"> </w:t>
      </w:r>
      <w:proofErr w:type="spellStart"/>
      <w:r>
        <w:t>операторы</w:t>
      </w:r>
      <w:proofErr w:type="spellEnd"/>
      <w:r>
        <w:t xml:space="preserve">» - БСН 251040033970, </w:t>
      </w:r>
      <w:proofErr w:type="spellStart"/>
      <w:r>
        <w:t>платформаның</w:t>
      </w:r>
      <w:proofErr w:type="spellEnd"/>
      <w:r>
        <w:t xml:space="preserve"> </w:t>
      </w:r>
      <w:proofErr w:type="spellStart"/>
      <w:r>
        <w:t>жұмыс</w:t>
      </w:r>
      <w:proofErr w:type="spellEnd"/>
      <w:r>
        <w:t xml:space="preserve"> </w:t>
      </w:r>
      <w:proofErr w:type="spellStart"/>
      <w:r>
        <w:t>істеуін</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қатысушылардың</w:t>
      </w:r>
      <w:proofErr w:type="spellEnd"/>
      <w:r>
        <w:t xml:space="preserve"> </w:t>
      </w:r>
      <w:proofErr w:type="spellStart"/>
      <w:r>
        <w:t>өзара</w:t>
      </w:r>
      <w:proofErr w:type="spellEnd"/>
      <w:r>
        <w:t xml:space="preserve"> </w:t>
      </w:r>
      <w:proofErr w:type="spellStart"/>
      <w:r>
        <w:t>іс-қимылын</w:t>
      </w:r>
      <w:proofErr w:type="spellEnd"/>
      <w:r>
        <w:t xml:space="preserve"> </w:t>
      </w:r>
      <w:proofErr w:type="spellStart"/>
      <w:r>
        <w:t>ұйымдастыратын</w:t>
      </w:r>
      <w:proofErr w:type="spellEnd"/>
      <w:r>
        <w:t xml:space="preserve">, </w:t>
      </w:r>
      <w:proofErr w:type="spellStart"/>
      <w:r>
        <w:t>сервистің</w:t>
      </w:r>
      <w:proofErr w:type="spellEnd"/>
      <w:r>
        <w:t xml:space="preserve"> </w:t>
      </w:r>
      <w:proofErr w:type="spellStart"/>
      <w:r>
        <w:t>жұмыс</w:t>
      </w:r>
      <w:proofErr w:type="spellEnd"/>
      <w:r>
        <w:t xml:space="preserve"> </w:t>
      </w:r>
      <w:proofErr w:type="spellStart"/>
      <w:r>
        <w:t>істеу</w:t>
      </w:r>
      <w:proofErr w:type="spellEnd"/>
      <w:r>
        <w:t xml:space="preserve"> </w:t>
      </w:r>
      <w:proofErr w:type="spellStart"/>
      <w:r>
        <w:t>қағидаларын</w:t>
      </w:r>
      <w:proofErr w:type="spellEnd"/>
      <w:r>
        <w:t xml:space="preserve"> </w:t>
      </w:r>
      <w:proofErr w:type="spellStart"/>
      <w:r>
        <w:t>белгілейтін</w:t>
      </w:r>
      <w:proofErr w:type="spellEnd"/>
      <w:r>
        <w:t xml:space="preserve"> </w:t>
      </w:r>
      <w:proofErr w:type="spellStart"/>
      <w:r>
        <w:t>және</w:t>
      </w:r>
      <w:proofErr w:type="spellEnd"/>
      <w:r>
        <w:t xml:space="preserve"> </w:t>
      </w:r>
      <w:proofErr w:type="spellStart"/>
      <w:r>
        <w:t>осы</w:t>
      </w:r>
      <w:proofErr w:type="spellEnd"/>
      <w:r>
        <w:t xml:space="preserve"> </w:t>
      </w:r>
      <w:proofErr w:type="spellStart"/>
      <w:r>
        <w:t>Офертаның</w:t>
      </w:r>
      <w:proofErr w:type="spellEnd"/>
      <w:r>
        <w:t xml:space="preserve"> </w:t>
      </w:r>
      <w:proofErr w:type="spellStart"/>
      <w:r>
        <w:t>тарапы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Пана</w:t>
      </w:r>
      <w:proofErr w:type="spellEnd"/>
      <w:r>
        <w:t xml:space="preserve"> </w:t>
      </w:r>
      <w:proofErr w:type="spellStart"/>
      <w:r>
        <w:t>Дизайн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w:t>
      </w:r>
      <w:proofErr w:type="spellEnd"/>
      <w:r>
        <w:t>.</w:t>
      </w:r>
    </w:p>
    <w:p w14:paraId="5263148E" w14:textId="77777777" w:rsidR="00557872" w:rsidRDefault="00557872" w:rsidP="00557872">
      <w:r>
        <w:t>1.3. «</w:t>
      </w:r>
      <w:proofErr w:type="spellStart"/>
      <w:r>
        <w:t>Дизайнер</w:t>
      </w:r>
      <w:proofErr w:type="spellEnd"/>
      <w:r>
        <w:t xml:space="preserve">» - </w:t>
      </w:r>
      <w:proofErr w:type="spellStart"/>
      <w:r>
        <w:t>тіркеуден</w:t>
      </w:r>
      <w:proofErr w:type="spellEnd"/>
      <w:r>
        <w:t xml:space="preserve"> </w:t>
      </w:r>
      <w:proofErr w:type="spellStart"/>
      <w:r>
        <w:t>өткен</w:t>
      </w:r>
      <w:proofErr w:type="spellEnd"/>
      <w:r>
        <w:t xml:space="preserve"> </w:t>
      </w:r>
      <w:proofErr w:type="spellStart"/>
      <w:r>
        <w:t>және</w:t>
      </w:r>
      <w:proofErr w:type="spellEnd"/>
      <w:r>
        <w:t xml:space="preserve"> </w:t>
      </w:r>
      <w:proofErr w:type="spellStart"/>
      <w:r>
        <w:t>Компания</w:t>
      </w:r>
      <w:proofErr w:type="spellEnd"/>
      <w:r>
        <w:t xml:space="preserve"> </w:t>
      </w:r>
      <w:proofErr w:type="spellStart"/>
      <w:r>
        <w:t>платформаның</w:t>
      </w:r>
      <w:proofErr w:type="spellEnd"/>
      <w:r>
        <w:t xml:space="preserve"> </w:t>
      </w:r>
      <w:proofErr w:type="spellStart"/>
      <w:r>
        <w:t>сервистерін</w:t>
      </w:r>
      <w:proofErr w:type="spellEnd"/>
      <w:r>
        <w:t xml:space="preserve"> </w:t>
      </w:r>
      <w:proofErr w:type="spellStart"/>
      <w:r>
        <w:t>платформа</w:t>
      </w:r>
      <w:proofErr w:type="spellEnd"/>
      <w:r>
        <w:t xml:space="preserve"> </w:t>
      </w:r>
      <w:proofErr w:type="spellStart"/>
      <w:r>
        <w:t>арқылы</w:t>
      </w:r>
      <w:proofErr w:type="spellEnd"/>
      <w:r>
        <w:t xml:space="preserve"> </w:t>
      </w:r>
      <w:proofErr w:type="spellStart"/>
      <w:r>
        <w:t>интерьер</w:t>
      </w:r>
      <w:proofErr w:type="spellEnd"/>
      <w:r>
        <w:t xml:space="preserve"> </w:t>
      </w:r>
      <w:proofErr w:type="spellStart"/>
      <w:r>
        <w:t>дизайны</w:t>
      </w:r>
      <w:proofErr w:type="spellEnd"/>
      <w:r>
        <w:t xml:space="preserve"> </w:t>
      </w:r>
      <w:proofErr w:type="spellStart"/>
      <w:r>
        <w:t>қызметтерін</w:t>
      </w:r>
      <w:proofErr w:type="spellEnd"/>
      <w:r>
        <w:t xml:space="preserve"> </w:t>
      </w:r>
      <w:proofErr w:type="spellStart"/>
      <w:r>
        <w:t>көрсету</w:t>
      </w:r>
      <w:proofErr w:type="spellEnd"/>
      <w:r>
        <w:t xml:space="preserve"> </w:t>
      </w:r>
      <w:proofErr w:type="spellStart"/>
      <w:r>
        <w:t>үшін</w:t>
      </w:r>
      <w:proofErr w:type="spellEnd"/>
      <w:r>
        <w:t xml:space="preserve"> </w:t>
      </w:r>
      <w:proofErr w:type="spellStart"/>
      <w:r>
        <w:t>пайдалануға</w:t>
      </w:r>
      <w:proofErr w:type="spellEnd"/>
      <w:r>
        <w:t xml:space="preserve"> </w:t>
      </w:r>
      <w:proofErr w:type="spellStart"/>
      <w:r>
        <w:t>жіберген</w:t>
      </w:r>
      <w:proofErr w:type="spellEnd"/>
      <w:r>
        <w:t xml:space="preserve"> </w:t>
      </w:r>
      <w:proofErr w:type="spellStart"/>
      <w:r>
        <w:t>жеке</w:t>
      </w:r>
      <w:proofErr w:type="spellEnd"/>
      <w:r>
        <w:t xml:space="preserve"> </w:t>
      </w:r>
      <w:proofErr w:type="spellStart"/>
      <w:r>
        <w:t>тұлға</w:t>
      </w:r>
      <w:proofErr w:type="spellEnd"/>
      <w:r>
        <w:t xml:space="preserve">, </w:t>
      </w:r>
      <w:proofErr w:type="spellStart"/>
      <w:r>
        <w:t>дара</w:t>
      </w:r>
      <w:proofErr w:type="spellEnd"/>
      <w:r>
        <w:t xml:space="preserve"> </w:t>
      </w:r>
      <w:proofErr w:type="spellStart"/>
      <w:r>
        <w:t>кәсіпкер</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w:t>
      </w:r>
      <w:proofErr w:type="spellEnd"/>
      <w:r>
        <w:t>.</w:t>
      </w:r>
    </w:p>
    <w:p w14:paraId="3E185F48" w14:textId="77777777" w:rsidR="00557872" w:rsidRPr="00557872" w:rsidRDefault="00557872" w:rsidP="00557872">
      <w:pPr>
        <w:rPr>
          <w:lang w:val="ru-RU"/>
        </w:rPr>
      </w:pPr>
      <w:r w:rsidRPr="00557872">
        <w:rPr>
          <w:lang w:val="ru-RU"/>
        </w:rPr>
        <w:t>1.4. «Клиент» - платформа арқылы интерьер дизайны қызметтеріне және олармен байланысты сервистерге тапсырыс беретін платформа пайдаланушысы.</w:t>
      </w:r>
    </w:p>
    <w:p w14:paraId="480C22E0" w14:textId="77777777" w:rsidR="00557872" w:rsidRPr="00557872" w:rsidRDefault="00557872" w:rsidP="00557872">
      <w:pPr>
        <w:rPr>
          <w:lang w:val="ru-RU"/>
        </w:rPr>
      </w:pPr>
      <w:r w:rsidRPr="00557872">
        <w:rPr>
          <w:lang w:val="ru-RU"/>
        </w:rPr>
        <w:t>1.5. «Дизайнердің жеке кабинеті» - тапсырыстарға, клиенттердің материалдарына, жұмыс нәтижелеріне, хабарламаларға, есеп айырысуларға және платформаның өзге де сервистеріне қол жеткізуді қамтамасыз ететін платформаның қорғалған дербестендірілген бөлімі.</w:t>
      </w:r>
    </w:p>
    <w:p w14:paraId="14A2BD6D" w14:textId="77777777" w:rsidR="00557872" w:rsidRPr="00557872" w:rsidRDefault="00557872" w:rsidP="00557872">
      <w:pPr>
        <w:rPr>
          <w:lang w:val="ru-RU"/>
        </w:rPr>
      </w:pPr>
      <w:r w:rsidRPr="00557872">
        <w:rPr>
          <w:lang w:val="ru-RU"/>
        </w:rPr>
        <w:t>1.6. «</w:t>
      </w:r>
      <w:r>
        <w:t>SLA</w:t>
      </w:r>
      <w:r w:rsidRPr="00557872">
        <w:rPr>
          <w:lang w:val="ru-RU"/>
        </w:rPr>
        <w:t>» - осы Офертаның қосымшасы болып табылатын және жауап беру мерзімдерін, нәтижелерді дайындау мерзімдерін, коммуникация сапасына қойылатын талаптарды, түзетулер енгізу қағидаларын, бұзушылықтардың сыныптамасын, дизайнерлер рейтингін, бұзушылықтардың салдарын және Дизайнер жұмысының өзге де операциялық стандарттарын белгілейтін қызмет көрсету деңгейі туралы келісім.</w:t>
      </w:r>
    </w:p>
    <w:p w14:paraId="4249AE1A" w14:textId="77777777" w:rsidR="00557872" w:rsidRPr="00557872" w:rsidRDefault="00557872" w:rsidP="00557872">
      <w:pPr>
        <w:rPr>
          <w:lang w:val="ru-RU"/>
        </w:rPr>
      </w:pPr>
      <w:r w:rsidRPr="00557872">
        <w:rPr>
          <w:lang w:val="ru-RU"/>
        </w:rPr>
        <w:t>1.7. «Жинақтау қызметі» - клиент үшін тауарларды іріктеу, ұсынымдар, спецификациялар, алдын ала тапсырыстар және сметалық ұсыныстар қалыптастыру сервисі. Жинақтау қызметі өздігінен, егер клиент платформа арқылы немесе жеке құжатпен өзгеше тікелей растамаса, Дизайнерге клиенттің атынан мәмілелер жасауға өкілеттік берілгенін білдірмейді.</w:t>
      </w:r>
    </w:p>
    <w:p w14:paraId="1FA8FB6E" w14:textId="77777777" w:rsidR="00557872" w:rsidRPr="00557872" w:rsidRDefault="00557872" w:rsidP="00557872">
      <w:pPr>
        <w:rPr>
          <w:lang w:val="ru-RU"/>
        </w:rPr>
      </w:pPr>
      <w:r w:rsidRPr="00557872">
        <w:rPr>
          <w:lang w:val="ru-RU"/>
        </w:rPr>
        <w:t xml:space="preserve">1.8. «Жұмыс нәтижесі» - Дизайнер нақты тапсырыс шеңберінде жасайтын материалдар, оның ішінде, бірақ олармен шектелмей, жоспарлау шешімдері, визуализациялар, мудбордтар, ведомостер, </w:t>
      </w:r>
      <w:r w:rsidRPr="00557872">
        <w:rPr>
          <w:lang w:val="ru-RU"/>
        </w:rPr>
        <w:lastRenderedPageBreak/>
        <w:t>іріктемелер, сметалар, презентациялар, мәтіндік және графикалық материалдар, қызмет пакетімен және тапсырыс карточкасымен көзделген көлемде.</w:t>
      </w:r>
    </w:p>
    <w:p w14:paraId="30C27897" w14:textId="77777777" w:rsidR="00557872" w:rsidRPr="00557872" w:rsidRDefault="00557872" w:rsidP="00557872">
      <w:pPr>
        <w:rPr>
          <w:lang w:val="ru-RU"/>
        </w:rPr>
      </w:pPr>
      <w:r w:rsidRPr="00557872">
        <w:rPr>
          <w:lang w:val="ru-RU"/>
        </w:rPr>
        <w:t>1.9. «Объект» - нақты мекенжай бойынша клиенттің тұрғын, тұрғын емес немесе өзге де үй-жайы, пәтері, үйі, офисі немесе өзге жылжымайтын мүлік объектісі, оған қатысты платформа арқылы тапсырыс жасалған, бриф берілген, материалдар жүктелген, ұсыныстар, смета, спецификация, визуализация, тұжырымдама дайындалған не Дизайнер қызмет көрсетуді өзге түрде бастаған объект.</w:t>
      </w:r>
    </w:p>
    <w:p w14:paraId="2F98F33A" w14:textId="77777777" w:rsidR="00557872" w:rsidRPr="00557872" w:rsidRDefault="00557872" w:rsidP="00557872">
      <w:pPr>
        <w:rPr>
          <w:lang w:val="ru-RU"/>
        </w:rPr>
      </w:pPr>
      <w:r w:rsidRPr="00557872">
        <w:rPr>
          <w:lang w:val="ru-RU"/>
        </w:rPr>
        <w:t>1.10. «Байланысты объект» - сол мекенжайға, сол клиентке, сол жобаға, сол техникалық тапсырмаға жататын не Дизайнер платформа арқылы клиентке, ақпаратқа, материалдарға, сметаға, спецификацияға, жеткізушілерге немесе өзге коммерциялық маңызды ресурсқа қол жеткізген Объектімен объективті түрде байланысты кез келген өзге тапсырыс, кезең, үй-жай, бөлме, аймақ, объектінің бөлігі немесе қосымша жұмыс көлемі.</w:t>
      </w:r>
    </w:p>
    <w:p w14:paraId="19B7BEA8" w14:textId="77777777" w:rsidR="00557872" w:rsidRPr="00557872" w:rsidRDefault="00557872" w:rsidP="00557872">
      <w:pPr>
        <w:rPr>
          <w:lang w:val="ru-RU"/>
        </w:rPr>
      </w:pPr>
      <w:r w:rsidRPr="00557872">
        <w:rPr>
          <w:lang w:val="ru-RU"/>
        </w:rPr>
        <w:t>1.11. «Платформаның қорғалатын объектісі» - платформа арқылы келесі әрекеттердің кемінде бірі орын алған Объект және барлық Байланысты объектілер: клиентті тіркеу, тапсырыс жасау, Дизайнерді тағайындау, бриф беру, байланыс деректерін алу, консультация өткізу, тұжырымдама, визуализация, смета, спецификация, тауарлар іріктемесін дайындау, жеткізушімен өзара іс-қимыл жасау, жұмыс нәтижесін жүктеу не Дизайнердің жобаға платформа арқылы өзге түрде қатысуы.</w:t>
      </w:r>
    </w:p>
    <w:p w14:paraId="3919EA8E" w14:textId="77777777" w:rsidR="00557872" w:rsidRPr="00557872" w:rsidRDefault="00557872" w:rsidP="00557872">
      <w:pPr>
        <w:rPr>
          <w:lang w:val="ru-RU"/>
        </w:rPr>
      </w:pPr>
      <w:r w:rsidRPr="00557872">
        <w:rPr>
          <w:lang w:val="ru-RU"/>
        </w:rPr>
        <w:t>1.12. «Платформаны айналып өту» - Платформаның қорғалатын объектісі бойынша жұмыс жүргізудің экономикалық, шарттық немесе операциялық моделінен Компанияны шығарып тастауға бағытталған Дизайнердің кез келген әрекеті немесе әрекетсіздігі, оның ішінде Платформаның қорғалатын объектісі бойынша клиентпен, жеткізушімен немесе өзге тұлғалармен платформадан тыс тікелей немесе жанама түрде мәмілелер жасасу, қызметтер көрсету, жобалауды, жинақтауды, толық жинақтауды, сүйемелдеуді, консультацияларды, тауарларды іріктеуді, жеткізуді үйлестіруді немесе өзге өзара іс-қимылды жалғастыру.</w:t>
      </w:r>
    </w:p>
    <w:p w14:paraId="324813EA" w14:textId="77777777" w:rsidR="00557872" w:rsidRPr="00557872" w:rsidRDefault="00557872" w:rsidP="00557872">
      <w:pPr>
        <w:rPr>
          <w:lang w:val="ru-RU"/>
        </w:rPr>
      </w:pPr>
      <w:r w:rsidRPr="00557872">
        <w:rPr>
          <w:lang w:val="ru-RU"/>
        </w:rPr>
        <w:t>1.13. «Дизайнердің үлестес және байланысты тұлғалары» - Дизайнердің мүддесінде, онымен бірлесіп, оның тапсырмасы бойынша, оның бақылауымен әрекет ететін не платформа арқылы алынған оның материалдарын, сметаларын, әзірлемелерін, байланыс деректерін, жобалық шешімдерін немесе коммерциялық байланыстарын пайдаланатын кез келген жеке немесе заңды тұлғалар.</w:t>
      </w:r>
    </w:p>
    <w:p w14:paraId="1230D90B" w14:textId="77777777" w:rsidR="00557872" w:rsidRPr="00557872" w:rsidRDefault="00557872" w:rsidP="00557872">
      <w:pPr>
        <w:rPr>
          <w:lang w:val="ru-RU"/>
        </w:rPr>
      </w:pPr>
      <w:r w:rsidRPr="00557872">
        <w:rPr>
          <w:lang w:val="ru-RU"/>
        </w:rPr>
        <w:t>1.14. «Базалық интерьер дизайны» - бір бөлменің интерьер дизайны бойынша онлайн-қызмет, оған Платформа ішіндегі чат арқылы консультациялар, үйлестіру және қорытынды бейнеқоңыраулар, стильдік шешімді іріктеу, тұжырымдама (мудборд), спецификациялар және/немесе Платформада немесе маркетплейсте қолжетімді тауарлардың шопинг-парағын дайындау, сондай-ақ бастапқы техникалық тапсырма, таңдалған пакет және Платформа белгілеген түзетулер раундтарының регламенті шегінде түзетулер енгізу кіреді.</w:t>
      </w:r>
    </w:p>
    <w:p w14:paraId="77033716" w14:textId="77777777" w:rsidR="00557872" w:rsidRPr="00557872" w:rsidRDefault="00557872" w:rsidP="00557872">
      <w:pPr>
        <w:rPr>
          <w:lang w:val="ru-RU"/>
        </w:rPr>
      </w:pPr>
      <w:r w:rsidRPr="00557872">
        <w:rPr>
          <w:lang w:val="ru-RU"/>
        </w:rPr>
        <w:t>1.15. «Кешенді интерьер дизайны» - бір бөлменің интерьер дизайны бойынша кеңейтілген онлайн-қызмет, оған Платформа ішіндегі чат арқылы консультациялар, үйлестіру, аралық және қорытынды бейнеқоңыраулар, тұжырымдама (мудборд), 3</w:t>
      </w:r>
      <w:r>
        <w:t>D</w:t>
      </w:r>
      <w:r w:rsidRPr="00557872">
        <w:rPr>
          <w:lang w:val="ru-RU"/>
        </w:rPr>
        <w:t xml:space="preserve">-визуализациялар, спецификациялар, шопинг-парақ және қызмет карточкасында, тапсырыс карточкасында және </w:t>
      </w:r>
      <w:r>
        <w:t>SLA</w:t>
      </w:r>
      <w:r w:rsidRPr="00557872">
        <w:rPr>
          <w:lang w:val="ru-RU"/>
        </w:rPr>
        <w:t>-да көзделген көлемде дизайн-жоба бойынша техникалық материалдар дайындау, сондай-ақ бастапқы техникалық тапсырма, таңдалған пакет және Платформа белгілеген түзетулер раундтарының регламенті шегінде түзетулер енгізу кіреді.</w:t>
      </w:r>
    </w:p>
    <w:p w14:paraId="51653AC1" w14:textId="77777777" w:rsidR="00557872" w:rsidRPr="00557872" w:rsidRDefault="00557872" w:rsidP="00557872">
      <w:pPr>
        <w:keepNext/>
        <w:rPr>
          <w:lang w:val="ru-RU"/>
        </w:rPr>
      </w:pPr>
      <w:r w:rsidRPr="00557872">
        <w:rPr>
          <w:b/>
          <w:lang w:val="ru-RU"/>
        </w:rPr>
        <w:lastRenderedPageBreak/>
        <w:t>2. ЖАЛПЫ ЕРЕЖЕЛЕР</w:t>
      </w:r>
    </w:p>
    <w:p w14:paraId="338BF061" w14:textId="77777777" w:rsidR="00557872" w:rsidRPr="00557872" w:rsidRDefault="00557872" w:rsidP="00557872">
      <w:pPr>
        <w:rPr>
          <w:lang w:val="ru-RU"/>
        </w:rPr>
      </w:pPr>
      <w:r w:rsidRPr="00557872">
        <w:rPr>
          <w:lang w:val="ru-RU"/>
        </w:rPr>
        <w:t xml:space="preserve">2.1. Осы Оферта БСН 251040033970, заңды мекенжайы: Қазақстан Республикасы, Алматы қаласы, Тәжібаева көшесі, 157-үй, 7-пәтер/офис, веб-сайты: </w:t>
      </w:r>
      <w:r>
        <w:t>https</w:t>
      </w:r>
      <w:r w:rsidRPr="00557872">
        <w:rPr>
          <w:lang w:val="ru-RU"/>
        </w:rPr>
        <w:t>://</w:t>
      </w:r>
      <w:r>
        <w:t>www</w:t>
      </w:r>
      <w:r w:rsidRPr="00557872">
        <w:rPr>
          <w:lang w:val="ru-RU"/>
        </w:rPr>
        <w:t>.</w:t>
      </w:r>
      <w:proofErr w:type="spellStart"/>
      <w:r>
        <w:t>pana</w:t>
      </w:r>
      <w:proofErr w:type="spellEnd"/>
      <w:r w:rsidRPr="00557872">
        <w:rPr>
          <w:lang w:val="ru-RU"/>
        </w:rPr>
        <w:t>-</w:t>
      </w:r>
      <w:r>
        <w:t>design</w:t>
      </w:r>
      <w:r w:rsidRPr="00557872">
        <w:rPr>
          <w:lang w:val="ru-RU"/>
        </w:rPr>
        <w:t>.</w:t>
      </w:r>
      <w:r>
        <w:t>com</w:t>
      </w:r>
      <w:r w:rsidRPr="00557872">
        <w:rPr>
          <w:lang w:val="ru-RU"/>
        </w:rPr>
        <w:t xml:space="preserve">, заңдық маңызы бар хабарламаларға арналған электрондық пошта мекенжайы: </w:t>
      </w:r>
      <w:r>
        <w:t>info</w:t>
      </w:r>
      <w:r w:rsidRPr="00557872">
        <w:rPr>
          <w:lang w:val="ru-RU"/>
        </w:rPr>
        <w:t>@</w:t>
      </w:r>
      <w:proofErr w:type="spellStart"/>
      <w:r>
        <w:t>pana</w:t>
      </w:r>
      <w:proofErr w:type="spellEnd"/>
      <w:r w:rsidRPr="00557872">
        <w:rPr>
          <w:lang w:val="ru-RU"/>
        </w:rPr>
        <w:t>-</w:t>
      </w:r>
      <w:r>
        <w:t>design</w:t>
      </w:r>
      <w:r w:rsidRPr="00557872">
        <w:rPr>
          <w:lang w:val="ru-RU"/>
        </w:rPr>
        <w:t>.</w:t>
      </w:r>
      <w:r>
        <w:t>com</w:t>
      </w:r>
      <w:r w:rsidRPr="00557872">
        <w:rPr>
          <w:lang w:val="ru-RU"/>
        </w:rPr>
        <w:t xml:space="preserve"> болып табылатын «Пана Дизайн» жауапкершілігі шектеулі серіктестігінің қолданылатын заңнамаға сәйкес тиісті түрде тіркелген жеке тұлғалармен, дара кәсіпкерлермен және заңды тұлғалармен осы Офертада баяндалған талаптарда шарт жасасу туралы ресми ұсынысы болып табылады.</w:t>
      </w:r>
    </w:p>
    <w:p w14:paraId="1A919328" w14:textId="77777777" w:rsidR="00557872" w:rsidRPr="00557872" w:rsidRDefault="00557872" w:rsidP="00557872">
      <w:pPr>
        <w:rPr>
          <w:lang w:val="ru-RU"/>
        </w:rPr>
      </w:pPr>
      <w:r w:rsidRPr="00557872">
        <w:rPr>
          <w:lang w:val="ru-RU"/>
        </w:rPr>
        <w:t>2.2. Компания мен Дизайнер арасындағы шарт осы Офертаны электрондық нысанда акцептеу арқылы қосылу тәртібімен жасалады. Осы Оферта акцептелген күннен бастап оның талаптары Дизайнер үшін толық көлемде міндетті болады.</w:t>
      </w:r>
    </w:p>
    <w:p w14:paraId="5DC717CF" w14:textId="77777777" w:rsidR="00557872" w:rsidRPr="00557872" w:rsidRDefault="00557872" w:rsidP="00557872">
      <w:pPr>
        <w:rPr>
          <w:lang w:val="ru-RU"/>
        </w:rPr>
      </w:pPr>
      <w:r w:rsidRPr="00557872">
        <w:rPr>
          <w:lang w:val="ru-RU"/>
        </w:rPr>
        <w:t>2.3. Осы Оферта Қазақстан Республикасының заңнамасымен, оның ішінде оферта және акцепт, қосылу шарты, дербес деректерді қорғау, тараптардың электрондық өзара іс-қимылы және дауларды қарау туралы азаматтық заңнама нормаларымен реттеледі.</w:t>
      </w:r>
    </w:p>
    <w:p w14:paraId="39E93578" w14:textId="77777777" w:rsidR="00557872" w:rsidRPr="00557872" w:rsidRDefault="00557872" w:rsidP="00557872">
      <w:pPr>
        <w:rPr>
          <w:lang w:val="ru-RU"/>
        </w:rPr>
      </w:pPr>
      <w:r w:rsidRPr="00557872">
        <w:rPr>
          <w:lang w:val="ru-RU"/>
        </w:rPr>
        <w:t xml:space="preserve">2.4. Осы Оферта Интернет желісінде </w:t>
      </w:r>
      <w:r>
        <w:t>https</w:t>
      </w:r>
      <w:r w:rsidRPr="00557872">
        <w:rPr>
          <w:lang w:val="ru-RU"/>
        </w:rPr>
        <w:t>://</w:t>
      </w:r>
      <w:r>
        <w:t>www</w:t>
      </w:r>
      <w:r w:rsidRPr="00557872">
        <w:rPr>
          <w:lang w:val="ru-RU"/>
        </w:rPr>
        <w:t>.</w:t>
      </w:r>
      <w:proofErr w:type="spellStart"/>
      <w:r>
        <w:t>pana</w:t>
      </w:r>
      <w:proofErr w:type="spellEnd"/>
      <w:r w:rsidRPr="00557872">
        <w:rPr>
          <w:lang w:val="ru-RU"/>
        </w:rPr>
        <w:t>-</w:t>
      </w:r>
      <w:r>
        <w:t>design</w:t>
      </w:r>
      <w:r w:rsidRPr="00557872">
        <w:rPr>
          <w:lang w:val="ru-RU"/>
        </w:rPr>
        <w:t>.</w:t>
      </w:r>
      <w:r>
        <w:t>com</w:t>
      </w:r>
      <w:r w:rsidRPr="00557872">
        <w:rPr>
          <w:lang w:val="ru-RU"/>
        </w:rPr>
        <w:t xml:space="preserve"> мекенжайы бойынша не Компания платформа құжаттарын жариялаудың ресми мекенжайы ретінде көрсеткен өзге мекенжай бойынша орналастырылады.</w:t>
      </w:r>
    </w:p>
    <w:p w14:paraId="42B50B32" w14:textId="77777777" w:rsidR="00557872" w:rsidRPr="00557872" w:rsidRDefault="00557872" w:rsidP="00557872">
      <w:pPr>
        <w:rPr>
          <w:lang w:val="ru-RU"/>
        </w:rPr>
      </w:pPr>
      <w:r w:rsidRPr="00557872">
        <w:rPr>
          <w:lang w:val="ru-RU"/>
        </w:rPr>
        <w:t xml:space="preserve">2.5. Компания осы Офертаны, </w:t>
      </w:r>
      <w:r>
        <w:t>SLA</w:t>
      </w:r>
      <w:r w:rsidRPr="00557872">
        <w:rPr>
          <w:lang w:val="ru-RU"/>
        </w:rPr>
        <w:t>-ны, Платформа қағидаларын, дербес деректерді өңдеуге қатысты Құпиялылық саясатын, сондай-ақ осы Офертада тікелей көрсетілген өзге де құжаттарды біржақты тәртіппен өзгертуге құқылы. Жаңа редакция, егер тиісті редакцияда неғұрлым кеш мерзім көрсетілмесе, жарияланған күннен бастап 5 (бес) күнтізбелік күн өткен соң күшіне енеді. Өзгерістер заңнаманың императивтік талаптарынан немесе тараптардың жеке келісуінен өзгеше туындамаса, жұмысқа қабылданған тапсырыстарға, есептелген сомаларға және қызметтер көрсетудің аяқталған кезеңдеріне кері күшпен қолданылмайды.</w:t>
      </w:r>
    </w:p>
    <w:p w14:paraId="367B4565" w14:textId="77777777" w:rsidR="00557872" w:rsidRPr="00557872" w:rsidRDefault="00557872" w:rsidP="00557872">
      <w:pPr>
        <w:rPr>
          <w:lang w:val="ru-RU"/>
        </w:rPr>
      </w:pPr>
      <w:r w:rsidRPr="00557872">
        <w:rPr>
          <w:lang w:val="ru-RU"/>
        </w:rPr>
        <w:t>2.6. Осы Офертамен реттелмеген мәселелер платформа құжаттарымен және Қазақстан Республикасының заңнамасымен реттеледі. Осы Оферта мен платформаның өзге құжаттары арасында қайшылық болған жағдайда, егер Офертаның өзінде тиісті мәселе арнайы құжатпен реттелетіні тікелей белгіленбесе, осы Офертаның ережелері басымдыққа ие болады.</w:t>
      </w:r>
    </w:p>
    <w:p w14:paraId="3222116E" w14:textId="77777777" w:rsidR="00557872" w:rsidRPr="00557872" w:rsidRDefault="00557872" w:rsidP="00557872">
      <w:pPr>
        <w:rPr>
          <w:lang w:val="ru-RU"/>
        </w:rPr>
      </w:pPr>
      <w:r w:rsidRPr="00557872">
        <w:rPr>
          <w:lang w:val="ru-RU"/>
        </w:rPr>
        <w:t>2.7. Осы Оферта еңбек шарты болып табылмайды, Компания мен Дизайнер арасында еңбек қатынастарын туындатпайды және Компанияның Дизайнерді тұрақты тапсырыс көлемімен немесе жұмыс орнымен қамтамасыз ету міндетін туындатпайды. Егер тараптардың жеке жазбаша келісімінде өзгеше тікелей көзделмесе, Дизайнер дербес және тәуелсіз орындаушы ретінде әрекет етеді.</w:t>
      </w:r>
    </w:p>
    <w:p w14:paraId="6003655A" w14:textId="77777777" w:rsidR="00557872" w:rsidRPr="00557872" w:rsidRDefault="00557872" w:rsidP="00557872">
      <w:pPr>
        <w:keepNext/>
        <w:rPr>
          <w:lang w:val="ru-RU"/>
        </w:rPr>
      </w:pPr>
      <w:r w:rsidRPr="00557872">
        <w:rPr>
          <w:b/>
          <w:lang w:val="ru-RU"/>
        </w:rPr>
        <w:t>3. ПЛАТФОРМА ҚҰЖАТТАРЫ ЖӘНЕ ОЛАРДЫҢ БАСЫМДЫҒЫ</w:t>
      </w:r>
    </w:p>
    <w:p w14:paraId="7D5416F7" w14:textId="77777777" w:rsidR="00557872" w:rsidRPr="00557872" w:rsidRDefault="00557872" w:rsidP="00557872">
      <w:pPr>
        <w:rPr>
          <w:lang w:val="ru-RU"/>
        </w:rPr>
      </w:pPr>
      <w:r w:rsidRPr="00557872">
        <w:rPr>
          <w:lang w:val="ru-RU"/>
        </w:rPr>
        <w:t xml:space="preserve">3.1. Осы Офертаның ажырамас бөлігі мыналар болып табылады: </w:t>
      </w:r>
      <w:r>
        <w:t>SLA</w:t>
      </w:r>
      <w:r w:rsidRPr="00557872">
        <w:rPr>
          <w:lang w:val="ru-RU"/>
        </w:rPr>
        <w:t>; Платформа қағидалары; дербес деректерді өңдеуге қатысты Құпиялылық саясаты; тапсырысты орындау моделіне, нәтижені қабылдауға және түзетулер шегіне әсер ететін бөлігінде платформа клиенттеріне арналған пайдаланушы офертасы немесе өзге талаптар; жинақтау қызметіне қатысты бөлігінде жеткізушілерге арналған талаптар немесе жеткізушілермен жұмыс істеу қағидалары.</w:t>
      </w:r>
    </w:p>
    <w:p w14:paraId="1E0209CD" w14:textId="77777777" w:rsidR="00557872" w:rsidRPr="00557872" w:rsidRDefault="00557872" w:rsidP="00557872">
      <w:pPr>
        <w:rPr>
          <w:lang w:val="ru-RU"/>
        </w:rPr>
      </w:pPr>
      <w:r w:rsidRPr="00557872">
        <w:rPr>
          <w:lang w:val="ru-RU"/>
        </w:rPr>
        <w:t xml:space="preserve">3.2. Платформа құжаттарын түсіндіру және қолдану мақсаттары үшін мынадай басымдық қолданылады: осы Оферта; дербес деректерді өңдеу және қорғау мәселелері бойынша дербес </w:t>
      </w:r>
      <w:r w:rsidRPr="00557872">
        <w:rPr>
          <w:lang w:val="ru-RU"/>
        </w:rPr>
        <w:lastRenderedPageBreak/>
        <w:t xml:space="preserve">деректерді өңдеуге қатысты Құпиялылық саясаты; мерзімдер, сервис стандарттары, коммуникация сапасы және операциялық метрикалар мәселелері бойынша </w:t>
      </w:r>
      <w:r>
        <w:t>SLA</w:t>
      </w:r>
      <w:r w:rsidRPr="00557872">
        <w:rPr>
          <w:lang w:val="ru-RU"/>
        </w:rPr>
        <w:t>; функционал, модерация, аккаунтты пайдалану қағидалары және ішкі жұмыс рәсімі мәселелері бойынша Платформа қағидалары; нақты жобаның қызмет құрамы, бағасы, мәртебесі және параметрлері мәселелері бойынша нақты тапсырыс карточкасы.</w:t>
      </w:r>
    </w:p>
    <w:p w14:paraId="4F3ED1EB" w14:textId="77777777" w:rsidR="00557872" w:rsidRPr="00557872" w:rsidRDefault="00557872" w:rsidP="00557872">
      <w:pPr>
        <w:rPr>
          <w:lang w:val="ru-RU"/>
        </w:rPr>
      </w:pPr>
      <w:r w:rsidRPr="00557872">
        <w:rPr>
          <w:lang w:val="ru-RU"/>
        </w:rPr>
        <w:t>3.3. Егер бір мәселе бірнеше құжатпен реттелсе, тиісті мәселеге қатысты арнайы болып табылатын құжат қолданылады, бұл ретте мұндай арнайы реттеу осы Офертаға және заңнаманың императивтік талаптарына қайшы келмеуге тиіс.</w:t>
      </w:r>
    </w:p>
    <w:p w14:paraId="3807F30C" w14:textId="77777777" w:rsidR="00557872" w:rsidRPr="00557872" w:rsidRDefault="00557872" w:rsidP="00557872">
      <w:pPr>
        <w:keepNext/>
        <w:rPr>
          <w:lang w:val="ru-RU"/>
        </w:rPr>
      </w:pPr>
      <w:r w:rsidRPr="00557872">
        <w:rPr>
          <w:b/>
          <w:lang w:val="ru-RU"/>
        </w:rPr>
        <w:t>4. АКЦЕПТ ТӘРТІБІ ЖӘНЕ ЭЛЕКТРОНДЫҚ БЕКІТУ</w:t>
      </w:r>
    </w:p>
    <w:p w14:paraId="2403E290" w14:textId="77777777" w:rsidR="00557872" w:rsidRPr="00557872" w:rsidRDefault="00557872" w:rsidP="00557872">
      <w:pPr>
        <w:rPr>
          <w:lang w:val="ru-RU"/>
        </w:rPr>
      </w:pPr>
      <w:r w:rsidRPr="00557872">
        <w:rPr>
          <w:lang w:val="ru-RU"/>
        </w:rPr>
        <w:t>4.1. Осы Офертаны акцептеу деп Дизайнердің мынадай әрекеттер жиынтығын жасауы танылады: платформада тіркелу, есептік жазба жасау, тиісті чекбоксты белгілеу не платформа интерфейсінде өзге бірмәнді айқындалған әрекет жасау арқылы Оферта және онымен байланысты құжаттар талаптарымен келісімін растау, сондай-ақ кейіннен Дизайнердің жеке кабинетінің функционалын пайдалану.</w:t>
      </w:r>
    </w:p>
    <w:p w14:paraId="44176190" w14:textId="77777777" w:rsidR="00557872" w:rsidRPr="00557872" w:rsidRDefault="00557872" w:rsidP="00557872">
      <w:pPr>
        <w:rPr>
          <w:lang w:val="ru-RU"/>
        </w:rPr>
      </w:pPr>
      <w:r w:rsidRPr="00557872">
        <w:rPr>
          <w:lang w:val="ru-RU"/>
        </w:rPr>
        <w:t xml:space="preserve">4.2. Компания платформаның техникалық мүмкіндіктері шегінде Дизайнердің акцепті мен заңдық маңызы бар әрекеттерін техникалық тіркеуді қамтамасыз етеді, оның ішінде, бірақ олармен шектелмей, әрекет күні мен уақыты, </w:t>
      </w:r>
      <w:r>
        <w:t>IP</w:t>
      </w:r>
      <w:r w:rsidRPr="00557872">
        <w:rPr>
          <w:lang w:val="ru-RU"/>
        </w:rPr>
        <w:t>-мекенжайы, есептік жазба идентификаторы, телефон нөмірі және/немесе электрондық пошта мекенжайы, құжат редакциясы, интерфейстік нысан идентификаторы, чекбоксты растау логтары, растау кодын жіберу туралы мәліметтер және ақпараттық жүйенің өзге де техникалық метадеректері.</w:t>
      </w:r>
    </w:p>
    <w:p w14:paraId="5006B471" w14:textId="77777777" w:rsidR="00557872" w:rsidRPr="00557872" w:rsidRDefault="00557872" w:rsidP="00557872">
      <w:pPr>
        <w:rPr>
          <w:lang w:val="ru-RU"/>
        </w:rPr>
      </w:pPr>
      <w:r w:rsidRPr="00557872">
        <w:rPr>
          <w:lang w:val="ru-RU"/>
        </w:rPr>
        <w:t>4.3. Тараптар платформа ақпараттық жүйесі тіркелу, акцептеу, авторизациялау, тапсырысты жұмысқа қабылдау, нәтижені жүктеу, өзгерістерді келісу, есеп айырысуларды қалыптастыру және платформаны өзге пайдалану кезінде қалыптастырған мәліметтер, егер белгіленген тәртіппен өзгесі дәлелденбесе, Компания тарапынан Дизайнердің тиісті әрекетті жасаған фактісінің жол берілетін дәлелі ретінде пайдаланылуы мүмкін екенін мойындайды.</w:t>
      </w:r>
    </w:p>
    <w:p w14:paraId="2C4538CE" w14:textId="77777777" w:rsidR="00557872" w:rsidRPr="00557872" w:rsidRDefault="00557872" w:rsidP="00557872">
      <w:pPr>
        <w:rPr>
          <w:lang w:val="ru-RU"/>
        </w:rPr>
      </w:pPr>
      <w:r w:rsidRPr="00557872">
        <w:rPr>
          <w:lang w:val="ru-RU"/>
        </w:rPr>
        <w:t>4.4. Платформада көзделген логинді, құпиясөзді, бір реттік кодты, екі факторлы аутентификация құралдарын және/немесе өзге сәйкестендіру құралдарын пайдалана отырып, жеке кабинетте авторизациядан кейін жасалған әрекеттерді, егер Дизайнер мұндай әрекеттер өзі Компанияға уақтылы хабарлаған құқыққа сыйымсыз қол жеткізу салдарынан жасалғанын дәлелдемесе, Дизайнердің өзі жасаған болып есептеледі.</w:t>
      </w:r>
    </w:p>
    <w:p w14:paraId="76A103EF" w14:textId="77777777" w:rsidR="00557872" w:rsidRPr="00557872" w:rsidRDefault="00557872" w:rsidP="00557872">
      <w:pPr>
        <w:rPr>
          <w:lang w:val="ru-RU"/>
        </w:rPr>
      </w:pPr>
      <w:r w:rsidRPr="00557872">
        <w:rPr>
          <w:lang w:val="ru-RU"/>
        </w:rPr>
        <w:t>4.5. Дизайнер жеке кабинетке қол жеткізу құралдарының құпиялылығын қамтамасыз етуге, аккаунттың бұзылуы, қол жеткізуден айырылу, байланыс деректерінің өзгеруі және платформаны пайдалану қауіпсіздігіне әсер ететін өзге мән-жайлар туралы Компанияны дереу хабардар етуге міндетті.</w:t>
      </w:r>
    </w:p>
    <w:p w14:paraId="1A20E482" w14:textId="77777777" w:rsidR="00557872" w:rsidRPr="00557872" w:rsidRDefault="00557872" w:rsidP="00557872">
      <w:pPr>
        <w:keepNext/>
        <w:rPr>
          <w:lang w:val="ru-RU"/>
        </w:rPr>
      </w:pPr>
      <w:r w:rsidRPr="00557872">
        <w:rPr>
          <w:b/>
          <w:lang w:val="ru-RU"/>
        </w:rPr>
        <w:t>5. ШАРТТЫҢ НЫСАНАСЫ ЖӘНЕ ҚАТЫНАСТАР МОДЕЛІ</w:t>
      </w:r>
    </w:p>
    <w:p w14:paraId="7AEB0C4A" w14:textId="77777777" w:rsidR="00557872" w:rsidRPr="00557872" w:rsidRDefault="00557872" w:rsidP="00557872">
      <w:pPr>
        <w:rPr>
          <w:lang w:val="ru-RU"/>
        </w:rPr>
      </w:pPr>
      <w:r w:rsidRPr="00557872">
        <w:rPr>
          <w:lang w:val="ru-RU"/>
        </w:rPr>
        <w:t xml:space="preserve">5.1. Компания Дизайнерге платформа арқылы клиенттерге қызметтер көрсету үшін қажетті платформа функционалына және ұйымдастырушылық-технологиялық инфрақұрылымға қол жеткізуді береді, ал Дизайнер платформаны адал пайдалануға, осы Офертаның талаптарын сақтауға және таңдалған тапсырыстарға, </w:t>
      </w:r>
      <w:r>
        <w:t>SLA</w:t>
      </w:r>
      <w:r w:rsidRPr="00557872">
        <w:rPr>
          <w:lang w:val="ru-RU"/>
        </w:rPr>
        <w:t>-ға, тапсырыс карточкасына және платформаның өзге де міндетті құжаттарына сәйкес қызметтер көрсетуге міндеттенеді.</w:t>
      </w:r>
    </w:p>
    <w:p w14:paraId="26437483" w14:textId="77777777" w:rsidR="00557872" w:rsidRPr="00557872" w:rsidRDefault="00557872" w:rsidP="00557872">
      <w:pPr>
        <w:rPr>
          <w:lang w:val="ru-RU"/>
        </w:rPr>
      </w:pPr>
      <w:r w:rsidRPr="00557872">
        <w:rPr>
          <w:lang w:val="ru-RU"/>
        </w:rPr>
        <w:lastRenderedPageBreak/>
        <w:t>5.2. Компания Дизайнердің жұмыс берушісі болып табылмайды, оның еңбек процесін жұмыс беруші ретінде басқармайды, Дизайнердің жұмыс уақыты режимін белгілемейді және егер тараптардың жеке келісімінде өзгеше көзделмесе, тапсырыстар көлеміне кепілдік бермейді.</w:t>
      </w:r>
    </w:p>
    <w:p w14:paraId="04D9825C" w14:textId="77777777" w:rsidR="00557872" w:rsidRPr="00557872" w:rsidRDefault="00557872" w:rsidP="00557872">
      <w:pPr>
        <w:rPr>
          <w:lang w:val="ru-RU"/>
        </w:rPr>
      </w:pPr>
      <w:r w:rsidRPr="00557872">
        <w:rPr>
          <w:lang w:val="ru-RU"/>
        </w:rPr>
        <w:t>5.3. Компания осы Оферта және заң шегінде модерацияны, сапаны бақылауды, деректерді верификациялауды, тапсырыстарды бөлуді, төлемдерді қабылдау мен бөлуді, есептеулерді көрсетуді, коммуникацияны ұйымдастыруды, шағымдар мен дауларды қарауды жүзеге асыруға, сондай-ақ клиенттердің, платформаның өзінің және экожүйенің өзге қатысушыларының құқықтарын қорғау шараларын қабылдауға құқылы.</w:t>
      </w:r>
    </w:p>
    <w:p w14:paraId="276AC2D0" w14:textId="77777777" w:rsidR="00557872" w:rsidRPr="00557872" w:rsidRDefault="00557872" w:rsidP="00557872">
      <w:pPr>
        <w:rPr>
          <w:lang w:val="ru-RU"/>
        </w:rPr>
      </w:pPr>
      <w:r w:rsidRPr="00557872">
        <w:rPr>
          <w:lang w:val="ru-RU"/>
        </w:rPr>
        <w:t>5.4. Егер платформа интерфейсінде немесе жеке жазбаша келісімде өзгеше тікелей көзделмесе, Дизайнер Компанияның өкілі болып табылмайды және Компания атынан міндеттемелер қабылдауға, Компания атынан заңдық маңызы бар мәлімдемелер жасауға, сондай-ақ клиенттерге немесе жеткізушілерге платформа функционалы мен тапсырыс талаптарының шегінен тыс уәделер беруге құқылы емес.</w:t>
      </w:r>
    </w:p>
    <w:p w14:paraId="45C072AA" w14:textId="77777777" w:rsidR="00557872" w:rsidRPr="00557872" w:rsidRDefault="00557872" w:rsidP="00557872">
      <w:pPr>
        <w:keepNext/>
        <w:rPr>
          <w:lang w:val="ru-RU"/>
        </w:rPr>
      </w:pPr>
      <w:r w:rsidRPr="00557872">
        <w:rPr>
          <w:b/>
          <w:lang w:val="ru-RU"/>
        </w:rPr>
        <w:t>6. ТАРАПТАРДЫҢ ҚҰҚЫҚТАРЫ МЕН МІНДЕТТЕРІ</w:t>
      </w:r>
    </w:p>
    <w:p w14:paraId="02FBBA14" w14:textId="77777777" w:rsidR="00557872" w:rsidRPr="00557872" w:rsidRDefault="00557872" w:rsidP="00557872">
      <w:pPr>
        <w:rPr>
          <w:lang w:val="ru-RU"/>
        </w:rPr>
      </w:pPr>
      <w:r w:rsidRPr="00557872">
        <w:rPr>
          <w:lang w:val="ru-RU"/>
        </w:rPr>
        <w:t xml:space="preserve">6.1. Дизайнер өзі және өзінің мәртебесі туралы шынайы мәліметтер беруге; мұндай мәліметтерді өзекті күйде ұстауға; Қазақстан Республикасының заңнамасын, осы Офертаны, </w:t>
      </w:r>
      <w:r>
        <w:t>SLA</w:t>
      </w:r>
      <w:r w:rsidRPr="00557872">
        <w:rPr>
          <w:lang w:val="ru-RU"/>
        </w:rPr>
        <w:t>-ны, Платформа қағидаларын, дербес деректерді өңдеуге қатысты Құпиялылық саясатын сақтауға; платформаны тек құқыққа сыйымды мақсаттарда пайдалануға; клиенттердің, Компанияның, жеткізушілердің және үшінші тұлғалардың құқықтарын бұзбауға міндеттенеді.</w:t>
      </w:r>
    </w:p>
    <w:p w14:paraId="0E1E4E56" w14:textId="77777777" w:rsidR="00557872" w:rsidRPr="00557872" w:rsidRDefault="00557872" w:rsidP="00557872">
      <w:pPr>
        <w:rPr>
          <w:lang w:val="ru-RU"/>
        </w:rPr>
      </w:pPr>
      <w:r w:rsidRPr="00557872">
        <w:rPr>
          <w:lang w:val="ru-RU"/>
        </w:rPr>
        <w:t>6.2. Дизайнер тапсырыстарды жеке өзі орындауға не қосалқы орындаушыларды тартуға тек мұндай тартуға платформа тікелей жол берген, ол сервис сапасын нашарлатпайтын, құпиялылық және дербес деректерді қорғау режимін бұзбайтын және Дизайнерді Компания алдындағы жауапкершіліктен босатпайтын жағдайда ғана міндеттенеді.</w:t>
      </w:r>
    </w:p>
    <w:p w14:paraId="3BAFEE25" w14:textId="77777777" w:rsidR="00557872" w:rsidRPr="00557872" w:rsidRDefault="00557872" w:rsidP="00557872">
      <w:pPr>
        <w:rPr>
          <w:lang w:val="ru-RU"/>
        </w:rPr>
      </w:pPr>
      <w:r w:rsidRPr="00557872">
        <w:rPr>
          <w:lang w:val="ru-RU"/>
        </w:rPr>
        <w:t>6.3. Дизайнер платформаны Компанияны айналып өту, клиенттерді өзіне тарту, мәмілелерді платформадан тыс шығару, деректерді рұқсатсыз көшіру, дербес деректерді заңсыз жинау, тыйым салынған контентті орналастыру, зияткерлік қызмет нәтижелеріне құқықтарды бұзу және Компанияға, клиенттерге немесе үшінші тұлғаларға залал келтіруі мүмкін өзге әрекеттер жасау үшін пайдаланбауға міндеттенеді.</w:t>
      </w:r>
    </w:p>
    <w:p w14:paraId="674FD50F" w14:textId="77777777" w:rsidR="00557872" w:rsidRPr="00557872" w:rsidRDefault="00557872" w:rsidP="00557872">
      <w:pPr>
        <w:rPr>
          <w:lang w:val="ru-RU"/>
        </w:rPr>
      </w:pPr>
      <w:r w:rsidRPr="00557872">
        <w:rPr>
          <w:lang w:val="ru-RU"/>
        </w:rPr>
        <w:t>6.3.1. Дизайнер егер тиісті клиентке, мекенжайға, Объектіге, жоба материалдарына, сметаға, спецификацияға, жеткізушіге немесе өзге ресурсқа қол жеткізу Дизайнер тарапынан платформа арқылы алынған болса, Платформаның қорғалатын объектісі бойынша қызметтер көрсетуді, жұмыстар орындауды, жинақтауды, толық жинақтауды, жобаны сүйемелдеуді, тауарларды іріктеуді, консультация беруді немесе өзге коммерциялық өзара іс-қимылды платформадан тыс дербес жүзеге асырмауға және үшінші тұлғалар арқылы ұйымдастырмауға міндеттенеді.</w:t>
      </w:r>
    </w:p>
    <w:p w14:paraId="7CAD958F" w14:textId="77777777" w:rsidR="00557872" w:rsidRPr="00557872" w:rsidRDefault="00557872" w:rsidP="00557872">
      <w:pPr>
        <w:rPr>
          <w:lang w:val="ru-RU"/>
        </w:rPr>
      </w:pPr>
      <w:r w:rsidRPr="00557872">
        <w:rPr>
          <w:lang w:val="ru-RU"/>
        </w:rPr>
        <w:t>6.3.2. Дизайнерге платформа арқылы алынған клиент, Объект мекенжайы, үй-жайлар құрамы, тұжырымдама, жобалық шешімдер, смета, спецификация, тауарлар іріктемесі, жұмыс нәтижелері, клиент материалдары, клиенттің немесе жеткізушінің байланыс деректері туралы мәліметтерді сол Объектінің өзге үй-жайлары, бөлмелері, аймақтары немесе кезеңдері бойынша жұмыстарды платформадан тыс жалғастыру үшін пайдалануға тыйым салынады.</w:t>
      </w:r>
    </w:p>
    <w:p w14:paraId="2A4F8B7B" w14:textId="77777777" w:rsidR="00557872" w:rsidRPr="00557872" w:rsidRDefault="00557872" w:rsidP="00557872">
      <w:pPr>
        <w:rPr>
          <w:lang w:val="ru-RU"/>
        </w:rPr>
      </w:pPr>
      <w:r w:rsidRPr="00557872">
        <w:rPr>
          <w:lang w:val="ru-RU"/>
        </w:rPr>
        <w:lastRenderedPageBreak/>
        <w:t>6.3.3. Егер Дизайнер платформа арқылы Объектінің кемінде бір бөлмесі, үй-жайы, аймағы немесе кезеңі бойынша жұмыстарды орындаса, мұндай Дизайнер бастапқы тапсырыстың платформадағы көлемімен платформадан тыс жұмыстың көлемі сәйкес келетініне немесе келмейтініне қарамастан, сол Объектінің басқа бөлмелері, үй-жайлары, аймақтары, кезеңдері немесе бөліктері бойынша платформадан тыс жұмыстар орындауға, консультация беруге, сүйемелдеуге, жинақтауға немесе өзге түрде жұмыстарға қатысуға құқылы емес.</w:t>
      </w:r>
    </w:p>
    <w:p w14:paraId="48A6C354" w14:textId="77777777" w:rsidR="00557872" w:rsidRPr="00557872" w:rsidRDefault="00557872" w:rsidP="00557872">
      <w:pPr>
        <w:rPr>
          <w:lang w:val="ru-RU"/>
        </w:rPr>
      </w:pPr>
      <w:r w:rsidRPr="00557872">
        <w:rPr>
          <w:lang w:val="ru-RU"/>
        </w:rPr>
        <w:t>6.3.4. Дизайнер клиенттің, жеткізушінің немесе өзге тұлғалардың платформаны айналып өтуіне жағдай жасайтын кез келген әрекеттерден, оның ішінде жеңілдіктер ұсынудан, жұмысты тікелей жалғастыруды ұсынудан, байланыс деректерін беруден, клиентті мессенджерлерге, әлеуметтік желілерге, өзге сайттарға бағыттаудан, сондай-ақ Платформаның қорғалатын объектісі бойынша тікелей мәмілелер жасасуға жәрдемдесуден бас тартуға міндетті.</w:t>
      </w:r>
    </w:p>
    <w:p w14:paraId="40A03898" w14:textId="77777777" w:rsidR="00557872" w:rsidRPr="00557872" w:rsidRDefault="00557872" w:rsidP="00557872">
      <w:pPr>
        <w:rPr>
          <w:lang w:val="ru-RU"/>
        </w:rPr>
      </w:pPr>
      <w:r w:rsidRPr="00557872">
        <w:rPr>
          <w:lang w:val="ru-RU"/>
        </w:rPr>
        <w:t>6.3.5. Егер клиент, жеткізуші немесе өзге тұлға Дизайнерге Платформаның қорғалатын объектісі бойынша жұмысты, жинақтауды, толық жинақтауды, сүйемелдеуді немесе өзге коммерциялық қызметті платформадан тыс жалғастыруды ұсынса, Дизайнер бұл туралы Компанияны платформаның ресми байланыс арналары арқылы дереу, бірақ кез келген жағдайда 2 (екі) жұмыс күнінен кешіктірмей хабардар етуге міндетті.</w:t>
      </w:r>
    </w:p>
    <w:p w14:paraId="5DA7F935" w14:textId="77777777" w:rsidR="00557872" w:rsidRPr="00557872" w:rsidRDefault="00557872" w:rsidP="00557872">
      <w:pPr>
        <w:rPr>
          <w:lang w:val="ru-RU"/>
        </w:rPr>
      </w:pPr>
      <w:r w:rsidRPr="00557872">
        <w:rPr>
          <w:lang w:val="ru-RU"/>
        </w:rPr>
        <w:t>6.3.6. Дизайнер осы Оферта бойынша Дизайнердің өзіне тыйым салынатын әрекеттерді жасау үшін Дизайнердің үлестес және байланысты тұлғаларын пайдаланбауға міндеттенеді. Егер Компания мұндай әрекеттердің Дизайнермен байланысын негізді түрде растаса, мұндай тұлғалардың Платформаның қорғалатын объектісіне қатысты әрекеттері Дизайнердің өзінің әрекеттері ретінде қаралады.</w:t>
      </w:r>
    </w:p>
    <w:p w14:paraId="101045DE" w14:textId="77777777" w:rsidR="00557872" w:rsidRPr="00557872" w:rsidRDefault="00557872" w:rsidP="00557872">
      <w:pPr>
        <w:rPr>
          <w:lang w:val="ru-RU"/>
        </w:rPr>
      </w:pPr>
      <w:r w:rsidRPr="00557872">
        <w:rPr>
          <w:lang w:val="ru-RU"/>
        </w:rPr>
        <w:t>6.4. Компания регламенттік жұмыстарды, техникалық шектеулерді, профилактиканы, жаңартуларды және қауіпсіздік шараларын ескере отырып, сервистің қолданыстағы нұсқасында көзделген көлемде Дизайнерге платформа функционалына қол жеткізуді ұсынуға міндеттенеді.</w:t>
      </w:r>
    </w:p>
    <w:p w14:paraId="5B55006E" w14:textId="77777777" w:rsidR="00557872" w:rsidRPr="00557872" w:rsidRDefault="00557872" w:rsidP="00557872">
      <w:pPr>
        <w:rPr>
          <w:lang w:val="ru-RU"/>
        </w:rPr>
      </w:pPr>
      <w:r w:rsidRPr="00557872">
        <w:rPr>
          <w:lang w:val="ru-RU"/>
        </w:rPr>
        <w:t>6.5. Компания жеке кабинетте тапсырыстар, мәртебелер, есептеулер, ұстап қалулар және хабарламалар туралы маңызды мәліметтерді платформа функционалында және Компанияның ішкі процестерінде көзделген шамада көрсетуге міндеттенеді.</w:t>
      </w:r>
    </w:p>
    <w:p w14:paraId="66FE714C" w14:textId="77777777" w:rsidR="00557872" w:rsidRPr="00557872" w:rsidRDefault="00557872" w:rsidP="00557872">
      <w:pPr>
        <w:rPr>
          <w:lang w:val="ru-RU"/>
        </w:rPr>
      </w:pPr>
      <w:r w:rsidRPr="00557872">
        <w:rPr>
          <w:lang w:val="ru-RU"/>
        </w:rPr>
        <w:t>6.6. Компания Дизайнерден сәйкестендіру, мәртебесін верификациялау, салықтық және бухгалтерлік талаптарды сақтау, алаяқтыққа қарсы іс-қимыл жөніндегі міндеттерді орындау, дауларды қарау, шағымдарды өңдеу және заңнаманы сақтау үшін қажетті құжаттар мен мәліметтерді сұратуға құқылы.</w:t>
      </w:r>
    </w:p>
    <w:p w14:paraId="4A4D5BAE" w14:textId="77777777" w:rsidR="00557872" w:rsidRPr="00557872" w:rsidRDefault="00557872" w:rsidP="00557872">
      <w:pPr>
        <w:rPr>
          <w:lang w:val="ru-RU"/>
        </w:rPr>
      </w:pPr>
      <w:r w:rsidRPr="00557872">
        <w:rPr>
          <w:lang w:val="ru-RU"/>
        </w:rPr>
        <w:t xml:space="preserve">6.7. Компания осы Офертада тікелей көзделген не деректердің жылыстауын, алаяқтықты, платформаны айналып өтуді, </w:t>
      </w:r>
      <w:r>
        <w:t>SLA</w:t>
      </w:r>
      <w:r w:rsidRPr="00557872">
        <w:rPr>
          <w:lang w:val="ru-RU"/>
        </w:rPr>
        <w:t>-ны елеулі бұзуды, клиенттерге зиян келтіруді болғызбау, қауіпсіздік инцидентін тергеп-тексеру немесе заң талаптарын орындау үшін объективті түрде қажетті жағдайларда Дизайнердің платформаның жекелеген функцияларына қол жеткізуін уақытша шектеуге, жаңа тапсырыстар қабылдауды тоқтата тұруға немесе төлемдерді тоқтата тұруға құқылы. Жалпы қағида бойынша, Компания Дизайнерге шектеудің себебі мен шарасы туралы хабарлайды, бұған неғұрлым елеулі залалды немесе заң бұзушылықты болғызбау үшін дереу әрекет ету қажет болатын жағдайлар кірмейді.</w:t>
      </w:r>
    </w:p>
    <w:p w14:paraId="14C311B5" w14:textId="77777777" w:rsidR="00557872" w:rsidRPr="00557872" w:rsidRDefault="00557872" w:rsidP="00557872">
      <w:pPr>
        <w:keepNext/>
        <w:rPr>
          <w:lang w:val="ru-RU"/>
        </w:rPr>
      </w:pPr>
      <w:r w:rsidRPr="00557872">
        <w:rPr>
          <w:b/>
          <w:lang w:val="ru-RU"/>
        </w:rPr>
        <w:lastRenderedPageBreak/>
        <w:t>7. ТАПСЫРЫСТАРДЫ ОРЫНДАУ ТӘРТІБІ, НӘТИЖЕ, ТҮЗЕТУЛЕР ЖӘНЕ ҚАБЫЛДАУ</w:t>
      </w:r>
    </w:p>
    <w:p w14:paraId="1A8B0B06" w14:textId="77777777" w:rsidR="00557872" w:rsidRPr="00557872" w:rsidRDefault="00557872" w:rsidP="00557872">
      <w:pPr>
        <w:rPr>
          <w:lang w:val="ru-RU"/>
        </w:rPr>
      </w:pPr>
      <w:r w:rsidRPr="00557872">
        <w:rPr>
          <w:lang w:val="ru-RU"/>
        </w:rPr>
        <w:t xml:space="preserve">7.1. Әрбір тапсырыс бойынша нәтиженің құрамы, көлемі, мерзімдері және өзге параметрлері қызмет карточкасымен, тапсырыс карточкасымен, </w:t>
      </w:r>
      <w:r>
        <w:t>SLA</w:t>
      </w:r>
      <w:r w:rsidRPr="00557872">
        <w:rPr>
          <w:lang w:val="ru-RU"/>
        </w:rPr>
        <w:t>-мен, тиісті пакетке арналған платформаның пайдаланушы талаптарымен және тиісті сервиске тікелей жатқызылған платформаның өзге құжаттарымен айқындалады.</w:t>
      </w:r>
    </w:p>
    <w:p w14:paraId="6332967B" w14:textId="77777777" w:rsidR="00557872" w:rsidRPr="00557872" w:rsidRDefault="00557872" w:rsidP="00557872">
      <w:pPr>
        <w:rPr>
          <w:lang w:val="ru-RU"/>
        </w:rPr>
      </w:pPr>
      <w:r w:rsidRPr="00557872">
        <w:rPr>
          <w:lang w:val="ru-RU"/>
        </w:rPr>
        <w:t>7.2. Дизайнер жұмыс нәтижесін және аралық материалдарды платформада көзделген форматтарда және арналар арқылы жүктеуге міндетті. Компанияның тікелей рұқсатынсыз платформадан тыс берілген материалдар, егер нақты істің мән-жайларынан өзгеше туындамаса, тиісінше орындау деп танылмауы мүмкін.</w:t>
      </w:r>
    </w:p>
    <w:p w14:paraId="26C3DA75" w14:textId="77777777" w:rsidR="00557872" w:rsidRPr="00557872" w:rsidRDefault="00557872" w:rsidP="00557872">
      <w:pPr>
        <w:rPr>
          <w:lang w:val="ru-RU"/>
        </w:rPr>
      </w:pPr>
      <w:r w:rsidRPr="00557872">
        <w:rPr>
          <w:lang w:val="ru-RU"/>
        </w:rPr>
        <w:t>7.3. Клиент Объект бойынша бастапқы деректердің, оның ішінде үй-жайлардың өлшемдері, өлшеу нәтижелері, жоспарлар, схемалар, фото, видео және платформа арқылы берілетін өзге мәліметтердің толықтығы, дұрыстығы және дәлдігі үшін дербес жауапты болады. Егер платформаның тиісті сервисінде өзгеше тікелей көзделмесе, Компания мен Дизайнер клиент ұсынған деректердің дұрыс екендігіне сүйенеді.</w:t>
      </w:r>
    </w:p>
    <w:p w14:paraId="42A071F3" w14:textId="77777777" w:rsidR="00557872" w:rsidRPr="00557872" w:rsidRDefault="00557872" w:rsidP="00557872">
      <w:pPr>
        <w:rPr>
          <w:lang w:val="ru-RU"/>
        </w:rPr>
      </w:pPr>
      <w:r w:rsidRPr="00557872">
        <w:rPr>
          <w:lang w:val="ru-RU"/>
        </w:rPr>
        <w:t>7.4. Егер Дизайнер жұмыстарды клиент ұсынған өлшеулер, жоспарлар немесе өзге бастапқы деректер негізінде орындаса, Компания мен Дизайнер, егер платформаның тиісті сервисінде Компанияның немесе Дизайнердің күшімен жергілікті өлшеу, өлшеулерді тексеру немесе бастапқы деректерді верификациялаудың өзге нысаны тікелей көзделмесе, мұндай деректердің дұрыс еместігінен, толық еместігінен немесе дәл еместігінен туындаған жұмыс нәтижесіндегі кемшіліктер, жоспарлау шешімдеріндегі, спецификациялардағы, тауарларды іріктеудегі қателер немесе түзетулер енгізу қажеттілігі үшін жауап бермейді.</w:t>
      </w:r>
    </w:p>
    <w:p w14:paraId="20406101" w14:textId="77777777" w:rsidR="00557872" w:rsidRPr="00557872" w:rsidRDefault="00557872" w:rsidP="00557872">
      <w:pPr>
        <w:rPr>
          <w:lang w:val="ru-RU"/>
        </w:rPr>
      </w:pPr>
      <w:r w:rsidRPr="00557872">
        <w:rPr>
          <w:lang w:val="ru-RU"/>
        </w:rPr>
        <w:t>7.5. Клиент тиісті сервис қағидаларында белгіленген мерзім ішінде нәтижені қабылдауға, дәлелді ескертулер жіберуге не әрекет жасамауға құқылы. Клиенттің ескертулері тек бастапқы тапсырма, төленген пакет және ақылға қонымды күтілетін түзетулер көлемі шегінде ескеріледі.</w:t>
      </w:r>
    </w:p>
    <w:p w14:paraId="60D62227" w14:textId="77777777" w:rsidR="00557872" w:rsidRPr="00557872" w:rsidRDefault="00557872" w:rsidP="00557872">
      <w:pPr>
        <w:rPr>
          <w:lang w:val="ru-RU"/>
        </w:rPr>
      </w:pPr>
      <w:r w:rsidRPr="00557872">
        <w:rPr>
          <w:lang w:val="ru-RU"/>
        </w:rPr>
        <w:t>7.5.1. Осы Оферта шеңберінде бір түзетулер раунды деп Клиенттің Платформаның көзделген функционалы арқылы тиісті кезең бойынша аралық немесе қорытынды Жұмыс нәтижесіне дәлелді, толық және бір пакетке біріктірілген ескертулер мен түзетулер тізбесін біржолғы жолдауы түсініледі.</w:t>
      </w:r>
    </w:p>
    <w:p w14:paraId="11E91441" w14:textId="77777777" w:rsidR="00557872" w:rsidRPr="00557872" w:rsidRDefault="00557872" w:rsidP="00557872">
      <w:pPr>
        <w:rPr>
          <w:lang w:val="ru-RU"/>
        </w:rPr>
      </w:pPr>
      <w:r w:rsidRPr="00557872">
        <w:rPr>
          <w:lang w:val="ru-RU"/>
        </w:rPr>
        <w:t>7.5.2. Клиент жеке-жеке, бөліктермен, Платформада көзделмеген байланыс арналары арқылы не ескертулерді тіркеуге арналған функционалды пайдаланбай жіберген ескертулер, егер Компания өзгеше тікелей растамаса, олар Платформа арқылы тиісінше ресімделгенге дейін ресми тіркелген түзетулер раунды болып есептелмейді.</w:t>
      </w:r>
    </w:p>
    <w:p w14:paraId="35BAAC2C" w14:textId="77777777" w:rsidR="00557872" w:rsidRPr="00557872" w:rsidRDefault="00557872" w:rsidP="00557872">
      <w:pPr>
        <w:rPr>
          <w:lang w:val="ru-RU"/>
        </w:rPr>
      </w:pPr>
      <w:r w:rsidRPr="00557872">
        <w:rPr>
          <w:lang w:val="ru-RU"/>
        </w:rPr>
        <w:t xml:space="preserve">7.5.3. Клиентке қосымша төлемсіз қолжетімді түзетулер раундтарының саны таңдалған қызмет пакетімен, тапсырыс карточкасымен, </w:t>
      </w:r>
      <w:r>
        <w:t>SLA</w:t>
      </w:r>
      <w:r w:rsidRPr="00557872">
        <w:rPr>
          <w:lang w:val="ru-RU"/>
        </w:rPr>
        <w:t>-мен, Платформаның пайдаланушы талаптарымен және түзетулер раундтарының регламентімен айқындалады. Мұндай түзетулер тек бастапқы техникалық тапсырма, таңдалған пакет, тиісті кезең және ақылға қонымды күтілетін пысықтау көлемі шегінде жол беріледі.</w:t>
      </w:r>
    </w:p>
    <w:p w14:paraId="556BF46B" w14:textId="77777777" w:rsidR="00557872" w:rsidRPr="00557872" w:rsidRDefault="00557872" w:rsidP="00557872">
      <w:pPr>
        <w:rPr>
          <w:lang w:val="ru-RU"/>
        </w:rPr>
      </w:pPr>
      <w:r w:rsidRPr="00557872">
        <w:rPr>
          <w:lang w:val="ru-RU"/>
        </w:rPr>
        <w:t xml:space="preserve">7.5.4. Бастапқы техникалық тапсырманы, бекітілгеннен кейін таңдалған стильді, бөлменің функционалдық мақсатын, үй-жай құрамын, келісілген жиһаз габариттерін, бюджет параметрлерін, нәтиже көлемін іс жүзінде өзгертетін не жаңа дербес нәтиже жасауды талап ететін түзетулер төленген </w:t>
      </w:r>
      <w:r w:rsidRPr="00557872">
        <w:rPr>
          <w:lang w:val="ru-RU"/>
        </w:rPr>
        <w:lastRenderedPageBreak/>
        <w:t>пакет шеңберіндегі түзетулер деп танылмайды және Платформа арқылы қосымша тапсырыс немесе қосымша ақылы қызмет ретінде ресімделуі мүмкін.</w:t>
      </w:r>
    </w:p>
    <w:p w14:paraId="298C7DF2" w14:textId="77777777" w:rsidR="00557872" w:rsidRPr="00557872" w:rsidRDefault="00557872" w:rsidP="00557872">
      <w:pPr>
        <w:rPr>
          <w:lang w:val="ru-RU"/>
        </w:rPr>
      </w:pPr>
      <w:r w:rsidRPr="00557872">
        <w:rPr>
          <w:lang w:val="ru-RU"/>
        </w:rPr>
        <w:t>7.6. Клиенттің бастапқы тапсырмасынан, төленген қызмет көлемінен, үй-жай құрамынан, жоба параметрлерінен тыс шығатын немесе іс жүзінде жаңа дербес нәтиже жасауға алып келетін түзетулер платформа арқылы қосымша келісілмейінше Дизайнер үшін міндетті болып саналмайды.</w:t>
      </w:r>
    </w:p>
    <w:p w14:paraId="0DC874EC" w14:textId="77777777" w:rsidR="00557872" w:rsidRPr="00557872" w:rsidRDefault="00557872" w:rsidP="00557872">
      <w:pPr>
        <w:rPr>
          <w:lang w:val="ru-RU"/>
        </w:rPr>
      </w:pPr>
      <w:r w:rsidRPr="00557872">
        <w:rPr>
          <w:lang w:val="ru-RU"/>
        </w:rPr>
        <w:t xml:space="preserve">7.7. Егер клиент келісілген қызмет көлеміне жататын дәлелді ескертулер жіберсе, Дизайнер мұндай ескертулер клиенттің бастапқы тапсырмасын өзгертуге емес, нәтиженің сапасына қатысты болған жағдайда, оларды ақылға қонымды мерзімде немесе </w:t>
      </w:r>
      <w:r>
        <w:t>SLA</w:t>
      </w:r>
      <w:r w:rsidRPr="00557872">
        <w:rPr>
          <w:lang w:val="ru-RU"/>
        </w:rPr>
        <w:t>-да белгіленген мерзімде жоюға міндетті.</w:t>
      </w:r>
    </w:p>
    <w:p w14:paraId="5E3A4A90" w14:textId="77777777" w:rsidR="00557872" w:rsidRPr="00557872" w:rsidRDefault="00557872" w:rsidP="00557872">
      <w:pPr>
        <w:rPr>
          <w:lang w:val="ru-RU"/>
        </w:rPr>
      </w:pPr>
      <w:r w:rsidRPr="00557872">
        <w:rPr>
          <w:lang w:val="ru-RU"/>
        </w:rPr>
        <w:t xml:space="preserve">7.7.1. Платформа ресми тіркеген әрбір түзетулер раунды бойынша Дизайнердің өзгерістерді өңдеу және енгізу жоспарлы мерзімі, егер тапсырыс карточкасында, тиісті сервис қағидаларында немесе Компанияның Платформа арқылы жеке растауында өзгеше мерзім көзделмесе, күрделілігіне, пысықтау көлеміне және қолданылатын </w:t>
      </w:r>
      <w:r>
        <w:t>SLA</w:t>
      </w:r>
      <w:r w:rsidRPr="00557872">
        <w:rPr>
          <w:lang w:val="ru-RU"/>
        </w:rPr>
        <w:t>-ға байланысты 1 (бір) жұмыс күнінен 3 (үш) жұмыс күніне дейін құрайды.</w:t>
      </w:r>
    </w:p>
    <w:p w14:paraId="7D4B656E" w14:textId="77777777" w:rsidR="00557872" w:rsidRPr="00557872" w:rsidRDefault="00557872" w:rsidP="00557872">
      <w:pPr>
        <w:rPr>
          <w:lang w:val="ru-RU"/>
        </w:rPr>
      </w:pPr>
      <w:r w:rsidRPr="00557872">
        <w:rPr>
          <w:lang w:val="ru-RU"/>
        </w:rPr>
        <w:t>7.8. Тапсырыс клиент нәтижені платформа арқылы растағаннан кейін не клиент дәлелді ескертулер жібермеген және тиісті сервис қағидаларында өзгеше көзделмеген жағдайда ескертулер беру мерзімі өткеннен кейін аяқталған болып есептеледі. Компания дауды шешу, сапаны тексеру немесе тараптардың құқықтарын қорғау үшін қажет болса, нәтижеге қосымша ішкі тексеру жүргізуді көздеуге құқылы.</w:t>
      </w:r>
    </w:p>
    <w:p w14:paraId="507F151C" w14:textId="77777777" w:rsidR="00557872" w:rsidRPr="00557872" w:rsidRDefault="00557872" w:rsidP="00557872">
      <w:pPr>
        <w:rPr>
          <w:lang w:val="ru-RU"/>
        </w:rPr>
      </w:pPr>
      <w:r w:rsidRPr="00557872">
        <w:rPr>
          <w:lang w:val="ru-RU"/>
        </w:rPr>
        <w:t>7.9. Егер тапсырысты аяқтау клиентке байланысты себептер бойынша, оның ішінде бастапқы деректерді ұсынбау, кері байланыстың болмауы, коммуникациядан бас тарту немесе келісілген көлемнен тыс тапсырманы өзгерту салдарынан мүмкін болмаса, тапсырысты аяқтау, ішінара қабылдау және есеп айырысу тәртібі тиісті сервис қағидаларымен, осы Офертамен және Дизайнер нақты орындаған жұмыс көлемімен айқындалады.</w:t>
      </w:r>
    </w:p>
    <w:p w14:paraId="3659BF98" w14:textId="77777777" w:rsidR="00557872" w:rsidRPr="00557872" w:rsidRDefault="00557872" w:rsidP="00557872">
      <w:pPr>
        <w:rPr>
          <w:lang w:val="ru-RU"/>
        </w:rPr>
      </w:pPr>
      <w:r w:rsidRPr="00557872">
        <w:rPr>
          <w:lang w:val="ru-RU"/>
        </w:rPr>
        <w:t xml:space="preserve">7.10. Дизайнер Объектіні жобалауды тапсырыс карточкасына, таңдалған қызмет пакетіне, Платформаның пайдаланушы талаптарына және «Базалық дизайн» мен «Кешенді дизайн» пакеттері үшін белгіленген </w:t>
      </w:r>
      <w:r>
        <w:t>SLA</w:t>
      </w:r>
      <w:r w:rsidRPr="00557872">
        <w:rPr>
          <w:lang w:val="ru-RU"/>
        </w:rPr>
        <w:t xml:space="preserve"> стандарттарына сәйкес кезең-кезеңімен және бірізді орындауға міндеттенеді.</w:t>
      </w:r>
    </w:p>
    <w:p w14:paraId="2C17FDB1" w14:textId="77777777" w:rsidR="00557872" w:rsidRPr="00557872" w:rsidRDefault="00557872" w:rsidP="00557872">
      <w:pPr>
        <w:rPr>
          <w:lang w:val="ru-RU"/>
        </w:rPr>
      </w:pPr>
      <w:r w:rsidRPr="00557872">
        <w:rPr>
          <w:lang w:val="ru-RU"/>
        </w:rPr>
        <w:t>Егер Клиенттің тапсырысы 2 (екі) және одан көп бөлмені, үй-жайды, аймақты немесе Объектінің өзге дербес бөліктерін қамтыса, Дизайнер жұмыстарды қатаң бірізділікпен орындауға міндетті: әрбір келесі бөлме, үй-жай, аймақ немесе Объектінің өзге бөлігі алдыңғы бөлме, үй-жай, аймақ немесе Объектінің өзге бөлігі бойынша нәтиже толық аяқталғаннан, Клиентке берілгеннен және қабылданғаннан кейін не дәлелді ескертулер беру мерзімі өткеннен кейін мұндай нәтиже автоматты түрде қабылданғаннан кейін ғана басталады.</w:t>
      </w:r>
    </w:p>
    <w:p w14:paraId="2F6C301D" w14:textId="77777777" w:rsidR="00557872" w:rsidRPr="00557872" w:rsidRDefault="00557872" w:rsidP="00557872">
      <w:pPr>
        <w:rPr>
          <w:lang w:val="ru-RU"/>
        </w:rPr>
      </w:pPr>
      <w:r w:rsidRPr="00557872">
        <w:rPr>
          <w:lang w:val="ru-RU"/>
        </w:rPr>
        <w:t>Компания Платформа арқылы немесе жеке жазбаша растаумен өзгеше тікелей рұқсат бермесе, бірнеше бөлме, үй-жай, аймақ немесе Объектінің өзге бөліктері бойынша жұмыстарды қатар орындауға жол берілмейді.</w:t>
      </w:r>
    </w:p>
    <w:p w14:paraId="647EA6F1" w14:textId="77777777" w:rsidR="00557872" w:rsidRPr="00557872" w:rsidRDefault="00557872" w:rsidP="00557872">
      <w:pPr>
        <w:rPr>
          <w:lang w:val="ru-RU"/>
        </w:rPr>
      </w:pPr>
      <w:r w:rsidRPr="00557872">
        <w:rPr>
          <w:lang w:val="ru-RU"/>
        </w:rPr>
        <w:t xml:space="preserve">Әрбір келесі бөлмеге, үй-жайға, аймаққа немесе Объектінің өзге бөлігіне өткен кезде кіріспе және өндірістік кезеңдердің бақылау мерзімдері қайта басталады және әрбір осындай бөлме, үй-жай, аймақ немесе Объектінің өзге бөлігі бойынша </w:t>
      </w:r>
      <w:r>
        <w:t>SLA</w:t>
      </w:r>
      <w:r w:rsidRPr="00557872">
        <w:rPr>
          <w:lang w:val="ru-RU"/>
        </w:rPr>
        <w:t>-ға, тапсырыс карточкасына, таңдалған қызмет пакетіне және осы Офертаға сәйкес бөлек есептеледі.</w:t>
      </w:r>
    </w:p>
    <w:p w14:paraId="69D766A8" w14:textId="77777777" w:rsidR="00557872" w:rsidRPr="00557872" w:rsidRDefault="00557872" w:rsidP="00557872">
      <w:pPr>
        <w:rPr>
          <w:lang w:val="ru-RU"/>
        </w:rPr>
      </w:pPr>
      <w:r w:rsidRPr="00557872">
        <w:rPr>
          <w:lang w:val="ru-RU"/>
        </w:rPr>
        <w:lastRenderedPageBreak/>
        <w:t xml:space="preserve">Егер </w:t>
      </w:r>
      <w:r>
        <w:t>SLA</w:t>
      </w:r>
      <w:r w:rsidRPr="00557872">
        <w:rPr>
          <w:lang w:val="ru-RU"/>
        </w:rPr>
        <w:t xml:space="preserve">-да, тапсырыс карточкасында немесе тиісті сервис қағидаларында өзгеше көзделмесе, әрбір бөлме, үй-жай, аймақ немесе Объектінің өзге бөлігі бойынша бақылау </w:t>
      </w:r>
      <w:r>
        <w:t>SLA</w:t>
      </w:r>
      <w:r w:rsidRPr="00557872">
        <w:rPr>
          <w:lang w:val="ru-RU"/>
        </w:rPr>
        <w:t>-мерзімдері мыналарды қамтиды:</w:t>
      </w:r>
    </w:p>
    <w:p w14:paraId="078A2595" w14:textId="77777777" w:rsidR="00557872" w:rsidRPr="00557872" w:rsidRDefault="00557872" w:rsidP="00557872">
      <w:pPr>
        <w:rPr>
          <w:lang w:val="ru-RU"/>
        </w:rPr>
      </w:pPr>
      <w:r w:rsidRPr="00557872">
        <w:rPr>
          <w:lang w:val="ru-RU"/>
        </w:rPr>
        <w:t>1. Клиентпен бастапқы байланыс - Дизайнер тиісті кезеңге тағайындалған сәттен не Дизайнердің жеке кабинетіне хабарлама түскен сәттен бастап 12 (он екі) сағатқа дейін;</w:t>
      </w:r>
    </w:p>
    <w:p w14:paraId="59D083D8" w14:textId="77777777" w:rsidR="00557872" w:rsidRPr="00557872" w:rsidRDefault="00557872" w:rsidP="00557872">
      <w:pPr>
        <w:rPr>
          <w:lang w:val="ru-RU"/>
        </w:rPr>
      </w:pPr>
      <w:r w:rsidRPr="00557872">
        <w:rPr>
          <w:lang w:val="ru-RU"/>
        </w:rPr>
        <w:t>2. үйлестіру бейнеқоңырауын тағайындау - Дизайнер тиісті кезеңге тағайындалған сәттен бастап 48 (қырық сегіз) сағат ішінде, Клиент қажетті бастапқы деректерді ұсынған, Клиент коммуникацияға қолжетімді болған және Платформа техникалық тұрғыдан қолжетімді болған жағдайда;</w:t>
      </w:r>
    </w:p>
    <w:p w14:paraId="2F5ED095" w14:textId="77777777" w:rsidR="00557872" w:rsidRPr="00557872" w:rsidRDefault="00557872" w:rsidP="00557872">
      <w:pPr>
        <w:rPr>
          <w:lang w:val="ru-RU"/>
        </w:rPr>
      </w:pPr>
      <w:r w:rsidRPr="00557872">
        <w:rPr>
          <w:lang w:val="ru-RU"/>
        </w:rPr>
        <w:t>3. тұжырымдаманы (мудбордты) дайындау - кіріспе кезең аяқталған және бастапқы деректердің толықтығы тіркелген сәттен бастап 3 (үш) жұмыс күніне дейін;</w:t>
      </w:r>
    </w:p>
    <w:p w14:paraId="6374B92C" w14:textId="77777777" w:rsidR="00557872" w:rsidRPr="00557872" w:rsidRDefault="00557872" w:rsidP="00557872">
      <w:pPr>
        <w:rPr>
          <w:lang w:val="ru-RU"/>
        </w:rPr>
      </w:pPr>
      <w:r w:rsidRPr="00557872">
        <w:rPr>
          <w:lang w:val="ru-RU"/>
        </w:rPr>
        <w:t>4. жоспарлау шешімін дайындау - Клиент алдыңғы кезең нәтижесін бекіткен сәттен бастап 4 (төрт) жұмыс күніне дейін;</w:t>
      </w:r>
    </w:p>
    <w:p w14:paraId="0FF0AD0C" w14:textId="77777777" w:rsidR="00557872" w:rsidRPr="00557872" w:rsidRDefault="00557872" w:rsidP="00557872">
      <w:pPr>
        <w:rPr>
          <w:lang w:val="ru-RU"/>
        </w:rPr>
      </w:pPr>
      <w:r w:rsidRPr="00557872">
        <w:rPr>
          <w:lang w:val="ru-RU"/>
        </w:rPr>
        <w:t>5. егер ол таңдалған қызмет пакетіне кірсе, 3</w:t>
      </w:r>
      <w:r>
        <w:t>D</w:t>
      </w:r>
      <w:r w:rsidRPr="00557872">
        <w:rPr>
          <w:lang w:val="ru-RU"/>
        </w:rPr>
        <w:t>-визуализацияны дайындау - Клиент алдыңғы кезең нәтижесін бекіткен сәттен бастап 4 (төрт) жұмыс күніне дейін;</w:t>
      </w:r>
    </w:p>
    <w:p w14:paraId="1F2B5398" w14:textId="77777777" w:rsidR="00557872" w:rsidRPr="00557872" w:rsidRDefault="00557872" w:rsidP="00557872">
      <w:pPr>
        <w:rPr>
          <w:lang w:val="ru-RU"/>
        </w:rPr>
      </w:pPr>
      <w:r w:rsidRPr="00557872">
        <w:rPr>
          <w:lang w:val="ru-RU"/>
        </w:rPr>
        <w:t>6. таңдалған пакет көлемінде спецификацияны, шопинг-парақты, жинақтауды және/немесе техникалық құжаттаманы дайындау - Клиент алдыңғы кезең нәтижесін бекіткен сәттен бастап 3 (үш) жұмыс күніне дейін.</w:t>
      </w:r>
    </w:p>
    <w:p w14:paraId="5C32A477" w14:textId="77777777" w:rsidR="00557872" w:rsidRPr="00557872" w:rsidRDefault="00557872" w:rsidP="00557872">
      <w:pPr>
        <w:rPr>
          <w:lang w:val="ru-RU"/>
        </w:rPr>
      </w:pPr>
      <w:r w:rsidRPr="00557872">
        <w:rPr>
          <w:lang w:val="ru-RU"/>
        </w:rPr>
        <w:t xml:space="preserve">Дизайнердің бақылау </w:t>
      </w:r>
      <w:r>
        <w:t>SLA</w:t>
      </w:r>
      <w:r w:rsidRPr="00557872">
        <w:rPr>
          <w:lang w:val="ru-RU"/>
        </w:rPr>
        <w:t xml:space="preserve">-мерзімдерін Платформа арқылы расталған немесе Компания мойындаған дәлелді себепсіз 2 (екі) жұмыс күнінен астам бұзуы </w:t>
      </w:r>
      <w:r>
        <w:t>SLA</w:t>
      </w:r>
      <w:r w:rsidRPr="00557872">
        <w:rPr>
          <w:lang w:val="ru-RU"/>
        </w:rPr>
        <w:t xml:space="preserve">-ны бұзу болып табылады және Дизайнер рейтингінің төмендеуіне, жаңа тапсырыстарға қол жеткізуді шектеуге, жобада Дизайнерді ауыстыруға, осы Офертада, </w:t>
      </w:r>
      <w:r>
        <w:t>SLA</w:t>
      </w:r>
      <w:r w:rsidRPr="00557872">
        <w:rPr>
          <w:lang w:val="ru-RU"/>
        </w:rPr>
        <w:t>-да және тиісті сервис қағидаларында көзделген тәртіппен төлемді ұстап қалуға, азайтуға немесе тоқтата тұруға әкеп соғуы мүмкін.</w:t>
      </w:r>
    </w:p>
    <w:p w14:paraId="1DDC568E" w14:textId="77777777" w:rsidR="00557872" w:rsidRPr="00557872" w:rsidRDefault="00557872" w:rsidP="00557872">
      <w:pPr>
        <w:keepNext/>
        <w:rPr>
          <w:lang w:val="ru-RU"/>
        </w:rPr>
      </w:pPr>
      <w:r w:rsidRPr="00557872">
        <w:rPr>
          <w:b/>
          <w:lang w:val="ru-RU"/>
        </w:rPr>
        <w:t>8. СЫЙАҚЫ, ЕСЕПТЕУ, ХОЛДТАР ЖӘНЕ ТӨЛЕМДЕР</w:t>
      </w:r>
    </w:p>
    <w:p w14:paraId="28F13997" w14:textId="77777777" w:rsidR="00557872" w:rsidRPr="00557872" w:rsidRDefault="00557872" w:rsidP="00557872">
      <w:pPr>
        <w:rPr>
          <w:lang w:val="ru-RU"/>
        </w:rPr>
      </w:pPr>
      <w:r w:rsidRPr="00557872">
        <w:rPr>
          <w:lang w:val="ru-RU"/>
        </w:rPr>
        <w:t xml:space="preserve">8.1. Тапсырыс бойынша сыйақы мөлшері Дизайнер тапсырысты жұмысқа қабылдаған сәтте қолданыста болған нақты тапсырыс карточкасымен, платформа тарифтерімен және тиісті сервистің қолданылатын қағидаларымен айқындалады. Егер </w:t>
      </w:r>
      <w:r>
        <w:t>SLA</w:t>
      </w:r>
      <w:r w:rsidRPr="00557872">
        <w:rPr>
          <w:lang w:val="ru-RU"/>
        </w:rPr>
        <w:t>-да, тапсырыс карточкасында немесе сервис қағидаларында арнайы тарифтер немесе өзге есептеу талаптары тікелей бекітілсе, осындай арнайы талаптар қолданылады.</w:t>
      </w:r>
    </w:p>
    <w:p w14:paraId="493B0B94" w14:textId="77777777" w:rsidR="00557872" w:rsidRPr="00557872" w:rsidRDefault="00557872" w:rsidP="00557872">
      <w:pPr>
        <w:rPr>
          <w:lang w:val="ru-RU"/>
        </w:rPr>
      </w:pPr>
      <w:r w:rsidRPr="00557872">
        <w:rPr>
          <w:lang w:val="ru-RU"/>
        </w:rPr>
        <w:t>8.2. Интерьер дизайны қызметтері бойынша сыйақы осы Офертаның 7-бөліміне сәйкес тапсырыс аяқталғаннан кейін, ал жинақтау қызметі бойынша тиісті сервис үшін платформа қағидаларында белгіленген есеп айырысу талаптары басталғаннан кейін, тапсырыстың расталуын, қайтаруларды, бас тартуларды, тауар бойынша дауларды, клиенттердің бас тартуын және түпкілікті есеп айырысуға тікелей әсер ететін өзге оқиғаларды ескере отырып есептелген болып саналады.</w:t>
      </w:r>
    </w:p>
    <w:p w14:paraId="79380FAB" w14:textId="77777777" w:rsidR="00557872" w:rsidRPr="00557872" w:rsidRDefault="00557872" w:rsidP="00557872">
      <w:pPr>
        <w:rPr>
          <w:lang w:val="ru-RU"/>
        </w:rPr>
      </w:pPr>
      <w:r w:rsidRPr="00557872">
        <w:rPr>
          <w:lang w:val="ru-RU"/>
        </w:rPr>
        <w:t>8.2.1. Дизайнердің Жинақтау қызметі үшін сыйақысы тиісті тапсырыс, смета, спецификация, тауарлар іріктемесі немесе Платформа арқылы қалыптастырылған не расталған өзге құжат шеңберінде Платформа арқылы сатып алынған тауарлардың Клиент нақты төлеген құнының 5% (бес пайызы) мөлшерінде есептеледі.</w:t>
      </w:r>
    </w:p>
    <w:p w14:paraId="76BE0A54" w14:textId="77777777" w:rsidR="00557872" w:rsidRPr="00557872" w:rsidRDefault="00557872" w:rsidP="00557872">
      <w:pPr>
        <w:rPr>
          <w:lang w:val="ru-RU"/>
        </w:rPr>
      </w:pPr>
      <w:r w:rsidRPr="00557872">
        <w:rPr>
          <w:lang w:val="ru-RU"/>
        </w:rPr>
        <w:lastRenderedPageBreak/>
        <w:t>Жинақтау қызметі үшін сыйақы мынадай талаптар бір мезгілде сақталған кезде есептеледі және Дизайнердің жеке кабинетінде «төлеуге» мәртебесіне өтеді:</w:t>
      </w:r>
    </w:p>
    <w:p w14:paraId="739F386A" w14:textId="77777777" w:rsidR="00557872" w:rsidRPr="00557872" w:rsidRDefault="00557872" w:rsidP="00557872">
      <w:pPr>
        <w:rPr>
          <w:lang w:val="ru-RU"/>
        </w:rPr>
      </w:pPr>
      <w:r w:rsidRPr="00557872">
        <w:rPr>
          <w:lang w:val="ru-RU"/>
        </w:rPr>
        <w:t>1. тауарға тапсырысты Клиент Платформа арқылы толық төлеген және тиісті ақша қаражаты Компанияның есеп айырысу шотына сәтті түскен не Платформаның төлем жүйесінде түскен ретінде өзге түрде көрсетілген;</w:t>
      </w:r>
    </w:p>
    <w:p w14:paraId="3E443D1C" w14:textId="77777777" w:rsidR="00557872" w:rsidRPr="00557872" w:rsidRDefault="00557872" w:rsidP="00557872">
      <w:pPr>
        <w:rPr>
          <w:lang w:val="ru-RU"/>
        </w:rPr>
      </w:pPr>
      <w:r w:rsidRPr="00557872">
        <w:rPr>
          <w:lang w:val="ru-RU"/>
        </w:rPr>
        <w:t>2. тауарға тапсырысты Жеткізуші растаған және орындаған, тауар Клиентке нақты берілген, ал Платформа тиісті мәміленің орындалуын тіркеген;</w:t>
      </w:r>
    </w:p>
    <w:p w14:paraId="5AE925B9" w14:textId="77777777" w:rsidR="00557872" w:rsidRPr="00557872" w:rsidRDefault="00557872" w:rsidP="00557872">
      <w:pPr>
        <w:rPr>
          <w:lang w:val="ru-RU"/>
        </w:rPr>
      </w:pPr>
      <w:r w:rsidRPr="00557872">
        <w:rPr>
          <w:lang w:val="ru-RU"/>
        </w:rPr>
        <w:t>3. тиісті тауар бойынша Клиентке тауар берілген күннен бастап есептелетін, тиісті сападағы тауарды қайтару немесе айырбастау үшін белгіленген 14 (он төрт) күнтізбелік күн мерзімі өткен, егер Қазақстан Республикасының заңнамасында, Платформа қағидаларында, тауар карточкасында, Жеткізуші талаптарында немесе төлем сервисі қағидаларында неғұрлым ұзақ мерзім көзделмесе;</w:t>
      </w:r>
    </w:p>
    <w:p w14:paraId="3D592025" w14:textId="77777777" w:rsidR="00557872" w:rsidRPr="00557872" w:rsidRDefault="00557872" w:rsidP="00557872">
      <w:pPr>
        <w:rPr>
          <w:lang w:val="ru-RU"/>
        </w:rPr>
      </w:pPr>
      <w:r w:rsidRPr="00557872">
        <w:rPr>
          <w:lang w:val="ru-RU"/>
        </w:rPr>
        <w:t xml:space="preserve">4. тиісті тауар бойынша реттелмеген рекламациялар, шағымдар, қайтару туралы өтініштер, сапа, жинақтылық, жеткізу, баға, тауар сипаттамалары бойынша даулар, </w:t>
      </w:r>
      <w:r>
        <w:t>chargeback</w:t>
      </w:r>
      <w:r w:rsidRPr="00557872">
        <w:rPr>
          <w:lang w:val="ru-RU"/>
        </w:rPr>
        <w:t>-операциялар не түпкілікті есеп айырысуға әсер ететін өзге мән-жайлар жоқ.</w:t>
      </w:r>
    </w:p>
    <w:p w14:paraId="1F330189" w14:textId="77777777" w:rsidR="00557872" w:rsidRPr="00557872" w:rsidRDefault="00557872" w:rsidP="00557872">
      <w:pPr>
        <w:rPr>
          <w:lang w:val="ru-RU"/>
        </w:rPr>
      </w:pPr>
      <w:r w:rsidRPr="00557872">
        <w:rPr>
          <w:lang w:val="ru-RU"/>
        </w:rPr>
        <w:t>Егер Клиент тиісті немесе тиісті емес сападағы тауарды қайтарса, тауардан бас тартса, төлемге дау айтса не тауар бойынша мәміле толық немесе ішінара жойылса, Дизайнердің тиісті тауарға қатысты Жинақтау қызметі үшін сыйақысы есептелмейді.</w:t>
      </w:r>
    </w:p>
    <w:p w14:paraId="02CEB34C" w14:textId="77777777" w:rsidR="00557872" w:rsidRPr="00557872" w:rsidRDefault="00557872" w:rsidP="00557872">
      <w:pPr>
        <w:rPr>
          <w:lang w:val="ru-RU"/>
        </w:rPr>
      </w:pPr>
      <w:r w:rsidRPr="00557872">
        <w:rPr>
          <w:lang w:val="ru-RU"/>
        </w:rPr>
        <w:t>Егер қайтару, жою, төлемге дау айту немесе мәмілені өзге қайта қарау сәтінде Дизайнердің Жинақтау қызметі үшін сыйақысы төленіп қойған болса, Компания қайтарылған, жойылған немесе даулы тауар құнына пропорционалды есептелген бұрын төленген сыйақы сомасын осы Офертаның 9-бөлімінде көзделген тәртіппен Дизайнердің кейінгі төлемдерінен ұстап қалуға құқылы.</w:t>
      </w:r>
    </w:p>
    <w:p w14:paraId="4EC12BDF" w14:textId="77777777" w:rsidR="00557872" w:rsidRPr="00557872" w:rsidRDefault="00557872" w:rsidP="00557872">
      <w:pPr>
        <w:rPr>
          <w:lang w:val="ru-RU"/>
        </w:rPr>
      </w:pPr>
      <w:r w:rsidRPr="00557872">
        <w:rPr>
          <w:lang w:val="ru-RU"/>
        </w:rPr>
        <w:t>8.3. «Төлеуге» мәртебесіне өткен сомалар, әдетте, тиісті жоба клиентпен жабылған не өзге сервис бойынша сома түпкілікті «төлеуге» мәртебесіне өткен айдан кейінгі айдың 10 (оныншы) күніне дейін, Компанияға барлық қажетті құжаттар ұсынылған және төлемді құқыққа сай ұстап қалу, есепке жатқызу немесе тоқтата тұру үшін негіздер болмаған жағдайда, Дизайнердің банктік шотына немесе өзге рұқсат етілген деректемелеріне аударылады.</w:t>
      </w:r>
    </w:p>
    <w:p w14:paraId="63BCEBDE" w14:textId="77777777" w:rsidR="00557872" w:rsidRPr="00557872" w:rsidRDefault="00557872" w:rsidP="00557872">
      <w:pPr>
        <w:rPr>
          <w:lang w:val="ru-RU"/>
        </w:rPr>
      </w:pPr>
      <w:r w:rsidRPr="00557872">
        <w:rPr>
          <w:lang w:val="ru-RU"/>
        </w:rPr>
        <w:t xml:space="preserve">Дизайнерге сыйақы есептеу мақсаттары үшін жоба Клиент жеке кабинетте жұмыс нәтижесін қолмен растаған кезде ғана емес, сонымен қатар финалдық Жұмыс нәтижесі Платформада орналастырылған және нәтиженің дайын екендігі туралы Клиентке хабарлама жіберілген күннен бастап 5 (бес) күнтізбелік күн өткен соң, егер осы мерзім ішінде Клиенттен бастапқы техникалық тапсырма, таңдалған қызмет пакеті және тапсырыс карточкасы шегінде дәлелді ескертулер түспесе, автоматты түрде жабылған болып есептеледі. Жобаның автоматты түрде жабылуы Компанияның нәтижеге ішкі тексеру жүргізуіне, төлемді тоқтата тұруына, техникалық холд қолдануына не осы Офертада, </w:t>
      </w:r>
      <w:r>
        <w:t>SLA</w:t>
      </w:r>
      <w:r w:rsidRPr="00557872">
        <w:rPr>
          <w:lang w:val="ru-RU"/>
        </w:rPr>
        <w:t>-да және тиісті сервис қағидаларында көзделген тәртіппен дауды қарауына кедергі келтірмейді.</w:t>
      </w:r>
    </w:p>
    <w:p w14:paraId="61B19D08" w14:textId="77777777" w:rsidR="00557872" w:rsidRPr="00557872" w:rsidRDefault="00557872" w:rsidP="00557872">
      <w:pPr>
        <w:rPr>
          <w:lang w:val="ru-RU"/>
        </w:rPr>
      </w:pPr>
      <w:r w:rsidRPr="00557872">
        <w:rPr>
          <w:lang w:val="ru-RU"/>
        </w:rPr>
        <w:t xml:space="preserve">8.4. Компания тапсырыс мән-жайларын, қайтаруларды, шағымдарды, </w:t>
      </w:r>
      <w:r>
        <w:t>chargeback</w:t>
      </w:r>
      <w:r w:rsidRPr="00557872">
        <w:rPr>
          <w:lang w:val="ru-RU"/>
        </w:rPr>
        <w:t>-операцияларды, алаяқтық әрекеттерді, қайталанатын төлемдерді, ішінара орындауды, салықтық және комплаенс-тексерулерді тексеру үшін ақылға қонымды қажетті мерзімге есептеу сомасына немесе оның бір бөлігіне техникалық холд белгілеуге құқылы. Егер заңнан, банктің, төлем ұйымының, соттың, мемлекеттік органның талаптарынан немесе реттелмеген даудың сипатынан өзге мерзім туындамаса, техникалық холдтың әдеттегі мерзімі 90 күнтізбелік күннен аспауға тиіс.</w:t>
      </w:r>
    </w:p>
    <w:p w14:paraId="75E21FA2" w14:textId="77777777" w:rsidR="00557872" w:rsidRPr="00557872" w:rsidRDefault="00557872" w:rsidP="00557872">
      <w:pPr>
        <w:rPr>
          <w:lang w:val="ru-RU"/>
        </w:rPr>
      </w:pPr>
      <w:r w:rsidRPr="00557872">
        <w:rPr>
          <w:lang w:val="ru-RU"/>
        </w:rPr>
        <w:lastRenderedPageBreak/>
        <w:t>8.5. Егер дау есептелген соманың бір бөлігіне ғана қатысты болса, Компания техникалық мүмкіндік және жеткілікті негіздер болған кезде сыйақының даусыз бөлігін даулы бөліктен бөлек аударуға құқылы.</w:t>
      </w:r>
    </w:p>
    <w:p w14:paraId="7EE480FC" w14:textId="77777777" w:rsidR="00557872" w:rsidRPr="00557872" w:rsidRDefault="00557872" w:rsidP="00557872">
      <w:pPr>
        <w:rPr>
          <w:lang w:val="ru-RU"/>
        </w:rPr>
      </w:pPr>
      <w:r w:rsidRPr="00557872">
        <w:rPr>
          <w:lang w:val="ru-RU"/>
        </w:rPr>
        <w:t>8.6. Салық режимі, құжаттар құрамы және төлемдерді көрсету тәртібі Дизайнердің жеке тұлға, дара кәсіпкер немесе заңды тұлға ретіндегі мәртебесіне байланысты болады және қолданылатын заңнамамен, Компанияның ішкі процестерімен және нақты төлемнің сипатымен айқындалады. Дизайнер есеп айырысуларды дұрыс ресімдеу үшін қажетті шынайы мәліметтер мен құжаттарды уақтылы ұсынуға міндетті.</w:t>
      </w:r>
    </w:p>
    <w:p w14:paraId="1F353C8F" w14:textId="77777777" w:rsidR="00557872" w:rsidRPr="00557872" w:rsidRDefault="00557872" w:rsidP="00557872">
      <w:pPr>
        <w:rPr>
          <w:lang w:val="ru-RU"/>
        </w:rPr>
      </w:pPr>
      <w:r w:rsidRPr="00557872">
        <w:rPr>
          <w:lang w:val="ru-RU"/>
        </w:rPr>
        <w:t>8.6.1. Егер Дизайнер Қазақстан Республикасының заңнамасына немесе өзге қолданылатын заңнамаға сәйкес дара кәсіпкер ретінде тіркелген болса немесе заңды тұлға болып табылса, мұндай Дизайнер осы Оферта бойынша сыйақы алуға байланысты барлық қолданылатын салықтарды, алымдарды, міндетті төлемдерді және өзге аударымдарды дербес есептейді, декларациялайды және төлейді. Мұндай жағдайда, егер қолданылатын заңнаманың императивтік талаптарында өзгеше тікелей көзделмесе, Компания Дизайнердің салық агенті болып табылмайды.</w:t>
      </w:r>
    </w:p>
    <w:p w14:paraId="5860FAE9" w14:textId="77777777" w:rsidR="00557872" w:rsidRPr="00557872" w:rsidRDefault="00557872" w:rsidP="00557872">
      <w:pPr>
        <w:rPr>
          <w:lang w:val="ru-RU"/>
        </w:rPr>
      </w:pPr>
      <w:r w:rsidRPr="00557872">
        <w:rPr>
          <w:lang w:val="ru-RU"/>
        </w:rPr>
        <w:t>8.6.2. Егер Дизайнер жеке тұлға болып табылса және дара кәсіпкер немесе заңды тұлға мәртебесінде қызметті жүзеге асырмаса, Компания сыйақы төлеу кезінде Қазақстан Республикасының заңнамасында көзделген шектерде және жағдайларда салық агентінің және/немесе өзге міндетті тұлғаның функцияларын орындайды. Мұндай жағдайда Компания Дизайнерге есептелген сыйақыдан төлем көзінен жеке табыс салығын, міндетті зейнетақы жарналарын, міндетті әлеуметтік медициналық сақтандыруға жарналарды және жеке тұлғаға табыс төлеу кезінде ұстап қалуға немесе аударуға жататын өзге міндетті төлемдерді ұстап қалуға және оларды заңнамада белгіленген тәртіппен және мерзімдерде бюджетке, қорларға немесе өзге уәкілетті ұйымдарға аударуға құқылы.</w:t>
      </w:r>
    </w:p>
    <w:p w14:paraId="1B86A8FE" w14:textId="77777777" w:rsidR="00557872" w:rsidRPr="00557872" w:rsidRDefault="00557872" w:rsidP="00557872">
      <w:pPr>
        <w:rPr>
          <w:lang w:val="ru-RU"/>
        </w:rPr>
      </w:pPr>
      <w:r w:rsidRPr="00557872">
        <w:rPr>
          <w:lang w:val="ru-RU"/>
        </w:rPr>
        <w:t>8.7. Егер қолданылатын заңнама бойынша Компания сыйақы төлеу кезінде салық агенті ретінде әрекет етуге немесе өзге міндетті функцияларды орындауға міндетті болса, мұндай ұстап қалулар мен әрекеттерді Компания заңда белгіленген көлемде жүзеге асырады.</w:t>
      </w:r>
    </w:p>
    <w:p w14:paraId="180DE4C7" w14:textId="77777777" w:rsidR="00557872" w:rsidRPr="00557872" w:rsidRDefault="00557872" w:rsidP="00557872">
      <w:pPr>
        <w:keepNext/>
        <w:rPr>
          <w:lang w:val="ru-RU"/>
        </w:rPr>
      </w:pPr>
      <w:r w:rsidRPr="00557872">
        <w:rPr>
          <w:b/>
          <w:lang w:val="ru-RU"/>
        </w:rPr>
        <w:t>9. ҰСТАП ҚАЛУЛАР, ЕСЕПТЕН ШЫҒАРУЛАР, ЕСЕПКЕ ЖАТҚЫЗУ ЖӘНЕ ЕСЕП АЙЫРЫСУ БОЙЫНША ДАУЛАР</w:t>
      </w:r>
    </w:p>
    <w:p w14:paraId="680E6B3A" w14:textId="77777777" w:rsidR="00557872" w:rsidRPr="00557872" w:rsidRDefault="00557872" w:rsidP="00557872">
      <w:pPr>
        <w:rPr>
          <w:lang w:val="ru-RU"/>
        </w:rPr>
      </w:pPr>
      <w:r w:rsidRPr="00557872">
        <w:rPr>
          <w:lang w:val="ru-RU"/>
        </w:rPr>
        <w:t xml:space="preserve">9.1. Төлемді ұстап қалуға, азайтуға, есептен шығаруға, есепке жатқызуға немесе тоқтата тұруға тек осы Офертада, нақты сервис қағидаларында, </w:t>
      </w:r>
      <w:r>
        <w:t>SLA</w:t>
      </w:r>
      <w:r w:rsidRPr="00557872">
        <w:rPr>
          <w:lang w:val="ru-RU"/>
        </w:rPr>
        <w:t>-да, тапсырыс карточкасында, платформаның өзге міндетті құжаттарында немесе Қазақстан Республикасының заңнамасында тікелей көзделген негіздер болған кезде ғана жол беріледі.</w:t>
      </w:r>
    </w:p>
    <w:p w14:paraId="0C346E1C" w14:textId="77777777" w:rsidR="00557872" w:rsidRPr="00557872" w:rsidRDefault="00557872" w:rsidP="00557872">
      <w:pPr>
        <w:rPr>
          <w:lang w:val="ru-RU"/>
        </w:rPr>
      </w:pPr>
      <w:r w:rsidRPr="00557872">
        <w:rPr>
          <w:lang w:val="ru-RU"/>
        </w:rPr>
        <w:t xml:space="preserve">9.2. Мүмкін болатын негіздерге, атап айтқанда: тапсырыстың расталған орындалмауы немесе тиісінше орындалмауы; </w:t>
      </w:r>
      <w:r>
        <w:t>SLA</w:t>
      </w:r>
      <w:r w:rsidRPr="00557872">
        <w:rPr>
          <w:lang w:val="ru-RU"/>
        </w:rPr>
        <w:t>-ны елеулі бұзу; клиентке ақша қаражатын қайтару; анықталған алаяқтық; құпиялылық немесе дербес деректерді қорғау режимін бұзу; платформаны айналып өтуге тыйымды бұзу; қосарланған немесе қате төлем; Дизайнердің кінәсінен туындаған Компанияның құжатпен расталған залалдарын өтеу қажеттілігі; платформа құжаттарында және заңда тікелей көзделген өзге жағдайлар жатады.</w:t>
      </w:r>
    </w:p>
    <w:p w14:paraId="5270DA13" w14:textId="77777777" w:rsidR="00557872" w:rsidRPr="00557872" w:rsidRDefault="00557872" w:rsidP="00557872">
      <w:pPr>
        <w:rPr>
          <w:lang w:val="ru-RU"/>
        </w:rPr>
      </w:pPr>
      <w:r w:rsidRPr="00557872">
        <w:rPr>
          <w:lang w:val="ru-RU"/>
        </w:rPr>
        <w:t xml:space="preserve">9.3. Ұстап қалуға немесе түпкілікті есептен шығаруға дейін Компания Дизайнерге негізді, соманы, есептеу тәртібін, тапсырыс мәртебесін және болған кезде Компанияның ұстанымын растайтын материалдарды көрсете отырып хабарлама жібереді. Егер Офертада өзге мерзім тікелей белгіленбесе, </w:t>
      </w:r>
      <w:r w:rsidRPr="00557872">
        <w:rPr>
          <w:lang w:val="ru-RU"/>
        </w:rPr>
        <w:lastRenderedPageBreak/>
        <w:t>Дизайнер хабарламаны алған күннен бастап 5 (бес) жұмыс күні ішінде жазбаша қарсылықтар мен түсініктемелер ұсынуға құқылы.</w:t>
      </w:r>
    </w:p>
    <w:p w14:paraId="4E6AE3B1" w14:textId="77777777" w:rsidR="00557872" w:rsidRPr="00557872" w:rsidRDefault="00557872" w:rsidP="00557872">
      <w:pPr>
        <w:rPr>
          <w:lang w:val="ru-RU"/>
        </w:rPr>
      </w:pPr>
      <w:r w:rsidRPr="00557872">
        <w:rPr>
          <w:lang w:val="ru-RU"/>
        </w:rPr>
        <w:t>9.4. Компания Дизайнердің қарсылықтарын ақылға қонымды мерзімде, бірақ, әдетте, егер даудың күрделілігі, клиенттен, жеткізушіден, төлем серіктесінен материалдар алу қажеттілігі немесе ішкі тексеру жүргізу ескеріле отырып, неғұрлым ұзақ қарау талап етілмесе, 10 (он) жұмыс күнінен аспайтын мерзімде қарайды.</w:t>
      </w:r>
    </w:p>
    <w:p w14:paraId="75ADE081" w14:textId="77777777" w:rsidR="00557872" w:rsidRPr="00557872" w:rsidRDefault="00557872" w:rsidP="00557872">
      <w:pPr>
        <w:rPr>
          <w:lang w:val="ru-RU"/>
        </w:rPr>
      </w:pPr>
      <w:r w:rsidRPr="00557872">
        <w:rPr>
          <w:lang w:val="ru-RU"/>
        </w:rPr>
        <w:t xml:space="preserve">9.5. Клиенттің субъективті қанағаттанбаушылығын білдіруі өздігінен орындалған жұмыстардың нақты көлемін, </w:t>
      </w:r>
      <w:r>
        <w:t>SLA</w:t>
      </w:r>
      <w:r w:rsidRPr="00557872">
        <w:rPr>
          <w:lang w:val="ru-RU"/>
        </w:rPr>
        <w:t xml:space="preserve"> сақталуын, ескертулер сипатын, Дизайнердің оларды жою бойынша әрекеттерін және қолданылатын сервис қағидаларын талдаусыз сыйақыны толық есептен шығарудың сөзсіз және жеткілікті негізі болып табылмайды.</w:t>
      </w:r>
    </w:p>
    <w:p w14:paraId="2A8AA196" w14:textId="77777777" w:rsidR="00557872" w:rsidRPr="00557872" w:rsidRDefault="00557872" w:rsidP="00557872">
      <w:pPr>
        <w:rPr>
          <w:lang w:val="ru-RU"/>
        </w:rPr>
      </w:pPr>
      <w:r w:rsidRPr="00557872">
        <w:rPr>
          <w:lang w:val="ru-RU"/>
        </w:rPr>
        <w:t>9.6. Расталған ұстап қалу сомаларын Компания хабарлама беру, қарсылықтарды қарау тәртібін және мөлшерлестік қағидатын сақтай отырып, Дизайнердің болашақ төлемдерінен есепке жатқызуы мүмкін. Дизайнер ауыстырылған жағдайда түпкілікті есеп айырысу нақты орындалған жұмыс көлемін, нәтижені пайдалануға жарамдылығын және ауыстыру негіздерін ескере отырып жүргізіледі.</w:t>
      </w:r>
    </w:p>
    <w:p w14:paraId="2365C08D" w14:textId="77777777" w:rsidR="00557872" w:rsidRPr="00557872" w:rsidRDefault="00557872" w:rsidP="00557872">
      <w:pPr>
        <w:rPr>
          <w:lang w:val="ru-RU"/>
        </w:rPr>
      </w:pPr>
      <w:r w:rsidRPr="00557872">
        <w:rPr>
          <w:lang w:val="ru-RU"/>
        </w:rPr>
        <w:t>9.7. Дизайнердің платформаны айналып өтуге тыйымды бұзуы, оның ішінде айналып өтуге талпынысы, айналып өтуге жәрдемдесуі, айналып өту туралы ұсыныс жөнінде Компанияны хабардар етпеуі немесе Платформаның қорғалатын объектісі бойынша платформадан тыс жұмыстарға қатысуы осы Офертаның елеулі бұзылуы болып табылады.</w:t>
      </w:r>
    </w:p>
    <w:p w14:paraId="11989886" w14:textId="77777777" w:rsidR="00557872" w:rsidRPr="00557872" w:rsidRDefault="00557872" w:rsidP="00557872">
      <w:pPr>
        <w:rPr>
          <w:lang w:val="ru-RU"/>
        </w:rPr>
      </w:pPr>
      <w:r w:rsidRPr="00557872">
        <w:rPr>
          <w:lang w:val="ru-RU"/>
        </w:rPr>
        <w:t>9.8. Платформаны айналып өтуге тыйымның расталған бұзылуы жағдайында Компания: Дизайнерге төлемдерді тоқтата тұруға; төлеуге жататын сомалардан ұстап қалуды жүргізуге; Дизайнердің платформаға қол жеткізуін бұғаттауға немесе шектеуге; ынтымақтастықты біржақты тәртіппен тоқтатуға; тұрақсыздық айыбын төлеуді талап етуге; егер бұл қолданылатын заңнамада және осы Оферта талаптарында жол берілсе, тұрақсыздық айыбымен жабылмаған бөлігінде залалдарды өтеуді талап етуге құқылы.</w:t>
      </w:r>
    </w:p>
    <w:p w14:paraId="2620021B" w14:textId="77777777" w:rsidR="00557872" w:rsidRPr="00557872" w:rsidRDefault="00557872" w:rsidP="00557872">
      <w:pPr>
        <w:rPr>
          <w:lang w:val="ru-RU"/>
        </w:rPr>
      </w:pPr>
      <w:r w:rsidRPr="00557872">
        <w:rPr>
          <w:lang w:val="ru-RU"/>
        </w:rPr>
        <w:t>9.9. Дизайнердің сол клиент, сол мекенжай, сол Объект немесе өзге Байланысты объект бойынша платформаны айналып өтуге тыйым қолданылатын мерзім ішінде платформадан тыс жұмысқа қатысуын Компания платформаны айналып өту мүмкіндігінің белгісі және тексеру жүргізуге, түсініктемелер сұратуға және платформа арқылы алынған ресурстарды, байланыс деректерін, материалдарды немесе коммерциялық мүмкіндіктерді пайдаланумен мұндай жұмыстың байланысын растайтын мән-жайлар жиынтығы болған кезде осы Офертада көзделген шараларды қолдануға негіз ретінде қарауы мүмкін.</w:t>
      </w:r>
    </w:p>
    <w:p w14:paraId="34FD8CD7" w14:textId="77777777" w:rsidR="00557872" w:rsidRPr="00557872" w:rsidRDefault="00557872" w:rsidP="00557872">
      <w:pPr>
        <w:rPr>
          <w:lang w:val="ru-RU"/>
        </w:rPr>
      </w:pPr>
      <w:r w:rsidRPr="00557872">
        <w:rPr>
          <w:lang w:val="ru-RU"/>
        </w:rPr>
        <w:t>9.10. Платформаны айналып өтуге тыйымның әрбір расталған бұзылуы үшін Дизайнер Компанияға 300 000 (үш жүз мың) теңге мөлшерінде не Компания тиісті мәміле платформа арқылы тиісінше ресімделген кезде алатын Компания комиссиясының екі еселенген сомасы мөлшерінде, қай сома көп болуына қарай, тұрақсыздық айыбын төлеуге міндетті. Тұрақсыздық айыбын төлеу Дизайнерді бұзушылықты тоқтату міндетінен, сондай-ақ егер бұл қолданылатын заңнамада жол берілсе, Компанияның тұрақсыздық айыбымен жабылмаған бөлігіндегі залалдарын өтеу міндетінен босатпайды.</w:t>
      </w:r>
    </w:p>
    <w:p w14:paraId="7E10F56F" w14:textId="77777777" w:rsidR="00557872" w:rsidRPr="00557872" w:rsidRDefault="00557872" w:rsidP="00557872">
      <w:pPr>
        <w:keepNext/>
        <w:rPr>
          <w:lang w:val="ru-RU"/>
        </w:rPr>
      </w:pPr>
      <w:r w:rsidRPr="00557872">
        <w:rPr>
          <w:b/>
          <w:lang w:val="ru-RU"/>
        </w:rPr>
        <w:lastRenderedPageBreak/>
        <w:t>10. ЭЛЕКТРОНДЫҚ ҚҰЖАТ АЙНАЛЫМЫ ЖӘНЕ ХАБАРЛАМАЛАР</w:t>
      </w:r>
    </w:p>
    <w:p w14:paraId="6BA4A1A7" w14:textId="77777777" w:rsidR="00557872" w:rsidRPr="00557872" w:rsidRDefault="00557872" w:rsidP="00557872">
      <w:pPr>
        <w:rPr>
          <w:lang w:val="ru-RU"/>
        </w:rPr>
      </w:pPr>
      <w:r w:rsidRPr="00557872">
        <w:rPr>
          <w:lang w:val="ru-RU"/>
        </w:rPr>
        <w:t xml:space="preserve">10.1. Заңдық маңызы бар хабарламалар, құжаттарды сұратулар, есеп айырысулар, есептер, бұзушылықтар, шектеулер, ұстап қалулар, платформа құжаттарының өзгеруі туралы хабарламалар және өзге хабарлар Дизайнерге жеке кабинет арқылы, электрондық пошта мекенжайына, телефон нөміріне, оның ішінде </w:t>
      </w:r>
      <w:r>
        <w:t>SMS</w:t>
      </w:r>
      <w:r w:rsidRPr="00557872">
        <w:rPr>
          <w:lang w:val="ru-RU"/>
        </w:rPr>
        <w:t xml:space="preserve">, </w:t>
      </w:r>
      <w:r>
        <w:t>push</w:t>
      </w:r>
      <w:r w:rsidRPr="00557872">
        <w:rPr>
          <w:lang w:val="ru-RU"/>
        </w:rPr>
        <w:t>-хабарламалар, мессенджерлер және Дизайнер тіркелу кезінде көрсеткен немесе платформа функционалы жол беретін өзге электрондық байланыс арналары арқылы жіберілуі мүмкін.</w:t>
      </w:r>
    </w:p>
    <w:p w14:paraId="25DA671A" w14:textId="77777777" w:rsidR="00557872" w:rsidRPr="00557872" w:rsidRDefault="00557872" w:rsidP="00557872">
      <w:pPr>
        <w:rPr>
          <w:lang w:val="ru-RU"/>
        </w:rPr>
      </w:pPr>
      <w:r w:rsidRPr="00557872">
        <w:rPr>
          <w:lang w:val="ru-RU"/>
        </w:rPr>
        <w:t>10.2. Егер Дизайнер өзгесін дәлелдемесе, хабар жеке кабинетте орналастырылған немесе ол көрсеткен байланыс деректері бойынша жіберілген сәттен бастап Дизайнер алған болып есептеледі. Байланыс деректерінің өзекті болмауы, хабарламалардың өшірілуі немесе жеке кабинетті уақтылы тексермеу салдарынан хабарды алмау тәуекелін Дизайнер көтереді.</w:t>
      </w:r>
    </w:p>
    <w:p w14:paraId="46B2056B" w14:textId="77777777" w:rsidR="00557872" w:rsidRPr="00557872" w:rsidRDefault="00557872" w:rsidP="00557872">
      <w:pPr>
        <w:rPr>
          <w:lang w:val="ru-RU"/>
        </w:rPr>
      </w:pPr>
      <w:r w:rsidRPr="00557872">
        <w:rPr>
          <w:lang w:val="ru-RU"/>
        </w:rPr>
        <w:t>10.3. Үндемей келісу тек осы Офертада немесе тиісті сервистің арнайы қағидаларында тікелей көзделген жағдайларда және Дизайнерге қарсылықтар үшін ақылға қонымды мерзім берілгеннен кейін ғана қолданылуы мүмкін.</w:t>
      </w:r>
    </w:p>
    <w:p w14:paraId="3686C3D2" w14:textId="77777777" w:rsidR="00557872" w:rsidRPr="00557872" w:rsidRDefault="00557872" w:rsidP="00557872">
      <w:pPr>
        <w:rPr>
          <w:lang w:val="ru-RU"/>
        </w:rPr>
      </w:pPr>
      <w:r w:rsidRPr="00557872">
        <w:rPr>
          <w:lang w:val="ru-RU"/>
        </w:rPr>
        <w:t>10.4. Дизайнер платформа интерфейсінде қалыптастырылған және көрсетілген құжаттар мен мәліметтерді тараптар осы Офертадан туындайтын қатынастар бойынша электрондық құжат айналымының және дәлелдемелік базаның бір бөлігі ретінде пайдалана алатынына келіседі.</w:t>
      </w:r>
    </w:p>
    <w:p w14:paraId="6B1322FB" w14:textId="77777777" w:rsidR="00557872" w:rsidRPr="00557872" w:rsidRDefault="00557872" w:rsidP="00557872">
      <w:pPr>
        <w:keepNext/>
        <w:rPr>
          <w:lang w:val="ru-RU"/>
        </w:rPr>
      </w:pPr>
      <w:r w:rsidRPr="00557872">
        <w:rPr>
          <w:b/>
          <w:lang w:val="ru-RU"/>
        </w:rPr>
        <w:t>11. ДЕРБЕС ДЕРЕКТЕР ЖӘНЕ АҚПАРАТТЫҚ ҚАУІПСІЗДІК</w:t>
      </w:r>
    </w:p>
    <w:p w14:paraId="5831F344" w14:textId="77777777" w:rsidR="00557872" w:rsidRPr="00557872" w:rsidRDefault="00557872" w:rsidP="00557872">
      <w:pPr>
        <w:rPr>
          <w:lang w:val="ru-RU"/>
        </w:rPr>
      </w:pPr>
      <w:r w:rsidRPr="00557872">
        <w:rPr>
          <w:lang w:val="ru-RU"/>
        </w:rPr>
        <w:t>11.1. Компания мен Дизайнер Қазақстан Республикасының дербес деректер және оларды қорғау туралы заңнамасын сақтауға, сондай-ақ дербес деректерді заңдылық, адалдық, мөлшерлестік, өңдеу мақсатын шектеу және өңделетін деректер құрамының жеткіліктілігі қағидаттарында өңдеуді қамтамасыз етуге міндеттенеді. Дизайнерге клиенттердің дербес деректеріне қол жеткізу тек платформа арқылы тиісті тапсырысты орындау үшін қажетті және жеткілікті көлемде беріледі.</w:t>
      </w:r>
    </w:p>
    <w:p w14:paraId="0F4E49C1" w14:textId="77777777" w:rsidR="00557872" w:rsidRPr="00557872" w:rsidRDefault="00557872" w:rsidP="00557872">
      <w:pPr>
        <w:rPr>
          <w:lang w:val="ru-RU"/>
        </w:rPr>
      </w:pPr>
      <w:r w:rsidRPr="00557872">
        <w:rPr>
          <w:lang w:val="ru-RU"/>
        </w:rPr>
        <w:t>11.2. Осы Офертамен реттелетін қатынастар шегінде Дизайнер клиенттердің дербес деректеріне тапсырысты орындау және платформа айқындаған функцияларды жүзеге асыру үшін қол жеткізетін тұлға ретінде қаралады және Компания, осы Оферта, дербес деректерді өңдеуге қатысты Құпиялылық саясаты және тиісті сервис функционалы айқындаған мақсаттар шеңберінде ғана әрекет етуге міндеттенеді.</w:t>
      </w:r>
    </w:p>
    <w:p w14:paraId="4970209E" w14:textId="77777777" w:rsidR="00557872" w:rsidRPr="00557872" w:rsidRDefault="00557872" w:rsidP="00557872">
      <w:pPr>
        <w:rPr>
          <w:lang w:val="ru-RU"/>
        </w:rPr>
      </w:pPr>
      <w:r w:rsidRPr="00557872">
        <w:rPr>
          <w:lang w:val="ru-RU"/>
        </w:rPr>
        <w:t>11.3. Клиенттердің дербес деректері, оның ішінде, бірақ олармен шектелмей, тегі, аты, байланыс телефон нөмірі, электрондық пошта мекенжайы, Объект мекенжайы, үй-жайлардың фото және видеосы, сауалнамалар, жоспарлау деректері, үй-жайлардың өлшемдері, стиль, бюджет, жұмыс құрамы бойынша тілектері және клиент платформа арқылы не тапсырысты орындауға байланысты берген өзге мәліметтерді қамтуы мүмкін. Дизайнер жиналатын деректер құрамын тапсырысты орындау үшін объективті түрде қажетті көлемнен тыс дербес кеңейтуге құқылы емес.</w:t>
      </w:r>
    </w:p>
    <w:p w14:paraId="6DA02D61" w14:textId="77777777" w:rsidR="00557872" w:rsidRPr="00557872" w:rsidRDefault="00557872" w:rsidP="00557872">
      <w:pPr>
        <w:rPr>
          <w:lang w:val="ru-RU"/>
        </w:rPr>
      </w:pPr>
      <w:r w:rsidRPr="00557872">
        <w:rPr>
          <w:lang w:val="ru-RU"/>
        </w:rPr>
        <w:t>11.4. Дизайнер клиенттердің дербес деректерін тек: тапсырысты платформа арқылы орындау; рұқсат етілген арналар шегінде тапсырыс бойынша коммуникация; жұмыс нәтижесін дайындау, түзету және жүктеу; сметалар, спецификациялар және тауарлар іріктемесін қалыптастыру; Компаниямен және платформа рұқсат еткен жағдайларда жеткізушілермен тапсырысты орындау үшін қажетті көлемде өзара іс-қимыл жасау мақсаттарында пайдалануға құқылы.</w:t>
      </w:r>
    </w:p>
    <w:p w14:paraId="34F9D63A" w14:textId="77777777" w:rsidR="00557872" w:rsidRPr="00557872" w:rsidRDefault="00557872" w:rsidP="00557872">
      <w:pPr>
        <w:rPr>
          <w:lang w:val="ru-RU"/>
        </w:rPr>
      </w:pPr>
      <w:r w:rsidRPr="00557872">
        <w:rPr>
          <w:lang w:val="ru-RU"/>
        </w:rPr>
        <w:lastRenderedPageBreak/>
        <w:t>11.5. Дизайнерге клиенттердің дербес деректерін өзінің дербес мақсаттарында, оның ішінде тікелей маркетинг, қызметтерді дербес ұсыну, өзінің клиенттік базасын қалыптастыру, платформадан тыс үшінші тұлғаларға беру, өзге жобаларда пайдалану, сондай-ақ платформаны айналып өтуге бағытталған кез келген әрекеттер үшін пайдалануға тыйым салынады.</w:t>
      </w:r>
    </w:p>
    <w:p w14:paraId="6F9C4FCD" w14:textId="77777777" w:rsidR="00557872" w:rsidRPr="00557872" w:rsidRDefault="00557872" w:rsidP="00557872">
      <w:pPr>
        <w:rPr>
          <w:lang w:val="ru-RU"/>
        </w:rPr>
      </w:pPr>
      <w:r w:rsidRPr="00557872">
        <w:rPr>
          <w:lang w:val="ru-RU"/>
        </w:rPr>
        <w:t>11.6. Егер заңда, осы Офертада немесе Компанияның жазбаша рұқсатында өзгеше тікелей көзделмесе, Дизайнер платформа арқылы алынған деректерді көшіруге, жүктеп алуға, көбейтуге, үшінші тұлғаларға беруге, сыртқы қоймаларда орналастыруға, Компаниямен келісілмеген ақпараттық орталардан тыс сақтауға, қажеттіліксіз басып шығаруға, клиентпен тікелей дербес өзара іс-қимыл жасау үшін пайдалануға немесе өзге түрде бақыланатын айналымнан шығаруға құқылы емес.</w:t>
      </w:r>
    </w:p>
    <w:p w14:paraId="5AAE586B" w14:textId="77777777" w:rsidR="00557872" w:rsidRPr="00557872" w:rsidRDefault="00557872" w:rsidP="00557872">
      <w:pPr>
        <w:rPr>
          <w:lang w:val="ru-RU"/>
        </w:rPr>
      </w:pPr>
      <w:r w:rsidRPr="00557872">
        <w:rPr>
          <w:lang w:val="ru-RU"/>
        </w:rPr>
        <w:t>11.7. Дербес деректерді жеткізушілерге, мердігерлерге, қосалқы орындаушыларға немесе өзге тұлғаларға беру тек мұндай беру платформа функционалында тікелей көзделген, тиісті тапсырысты орындау үшін қажет және тиісті мақсатқа жету үшін ең аз қажетті көлемде жүзеге асырылатын жағдайларда ғана жол беріледі. Дизайнердің қосалқы орындаушыларды тартуы оны құпиялылыққа, өңдеудің заңдылығына және дербес деректерді қорғауға қойылатын талаптардың сақталуы үшін жауапкершіліктен босатпайды.</w:t>
      </w:r>
    </w:p>
    <w:p w14:paraId="6D82DEE7" w14:textId="77777777" w:rsidR="00557872" w:rsidRPr="00557872" w:rsidRDefault="00557872" w:rsidP="00557872">
      <w:pPr>
        <w:rPr>
          <w:lang w:val="ru-RU"/>
        </w:rPr>
      </w:pPr>
      <w:r w:rsidRPr="00557872">
        <w:rPr>
          <w:lang w:val="ru-RU"/>
        </w:rPr>
        <w:t>11.8. Дизайнер ақпаратты қорғаудың ақылға қонымды және жеткілікті ұйымдастырушылық және техникалық шараларын қолдануға міндетті, оның ішінде аккаунтқа қол жеткізу құралдарын қорғау, тиісті күрделіліктегі құпиясөздерді пайдалану, аккаунтты үшінші тұлғаларға беруге жол бермеу, уәкілетті емес тұлғалардың тапсырыстарға байланысты құрылғылар мен материалдарға қол жеткізуін шектеу, антивирустық қорғаудың өзекті құралдарын пайдалану және өңделетін деректердің сипатына және олардың жоғалу, ашылу немесе рұқсатсыз өзгертілу тәуекелдеріне мөлшерлес ақпараттық қауіпсіздіктің өзге базалық шараларын қолдану.</w:t>
      </w:r>
    </w:p>
    <w:p w14:paraId="50AE428C" w14:textId="77777777" w:rsidR="00557872" w:rsidRPr="00557872" w:rsidRDefault="00557872" w:rsidP="00557872">
      <w:pPr>
        <w:rPr>
          <w:lang w:val="ru-RU"/>
        </w:rPr>
      </w:pPr>
      <w:r w:rsidRPr="00557872">
        <w:rPr>
          <w:lang w:val="ru-RU"/>
        </w:rPr>
        <w:t>11.9. Егер Қазақстан Республикасының заңнамасында, дербес деректерді өңдеуге қатысты Құпиялылық саясатында немесе Компанияның жазбаша рұқсатында өзгеше тікелей көзделмесе, дербес деректерді трансшекаралық беру, сондай-ақ оларды Компаниямен келісілмеген ақпараттық жүйелерде, бұлттық қоймаларда немесе сервистерде орналастыруға жол берілмейді.</w:t>
      </w:r>
    </w:p>
    <w:p w14:paraId="483BCDCD" w14:textId="77777777" w:rsidR="00557872" w:rsidRPr="00557872" w:rsidRDefault="00557872" w:rsidP="00557872">
      <w:pPr>
        <w:rPr>
          <w:lang w:val="ru-RU"/>
        </w:rPr>
      </w:pPr>
      <w:r w:rsidRPr="00557872">
        <w:rPr>
          <w:lang w:val="ru-RU"/>
        </w:rPr>
        <w:t>11.10. Ақпараттық қауіпсіздік инциденті, құрылғының жоғалуы, аккаунттың бұзылуы, рұқсатсыз қол жеткізу, деректердің жылыстауы не дербес деректерді өңдеу режимінің бұзылуына күдік анықталған кезде Дизайнер бұл туралы өзіне белгілі болған немесе белгілі болуға тиіс болған сәттен бастап дереу, бірақ кез келген жағдайда 24 сағаттан кешіктірмей Компанияны хабардар етуге, инцидент ауқымын ұлғайтуы мүмкін әрекеттерді тоқтатуға, мұндай оқиға туралы қолда бар мәліметтерді сақтауға және салдарын оқшаулауда, ішкі тексеруде және қолданылатын заңнама талаптарын орындауда Компанияға жәрдемдесуге міндетті.</w:t>
      </w:r>
    </w:p>
    <w:p w14:paraId="3952FC40" w14:textId="77777777" w:rsidR="00557872" w:rsidRPr="00557872" w:rsidRDefault="00557872" w:rsidP="00557872">
      <w:pPr>
        <w:rPr>
          <w:lang w:val="ru-RU"/>
        </w:rPr>
      </w:pPr>
      <w:r w:rsidRPr="00557872">
        <w:rPr>
          <w:lang w:val="ru-RU"/>
        </w:rPr>
        <w:t>11.11. Платформаға қол жеткізу тоқтатылғаннан, тапсырыс аяқталғаннан не Компанияның тиісті талабы алынғаннан кейін Дизайнер клиенттердің дербес деректерін пайдалануды тоқтатуға, мұндай деректерді барлық рұқсат етілмеген сыртқы тасығыштар мен қоймалардан қайтаруға немесе жоюға, сондай-ақ Компанияның сұрауы бойынша деректерді пайдалануды тоқтату және жою фактісін растауға міндетті, егер оларды одан әрі сақтау қолданылатын заңнамамен тікелей талап етілмесе.</w:t>
      </w:r>
    </w:p>
    <w:p w14:paraId="3FA407BB" w14:textId="77777777" w:rsidR="00557872" w:rsidRPr="00557872" w:rsidRDefault="00557872" w:rsidP="00557872">
      <w:pPr>
        <w:rPr>
          <w:lang w:val="ru-RU"/>
        </w:rPr>
      </w:pPr>
      <w:r w:rsidRPr="00557872">
        <w:rPr>
          <w:lang w:val="ru-RU"/>
        </w:rPr>
        <w:t xml:space="preserve">11.12. Дербес деректерді өңдеу және қорғаудың егжей-тегжейлі тәртібі платформаның дербес деректерді өңдеуге қатысты Құпиялылық саясатымен айқындалады. Егер аталған саясаттың </w:t>
      </w:r>
      <w:r w:rsidRPr="00557872">
        <w:rPr>
          <w:lang w:val="ru-RU"/>
        </w:rPr>
        <w:lastRenderedPageBreak/>
        <w:t>жекелеген талаптары осы Офертамен салыстырғанда неғұрлым қатаң болса, дербес деректерді өңдеу және қорғау мәселелері бойынша арнайы құжат ретінде саясат ережелері қолданылады.</w:t>
      </w:r>
    </w:p>
    <w:p w14:paraId="12C95AAB" w14:textId="77777777" w:rsidR="00557872" w:rsidRPr="00557872" w:rsidRDefault="00557872" w:rsidP="00557872">
      <w:pPr>
        <w:keepNext/>
        <w:rPr>
          <w:lang w:val="ru-RU"/>
        </w:rPr>
      </w:pPr>
      <w:r w:rsidRPr="00557872">
        <w:rPr>
          <w:b/>
          <w:lang w:val="ru-RU"/>
        </w:rPr>
        <w:t>12. ҚҰПИЯЛЫЛЫҚ ЖӘНЕ ПЛАТФОРМАНЫ АЙНАЛЫП ӨТУГЕ ТЫЙЫМ САЛУ</w:t>
      </w:r>
    </w:p>
    <w:p w14:paraId="51A7FB68" w14:textId="77777777" w:rsidR="00557872" w:rsidRPr="00557872" w:rsidRDefault="00557872" w:rsidP="00557872">
      <w:pPr>
        <w:rPr>
          <w:lang w:val="ru-RU"/>
        </w:rPr>
      </w:pPr>
      <w:r w:rsidRPr="00557872">
        <w:rPr>
          <w:lang w:val="ru-RU"/>
        </w:rPr>
        <w:t>12.1. Дизайнер платформаны пайдалану және тапсырыстарды орындау кезінде алған кез келген мәліметтер, оның ішінде клиенттердің дербес деректері, жеткізушілер деректері, коммерциялық талаптар, тарифтер, есеп айырысулар, сметалар, іріктемелер, аналитика, алгоритмдер, әдістемелер, техникалық құжаттама, хат алмасу, ішкі қағидалар және жалпыға қолжетімді болып табылмайтын өзге ақпарат құпия ақпарат деп танылады.</w:t>
      </w:r>
    </w:p>
    <w:p w14:paraId="3464A1D8" w14:textId="77777777" w:rsidR="00557872" w:rsidRPr="00557872" w:rsidRDefault="00557872" w:rsidP="00557872">
      <w:pPr>
        <w:rPr>
          <w:lang w:val="ru-RU"/>
        </w:rPr>
      </w:pPr>
      <w:r w:rsidRPr="00557872">
        <w:rPr>
          <w:lang w:val="ru-RU"/>
        </w:rPr>
        <w:t>12.2. Дизайнер құпия ақпаратты жария етпеуге, оны үшінші тұлғаларға бермеуге және тапсырыстарды орындау және платформаны пайдалану мақсаттарынан тыс пайдаланбауға міндеттенеді, бұған Қазақстан Республикасының заңнамасында немесе Компанияның жазбаша рұқсатында тікелей көзделген жағдайлар кірмейді.</w:t>
      </w:r>
    </w:p>
    <w:p w14:paraId="13A1A5E0" w14:textId="77777777" w:rsidR="00557872" w:rsidRPr="00557872" w:rsidRDefault="00557872" w:rsidP="00557872">
      <w:pPr>
        <w:rPr>
          <w:lang w:val="ru-RU"/>
        </w:rPr>
      </w:pPr>
      <w:r w:rsidRPr="00557872">
        <w:rPr>
          <w:lang w:val="ru-RU"/>
        </w:rPr>
        <w:t>12.3. Платформаның қорғалатын объектісіне қатысты платформаны тікелей немесе жанама айналып өтуге тыйым салынады, оның ішінде, бірақ олармен шектелмей: клиентпен платформадан тыс шарттар, мәмілелер немесе уағдаластықтар жасасу; дизайн, жобалау, жинақтау, толық жинақтау, сүйемелдеу, тауарларды іріктеу, визуализация, авторлық сүйемелдеу немесе өзге байланысты қызмет бойынша қызметтерді платформадан тыс көрсету; егер клиентке, мекенжайға, жобаға немесе материалдарға бастапқы қол жеткізу платформа арқылы алынған болса, сол Объектінің өзге бөлмелері, үй-жайлары, аймақтары, кезеңдері немесе бөліктері бойынша жұмыстар орындау; платформа арқылы жасалған, алынған немесе дайындалған сметаны, спецификацияны, тауарлар іріктемесін, артикулдарды, байланыс деректерін, брифті, жобалық шешімдерді, жұмыс нәтижелерін немесе өзге материалдарды клиентпен немесе жеткізушімен платформадан тыс тікелей өзара іс-қимыл үшін пайдалану; Платформаның қорғалатын объектісін платформаның бақылауынан және есеп айырысу моделінен шығару мақсатында клиентті, жеткізушіні немесе жобаның өзге қатысушыларын мессенджерлерге, әлеуметтік желілерге, бөгде сайттарға, жеке телефондарға, электрондық поштаға немесе өзге байланыс арналарына қайта бағыттау; мұндай әрекеттерге Дизайнердің үлестес және байланысты тұлғалары арқылы қатысу.</w:t>
      </w:r>
    </w:p>
    <w:p w14:paraId="3B654403" w14:textId="77777777" w:rsidR="00557872" w:rsidRPr="00557872" w:rsidRDefault="00557872" w:rsidP="00557872">
      <w:pPr>
        <w:rPr>
          <w:lang w:val="ru-RU"/>
        </w:rPr>
      </w:pPr>
      <w:r w:rsidRPr="00557872">
        <w:rPr>
          <w:lang w:val="ru-RU"/>
        </w:rPr>
        <w:t>12.4. Осы Оферта мақсаттары үшін Дизайнер платформа арқылы Объектінің бір бөлмесі, үй-жайы, аймағы немесе кезеңі бойынша жұмыстар орындағаннан кейін сол Объектінің өзге үй-жайлары, бөлмелері, аймақтары немесе кезеңдері бойынша платформадан тыс тікелей немесе жанама түрде жұмыстарға қатысатын жағдай да платформаны айналып өту деп түсініледі, оның ішінде клиентке жеңілдік, тікелей смета, жеке консультация беру, тауарларды іріктеу, жеткізуді үйлестіру, жобалауды жалғастыру немесе тиісті тапсырысты платформа арқылы ресімдемей өзге коммерциялық белсенділік жағдайлары.</w:t>
      </w:r>
    </w:p>
    <w:p w14:paraId="36EF056D" w14:textId="77777777" w:rsidR="00557872" w:rsidRPr="00557872" w:rsidRDefault="00557872" w:rsidP="00557872">
      <w:pPr>
        <w:rPr>
          <w:lang w:val="ru-RU"/>
        </w:rPr>
      </w:pPr>
      <w:r w:rsidRPr="00557872">
        <w:rPr>
          <w:lang w:val="ru-RU"/>
        </w:rPr>
        <w:t>12.5. Дизайнер Платформаның қорғалатын объектісі платформа арқылы бастапқы тапсырыс ресімделген бөлмені, үй-жайды, кезеңді немесе жоба бөлігін ғана емес, тиісті мекенжай бойынша бүкіл Объектіні қамтитынын растайды және оған келіседі.</w:t>
      </w:r>
    </w:p>
    <w:p w14:paraId="0AAFF460" w14:textId="77777777" w:rsidR="00557872" w:rsidRPr="00557872" w:rsidRDefault="00557872" w:rsidP="00557872">
      <w:pPr>
        <w:rPr>
          <w:lang w:val="ru-RU"/>
        </w:rPr>
      </w:pPr>
      <w:r w:rsidRPr="00557872">
        <w:rPr>
          <w:lang w:val="ru-RU"/>
        </w:rPr>
        <w:t xml:space="preserve">12.6. Құпиялылық жөніндегі міндеттемелер шарттың қолданылу мерзімі ішінде және ол тоқтатылғаннан кейін 5 (бес) жыл бойы қолданылады, егер заңнан, ақпараттың сипатынан немесе тараптардың жеке келісімінен неғұрлым ұзақ мерзім туындамаса. Платформаны айналып өтуге тыйым шарттың қолданылу мерзімі ішінде және Дизайнер платформа арқылы клиентке, мекенжайға, </w:t>
      </w:r>
      <w:r w:rsidRPr="00557872">
        <w:rPr>
          <w:lang w:val="ru-RU"/>
        </w:rPr>
        <w:lastRenderedPageBreak/>
        <w:t>материалдарға, сметаға, спецификацияға, жеткізушілерге немесе өзге ресурстарға қол жеткізген әрбір Платформаның қорғалатын объектісіне қатысты ол тоқтатылғаннан кейін 12 (он екі) ай бойы қолданылады.</w:t>
      </w:r>
    </w:p>
    <w:p w14:paraId="1B3ECF2F" w14:textId="77777777" w:rsidR="00557872" w:rsidRPr="00557872" w:rsidRDefault="00557872" w:rsidP="00557872">
      <w:pPr>
        <w:rPr>
          <w:lang w:val="ru-RU"/>
        </w:rPr>
      </w:pPr>
      <w:r w:rsidRPr="00557872">
        <w:rPr>
          <w:lang w:val="ru-RU"/>
        </w:rPr>
        <w:t>12.7. Компания платформаны айналып өтуді растау үшін заңмен жол берілетін кез келген дәлелдемелерді, оның ішінде платформа мәліметтерін, Объект мекенжайын, тапсырыстар, сметалар, спецификациялар, хат алмасу, жүйе логтары туралы мәліметтерді, жеткізушілерден, клиенттерден, төлем серіктестерінен алынған мәліметтерді, сондай-ақ платформадан тыс мәміленің Платформаның қорғалатын объектісімен байланысын растайтын өзге құжаттар мен нақты деректерді пайдалануға құқылы.</w:t>
      </w:r>
    </w:p>
    <w:p w14:paraId="539EFC6A" w14:textId="77777777" w:rsidR="00557872" w:rsidRPr="00557872" w:rsidRDefault="00557872" w:rsidP="00557872">
      <w:pPr>
        <w:keepNext/>
        <w:rPr>
          <w:lang w:val="ru-RU"/>
        </w:rPr>
      </w:pPr>
      <w:r w:rsidRPr="00557872">
        <w:rPr>
          <w:b/>
          <w:lang w:val="ru-RU"/>
        </w:rPr>
        <w:t>13. ЗИЯТКЕРЛІК МЕНШІК ЖӘНЕ ЖҰМЫС НӘТИЖЕЛЕРІНЕ ҚҰҚЫҚТАР</w:t>
      </w:r>
    </w:p>
    <w:p w14:paraId="15464D25" w14:textId="77777777" w:rsidR="00557872" w:rsidRPr="00557872" w:rsidRDefault="00557872" w:rsidP="00557872">
      <w:pPr>
        <w:rPr>
          <w:lang w:val="ru-RU"/>
        </w:rPr>
      </w:pPr>
      <w:r w:rsidRPr="00557872">
        <w:rPr>
          <w:lang w:val="ru-RU"/>
        </w:rPr>
        <w:t>13.1. Дизайнер өзі жасайтын және жүктейтін материалдардың құқыққа сай пайдаланылатынына, үшінші тұлғалардың құқықтарын бұзбайтынына және қажет болған кезде тиісті рұқсаттармен, лицензиялармен не пайдаланудың өзге құқықтық негіздерімен сүйемелденетініне кепілдік береді.</w:t>
      </w:r>
    </w:p>
    <w:p w14:paraId="450A47BA" w14:textId="77777777" w:rsidR="00557872" w:rsidRPr="00557872" w:rsidRDefault="00557872" w:rsidP="00557872">
      <w:pPr>
        <w:rPr>
          <w:lang w:val="ru-RU"/>
        </w:rPr>
      </w:pPr>
      <w:r w:rsidRPr="00557872">
        <w:rPr>
          <w:lang w:val="ru-RU"/>
        </w:rPr>
        <w:t>13.2. Нақты тапсырысты орындау басталғанға дейін болған немесе нақты тапсырыс шеңберінен тыс жасалған алдын ала материалдарға, жұмыс әдістеріне, шаблондарға, тәсілдерге, ноу-хауға және Дизайнердің өзге дербес объектілеріне айрықша құқықтар, егер тараптардың жеке келісімінде өзгеше көзделмесе, Дизайнерде сақталады.</w:t>
      </w:r>
    </w:p>
    <w:p w14:paraId="366E88C2" w14:textId="77777777" w:rsidR="00557872" w:rsidRPr="00557872" w:rsidRDefault="00557872" w:rsidP="00557872">
      <w:pPr>
        <w:rPr>
          <w:lang w:val="ru-RU"/>
        </w:rPr>
      </w:pPr>
      <w:r w:rsidRPr="00557872">
        <w:rPr>
          <w:lang w:val="ru-RU"/>
        </w:rPr>
        <w:t>13.3. Платформа арқылы тапсырыстарды орындау кезінде Дизайнер жасайтын жұмыс нәтижелеріне, оның ішінде жоспарлау шешімдеріне, визуализацияларға, мудбордтарға, ведомостерге, іріктемелерге, сметаларға, спецификацияларға, презентацияларға, мәтіндік, графикалық және өзге материалдарға айрықша мүліктік құқықтар тиісті нәтиже жасалған және Платформаға жүктелген не Компанияға өзге рұқсат етілген арна арқылы берілген сәттен бастап толық көлемде Компанияға беріледі.</w:t>
      </w:r>
    </w:p>
    <w:p w14:paraId="49813A51" w14:textId="77777777" w:rsidR="00557872" w:rsidRPr="00557872" w:rsidRDefault="00557872" w:rsidP="00557872">
      <w:pPr>
        <w:rPr>
          <w:lang w:val="ru-RU"/>
        </w:rPr>
      </w:pPr>
      <w:r w:rsidRPr="00557872">
        <w:rPr>
          <w:lang w:val="ru-RU"/>
        </w:rPr>
        <w:t>Айрықша мүліктік құқықтарды Компанияға беру Дизайнердің тиісті тапсырыс бойынша сыйақы мөлшеріне кіреді және егер тараптардың жеке жазбаша келісімінде өзгеше тікелей көзделмесе, бөлек қосымша ақы төлеуді талап етпейді. Компания заңнамада, осы Офертада, Платформаның пайдаланушы талаптарында және егер мұндай келісімдер талап етілсе, Клиенттің келісімдерінде жол берілетін шектерде жұмыс нәтижелерін пайдалануға, сақтауға, жаңғыртуға, қайта өңдеуге, бейімдеуге, орналастыруға, көрсетуге, Клиентке беруге, архивтеуге, сапаны бақылау, шағымдарды реттеу, орындауды дәлелдеу, ішкі аналитика, Платформаның техникалық жұмыс істеуі, маркетинг, портфолио, презентациялар және Платформа қызметімен байланысты өзге мақсаттар үшін пайдалануға құқылы.</w:t>
      </w:r>
    </w:p>
    <w:p w14:paraId="7DA705F8" w14:textId="77777777" w:rsidR="00557872" w:rsidRPr="00557872" w:rsidRDefault="00557872" w:rsidP="00557872">
      <w:pPr>
        <w:rPr>
          <w:lang w:val="ru-RU"/>
        </w:rPr>
      </w:pPr>
      <w:r w:rsidRPr="00557872">
        <w:rPr>
          <w:lang w:val="ru-RU"/>
        </w:rPr>
        <w:t>Дизайнер Қазақстан Республикасының заңнамасында көзделген жағдайларда және шектерде автордың жеке мүліктік емес құқықтарын сақтайды, алайда мұндай құқықтарды Компанияға, Клиентке немесе Платформаға жұмыс нәтижелерін осы Офертаға, Платформаның пайдаланушы талаптарына және тиісті тапсырыстың мақсатына сәйкес пайдалануға кедергі келтіретін тәсілмен пайдалануға құқылы емес.</w:t>
      </w:r>
    </w:p>
    <w:p w14:paraId="0B9D056A" w14:textId="77777777" w:rsidR="00557872" w:rsidRPr="00557872" w:rsidRDefault="00557872" w:rsidP="00557872">
      <w:pPr>
        <w:rPr>
          <w:lang w:val="ru-RU"/>
        </w:rPr>
      </w:pPr>
      <w:r w:rsidRPr="00557872">
        <w:rPr>
          <w:lang w:val="ru-RU"/>
        </w:rPr>
        <w:t>13.4. Клиенттің жұмыс нәтижесін пайдалану құқығы платформаның пайдаланушы талаптарымен айқындалады және егер сервис қағидаларында немесе тараптардың жеке келісімінде өзгеше тікелей көзделмесе, тиісті тапсырыс толық төленгеннен кейін ғана тиісті сервисте көзделген көлемде берілген болып есептеледі.</w:t>
      </w:r>
    </w:p>
    <w:p w14:paraId="21E572F9" w14:textId="77777777" w:rsidR="00557872" w:rsidRPr="00557872" w:rsidRDefault="00557872" w:rsidP="00557872">
      <w:pPr>
        <w:rPr>
          <w:lang w:val="ru-RU"/>
        </w:rPr>
      </w:pPr>
      <w:r w:rsidRPr="00557872">
        <w:rPr>
          <w:lang w:val="ru-RU"/>
        </w:rPr>
        <w:lastRenderedPageBreak/>
        <w:t>13.5. Жұмыс нәтижесін, объектілер фотосуреттерін, визуализацияларды және өзге материалдарды маркетингтік мақсаттарда, кейстерде, портфолиода, презентацияларда, әлеуметтік желілерде және жарнамада пайдалануға тек платформаның пайдаланушы талаптары, құпиялылық режимі, заңнама талаптары сақталған және егер мұндай келісімдер талап етілсе, Клиенттің қажетті келісімдері болған жағдайда жол беріледі.</w:t>
      </w:r>
    </w:p>
    <w:p w14:paraId="7A788E86" w14:textId="77777777" w:rsidR="00557872" w:rsidRPr="00557872" w:rsidRDefault="00557872" w:rsidP="00557872">
      <w:pPr>
        <w:rPr>
          <w:lang w:val="ru-RU"/>
        </w:rPr>
      </w:pPr>
      <w:r w:rsidRPr="00557872">
        <w:rPr>
          <w:lang w:val="ru-RU"/>
        </w:rPr>
        <w:t>13.5.1. Дизайнер өзі жасаған жұмыс нәтижелерін, кейстерді, визуализацияларды, жоба фрагменттерін, Объект фотосуреттерін, іріктемелерді, спецификацияларды және Платформа арқылы тапсырыстарға байланысты өзге материалдарды портфолио ретінде тек Платформа ішінде және Компания ұсынған функционал арқылы ғана пайдалануға құқылы.</w:t>
      </w:r>
    </w:p>
    <w:p w14:paraId="7E00A33C" w14:textId="77777777" w:rsidR="00557872" w:rsidRPr="00557872" w:rsidRDefault="00557872" w:rsidP="00557872">
      <w:pPr>
        <w:rPr>
          <w:lang w:val="ru-RU"/>
        </w:rPr>
      </w:pPr>
      <w:r w:rsidRPr="00557872">
        <w:rPr>
          <w:lang w:val="ru-RU"/>
        </w:rPr>
        <w:t>Дизайнердің мұндай материалдарды Платформадан тыс, оның ішінде жеке әлеуметтік желілерде, мессенджерлерде, бөгде сайттарда, презентацияларда, жарнамада, коммерциялық ұсыныстарда, портфолиода, тарату хаттарында орналастыруына немесе үшінші тұлғаларға беруіне тек Компанияның алдын ала жазбаша рұқсаты болған және Платформаның пайдаланушы талаптары, құпиялылық режимі, дербес деректер туралы заңнама талаптары және Клиенттің қажетті келісімдері сақталған жағдайда ғана жол беріледі.</w:t>
      </w:r>
    </w:p>
    <w:p w14:paraId="79833F09" w14:textId="77777777" w:rsidR="00557872" w:rsidRPr="00557872" w:rsidRDefault="00557872" w:rsidP="00557872">
      <w:pPr>
        <w:rPr>
          <w:lang w:val="ru-RU"/>
        </w:rPr>
      </w:pPr>
      <w:r w:rsidRPr="00557872">
        <w:rPr>
          <w:lang w:val="ru-RU"/>
        </w:rPr>
        <w:t>Материалдарды Платформа ішінде портфолиода орналастыру Дизайнерге мұндай материалдарға айрықша құқықтардың берілгенін білдірмейді және Компанияның тиісті жұмыс нәтижелерін құқық иесі ретінде пайдалану құқығын шектемейді.</w:t>
      </w:r>
    </w:p>
    <w:p w14:paraId="3B16416B" w14:textId="77777777" w:rsidR="00557872" w:rsidRPr="00557872" w:rsidRDefault="00557872" w:rsidP="00557872">
      <w:pPr>
        <w:rPr>
          <w:lang w:val="ru-RU"/>
        </w:rPr>
      </w:pPr>
      <w:r w:rsidRPr="00557872">
        <w:rPr>
          <w:lang w:val="ru-RU"/>
        </w:rPr>
        <w:t>13.6. Дизайнер тапсырысты орындау кезінде пайдаланылған материалдарға үшінші тұлғалардың құқықтарын бұзуына байланысты Компанияға шағымдар, талап-арыздар немесе талаптар қойылған жағдайда, Дизайнер мұндай талаптарды өз күшімен және өз есебінен реттеуге не Компанияға осындай бұзушылық салдарынан туындаған құжатпен расталған залалдар мен шығыстарды өтеуге міндетті.</w:t>
      </w:r>
    </w:p>
    <w:p w14:paraId="5FD8772B" w14:textId="77777777" w:rsidR="00557872" w:rsidRPr="00557872" w:rsidRDefault="00557872" w:rsidP="00557872">
      <w:pPr>
        <w:keepNext/>
        <w:rPr>
          <w:lang w:val="ru-RU"/>
        </w:rPr>
      </w:pPr>
      <w:r w:rsidRPr="00557872">
        <w:rPr>
          <w:b/>
          <w:lang w:val="ru-RU"/>
        </w:rPr>
        <w:t>14. ТАРАПТАРДЫҢ ЖАУАПКЕРШІЛІГІ ЖӘНЕ ЖАУАПКЕРШІЛІКТІ ШЕКТЕУ</w:t>
      </w:r>
    </w:p>
    <w:p w14:paraId="0E608989" w14:textId="77777777" w:rsidR="00557872" w:rsidRPr="00557872" w:rsidRDefault="00557872" w:rsidP="00557872">
      <w:pPr>
        <w:rPr>
          <w:lang w:val="ru-RU"/>
        </w:rPr>
      </w:pPr>
      <w:r w:rsidRPr="00557872">
        <w:rPr>
          <w:lang w:val="ru-RU"/>
        </w:rPr>
        <w:t>14.1. Осы Оферта бойынша міндеттемелерді орындамағаны немесе тиісінше орындамағаны үшін тараптар осы Офертаға және Қазақстан Республикасының заңнамасына сәйкес жауапты болады.</w:t>
      </w:r>
    </w:p>
    <w:p w14:paraId="2889093D" w14:textId="77777777" w:rsidR="00557872" w:rsidRPr="00557872" w:rsidRDefault="00557872" w:rsidP="00557872">
      <w:pPr>
        <w:rPr>
          <w:lang w:val="ru-RU"/>
        </w:rPr>
      </w:pPr>
      <w:r w:rsidRPr="00557872">
        <w:rPr>
          <w:lang w:val="ru-RU"/>
        </w:rPr>
        <w:t>14.2. Егер заңда немесе осы Офертада өзгеше тікелей көзделмесе, Компания өз бақылауында болмайтын клиенттердің, жеткізушілердің, банктердің, төлем ұйымдарының, байланыс операторларының, хостинг-провайдерлердің, үшінші тұлғалар сервистерінің және өзге тұлғалардың әрекеттері немесе әрекетсіздігі үшін жауап бермейді.</w:t>
      </w:r>
    </w:p>
    <w:p w14:paraId="2C34330A" w14:textId="77777777" w:rsidR="00557872" w:rsidRPr="00557872" w:rsidRDefault="00557872" w:rsidP="00557872">
      <w:pPr>
        <w:rPr>
          <w:lang w:val="ru-RU"/>
        </w:rPr>
      </w:pPr>
      <w:r w:rsidRPr="00557872">
        <w:rPr>
          <w:lang w:val="ru-RU"/>
        </w:rPr>
        <w:t>14.3. Компания, белгілі бір міндетті орындау заңмен Компанияға тікелей жүктелген жағдайларды қоспағанда, Дизайнердің оның құқықтық мәртебесіне және кәсіпкерлік қызметіне байланысты салықтық, бухгалтерлік және өзге міндеттемелері үшін жауап бермейді.</w:t>
      </w:r>
    </w:p>
    <w:p w14:paraId="6996E437" w14:textId="77777777" w:rsidR="00557872" w:rsidRPr="00557872" w:rsidRDefault="00557872" w:rsidP="00557872">
      <w:pPr>
        <w:rPr>
          <w:lang w:val="ru-RU"/>
        </w:rPr>
      </w:pPr>
      <w:r w:rsidRPr="00557872">
        <w:rPr>
          <w:lang w:val="ru-RU"/>
        </w:rPr>
        <w:t>14.4. Егер заңнан немесе бұзушылықтың мәнінен өзгеше туындамаса, Компанияның Дизайнер алдындағы платформаны пайдалануға ғана байланысты талаптар бойынша жиынтық жауапкершілігі дау туындағанға дейінгі соңғы 6 (алты) ай ішінде даулы тапсырыс немесе онымен байланысты тапсырыстар бойынша Компания нақты ұстап қалған немесе алған комиссия сомасымен шектеледі.</w:t>
      </w:r>
    </w:p>
    <w:p w14:paraId="5CBE0D29" w14:textId="77777777" w:rsidR="00557872" w:rsidRPr="00557872" w:rsidRDefault="00557872" w:rsidP="00557872">
      <w:pPr>
        <w:rPr>
          <w:lang w:val="ru-RU"/>
        </w:rPr>
      </w:pPr>
      <w:r w:rsidRPr="00557872">
        <w:rPr>
          <w:lang w:val="ru-RU"/>
        </w:rPr>
        <w:t xml:space="preserve">14.5. Осы Офертаның 14.4-тармағында көзделген жауапкершілікті шектеу қасақаналық, өрескел абайсыздық, құпия ақпаратты құқыққа сыйымсыз жария ету, дербес деректер туралы заңнаманы бұзу, </w:t>
      </w:r>
      <w:r w:rsidRPr="00557872">
        <w:rPr>
          <w:lang w:val="ru-RU"/>
        </w:rPr>
        <w:lastRenderedPageBreak/>
        <w:t>төлеуге расталған сомаларды заңсыз ұстап қалу жағдайларында не жауапкершілікті шектеуге заң бойынша жол берілмейтін өзге жағдайларда қолданылмайды.</w:t>
      </w:r>
    </w:p>
    <w:p w14:paraId="020BCF6A" w14:textId="77777777" w:rsidR="00557872" w:rsidRPr="00557872" w:rsidRDefault="00557872" w:rsidP="00557872">
      <w:pPr>
        <w:rPr>
          <w:lang w:val="ru-RU"/>
        </w:rPr>
      </w:pPr>
      <w:r w:rsidRPr="00557872">
        <w:rPr>
          <w:lang w:val="ru-RU"/>
        </w:rPr>
        <w:t>14.6. Егер тарап тиісті мән-жайлардың болуын, төтенше және еңсерілмейтін сипатын және екінші тарапты ақылға қонымды мерзімде тиісінше хабардар еткенін дәлелдесе, тараптардың ешқайсысы еңсерілмейтін күш мән-жайлары салдарынан міндеттемелерді орындамағаны үшін жауап бермейді.</w:t>
      </w:r>
    </w:p>
    <w:p w14:paraId="1A20D01B" w14:textId="77777777" w:rsidR="00557872" w:rsidRPr="00557872" w:rsidRDefault="00557872" w:rsidP="00557872">
      <w:pPr>
        <w:keepNext/>
        <w:rPr>
          <w:lang w:val="ru-RU"/>
        </w:rPr>
      </w:pPr>
      <w:r w:rsidRPr="00557872">
        <w:rPr>
          <w:b/>
          <w:lang w:val="ru-RU"/>
        </w:rPr>
        <w:t>15. ШАРТТЫҢ ҚОЛДАНЫЛУ МЕРЗІМІ, ӨЗГЕРТУ ЖӘНЕ ТОҚТАТУ</w:t>
      </w:r>
    </w:p>
    <w:p w14:paraId="77DC50EF" w14:textId="77777777" w:rsidR="00557872" w:rsidRPr="00557872" w:rsidRDefault="00557872" w:rsidP="00557872">
      <w:pPr>
        <w:rPr>
          <w:lang w:val="ru-RU"/>
        </w:rPr>
      </w:pPr>
      <w:r w:rsidRPr="00557872">
        <w:rPr>
          <w:lang w:val="ru-RU"/>
        </w:rPr>
        <w:t>15.1. Осы Оферта Дизайнер үшін оны акцептеген сәттен бастап не егер бұл кейінірек орын алса, Дизайнер профилі платформада белсендірілген сәттен бастап күшіне енеді және 12 (он екі) ай бойы қолданылады. Егер тараптардың ешқайсысы ағымдағы мерзім аяқталғанға дейін кемінде 15 (он бес) күнтізбелік күн бұрын ынтымақтастықты тоқтату туралы мәлімдемесе, тараптар қатынастарының мәнінен, платформаға қол жеткізуді тоқтатудан немесе заңнан өзгеше туындамаса, Офертаның қолданылуы әрбір келесі 12 айлық кезеңге автоматты түрде ұзартылады.</w:t>
      </w:r>
    </w:p>
    <w:p w14:paraId="5A19C959" w14:textId="77777777" w:rsidR="00557872" w:rsidRPr="00557872" w:rsidRDefault="00557872" w:rsidP="00557872">
      <w:pPr>
        <w:rPr>
          <w:lang w:val="ru-RU"/>
        </w:rPr>
      </w:pPr>
      <w:r w:rsidRPr="00557872">
        <w:rPr>
          <w:lang w:val="ru-RU"/>
        </w:rPr>
        <w:t>15.2. Дизайнер егер бұл сервис қағидаларымен тыйым салынбаған және клиенттердің құқықтарын бұзбайтын болса, жұмысқа қабылданған тапсырыстар бойынша ағымдағы міндеттемелерді аяқтап немесе оларды беру мәселесін реттеп, платформаны пайдалануды тоқтатуға және одан әрі ынтымақтастықтан бас тартуға құқылы.</w:t>
      </w:r>
    </w:p>
    <w:p w14:paraId="2A4E4429" w14:textId="77777777" w:rsidR="00557872" w:rsidRPr="00557872" w:rsidRDefault="00557872" w:rsidP="00557872">
      <w:pPr>
        <w:rPr>
          <w:lang w:val="ru-RU"/>
        </w:rPr>
      </w:pPr>
      <w:r w:rsidRPr="00557872">
        <w:rPr>
          <w:lang w:val="ru-RU"/>
        </w:rPr>
        <w:t xml:space="preserve">15.3. Компания Дизайнер осы Офертаны, </w:t>
      </w:r>
      <w:r>
        <w:t>SLA</w:t>
      </w:r>
      <w:r w:rsidRPr="00557872">
        <w:rPr>
          <w:lang w:val="ru-RU"/>
        </w:rPr>
        <w:t>-ны, Платформа қағидаларын, құпиялылық режимін, дербес деректерді өңдеу қағидаларын, платформаны айналып өтуге тыйымды елеулі немесе бірнеше рет бұзған жағдайда, сондай-ақ Дизайнердің одан әрі қол жеткізуі клиенттер, Компания, платформа үшін тәуекел туғызатын немесе заңға тікелей қайшы келетін өзге жағдайларда Дизайнердің платформаға қол жеткізуін тоқтата тұруға немесе тоқтатуға құқылы.</w:t>
      </w:r>
    </w:p>
    <w:p w14:paraId="179990CB" w14:textId="77777777" w:rsidR="00557872" w:rsidRPr="00557872" w:rsidRDefault="00557872" w:rsidP="00557872">
      <w:pPr>
        <w:rPr>
          <w:lang w:val="ru-RU"/>
        </w:rPr>
      </w:pPr>
      <w:r w:rsidRPr="00557872">
        <w:rPr>
          <w:lang w:val="ru-RU"/>
        </w:rPr>
        <w:t>15.4. Егер бұзушылық шұғыл сипатта болмаса және оны жоюға болатын болса, Компания Дизайнерге бұзушылықты жою үшін ақылға қонымды мерзім беруге құқылы. Мұндай мерзімді беру, егер бұзушылықтың сипатынан өзгеше туындамаса, Компанияның міндеті емес, құқығы болып табылады.</w:t>
      </w:r>
    </w:p>
    <w:p w14:paraId="7954828D" w14:textId="77777777" w:rsidR="00557872" w:rsidRPr="00557872" w:rsidRDefault="00557872" w:rsidP="00557872">
      <w:pPr>
        <w:rPr>
          <w:lang w:val="ru-RU"/>
        </w:rPr>
      </w:pPr>
      <w:r w:rsidRPr="00557872">
        <w:rPr>
          <w:lang w:val="ru-RU"/>
        </w:rPr>
        <w:t>15.5. Платформаға қол жеткізуді тоқтату тараптарды тоқтатылған күнге дейін туындаған міндеттемелерді орындаудан, оның ішінде есеп айырысуларды, ұстап қалуларды, шағымдарды қарауды, құпиялылықты сақтауды, дербес деректерді жоюды, жұмыс нәтижелеріне құқықтарды қорғауды және бұзушылықтардың салдарын реттеуді орындаудан босатпайды.</w:t>
      </w:r>
    </w:p>
    <w:p w14:paraId="3A214E03" w14:textId="77777777" w:rsidR="00557872" w:rsidRPr="00557872" w:rsidRDefault="00557872" w:rsidP="00557872">
      <w:pPr>
        <w:keepNext/>
        <w:rPr>
          <w:lang w:val="ru-RU"/>
        </w:rPr>
      </w:pPr>
      <w:r w:rsidRPr="00557872">
        <w:rPr>
          <w:b/>
          <w:lang w:val="ru-RU"/>
        </w:rPr>
        <w:t>16. ШАҒЫМ-ТАЛАП ТӘРТІБІ ЖӘНЕ СОТТЫЛЫҚ</w:t>
      </w:r>
    </w:p>
    <w:p w14:paraId="2ABAAD6C" w14:textId="77777777" w:rsidR="00557872" w:rsidRPr="00557872" w:rsidRDefault="00557872" w:rsidP="00557872">
      <w:pPr>
        <w:rPr>
          <w:lang w:val="ru-RU"/>
        </w:rPr>
      </w:pPr>
      <w:r w:rsidRPr="00557872">
        <w:rPr>
          <w:lang w:val="ru-RU"/>
        </w:rPr>
        <w:t>16.1. Осы Офертадан немесе оған байланысты туындайтын барлық даулар мен келіспеушіліктерді тараптар келіссөздер жүргізу және шағым-талап тәртібін сақтау арқылы реттеуге ұмтылады.</w:t>
      </w:r>
    </w:p>
    <w:p w14:paraId="569BC407" w14:textId="77777777" w:rsidR="00557872" w:rsidRPr="00557872" w:rsidRDefault="00557872" w:rsidP="00557872">
      <w:pPr>
        <w:rPr>
          <w:lang w:val="ru-RU"/>
        </w:rPr>
      </w:pPr>
      <w:r w:rsidRPr="00557872">
        <w:rPr>
          <w:lang w:val="ru-RU"/>
        </w:rPr>
        <w:t>16.2. Шағым-талап Компанияның деректемелерінде және Дизайнердің тіркеу деректерінде көрсетілген ресми байланыс арналары бойынша жіберіледі және онда мән-жайлардың сипаттамасы, талаптар, құқықтық және нақты негіздеме, сондай-ақ бар болған жағдайда растайтын құжаттар мен даулы соманың есебі қамтылуға тиіс.</w:t>
      </w:r>
    </w:p>
    <w:p w14:paraId="30BC186F" w14:textId="77777777" w:rsidR="00557872" w:rsidRPr="00557872" w:rsidRDefault="00557872" w:rsidP="00557872">
      <w:pPr>
        <w:rPr>
          <w:lang w:val="ru-RU"/>
        </w:rPr>
      </w:pPr>
      <w:r w:rsidRPr="00557872">
        <w:rPr>
          <w:lang w:val="ru-RU"/>
        </w:rPr>
        <w:t>16.3. Шағым-талапты қарау мерзімі оны алған күннен бастап 10 (он) жұмыс күнін құрайды, егер даудың сипатын, құжаттар көлемін және үшінші тұлғалардан материалдар алу қажеттілігін ескере отырып, өзге мерзім талап етілмесе.</w:t>
      </w:r>
    </w:p>
    <w:p w14:paraId="3B0236A3" w14:textId="77777777" w:rsidR="00557872" w:rsidRDefault="00557872" w:rsidP="00557872">
      <w:r>
        <w:lastRenderedPageBreak/>
        <w:t xml:space="preserve">16.4. </w:t>
      </w:r>
      <w:proofErr w:type="spellStart"/>
      <w:r>
        <w:t>Келісімге</w:t>
      </w:r>
      <w:proofErr w:type="spellEnd"/>
      <w:r>
        <w:t xml:space="preserve"> </w:t>
      </w:r>
      <w:proofErr w:type="spellStart"/>
      <w:r>
        <w:t>қол</w:t>
      </w:r>
      <w:proofErr w:type="spellEnd"/>
      <w:r>
        <w:t xml:space="preserve"> </w:t>
      </w:r>
      <w:proofErr w:type="spellStart"/>
      <w:r>
        <w:t>жеткізілмеген</w:t>
      </w:r>
      <w:proofErr w:type="spellEnd"/>
      <w:r>
        <w:t xml:space="preserve"> </w:t>
      </w:r>
      <w:proofErr w:type="spellStart"/>
      <w:r>
        <w:t>жағдайда</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заңнамасының</w:t>
      </w:r>
      <w:proofErr w:type="spellEnd"/>
      <w:r>
        <w:t xml:space="preserve"> </w:t>
      </w:r>
      <w:proofErr w:type="spellStart"/>
      <w:r>
        <w:t>императивтік</w:t>
      </w:r>
      <w:proofErr w:type="spellEnd"/>
      <w:r>
        <w:t xml:space="preserve"> </w:t>
      </w:r>
      <w:proofErr w:type="spellStart"/>
      <w:r>
        <w:t>нормаларында</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дау</w:t>
      </w:r>
      <w:proofErr w:type="spellEnd"/>
      <w:r>
        <w:t xml:space="preserve"> </w:t>
      </w:r>
      <w:proofErr w:type="spellStart"/>
      <w:r>
        <w:t>Компанияның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соттарында</w:t>
      </w:r>
      <w:proofErr w:type="spellEnd"/>
      <w:r>
        <w:t xml:space="preserve"> </w:t>
      </w:r>
      <w:proofErr w:type="spellStart"/>
      <w:r>
        <w:t>қаралуға</w:t>
      </w:r>
      <w:proofErr w:type="spellEnd"/>
      <w:r>
        <w:t xml:space="preserve"> </w:t>
      </w:r>
      <w:proofErr w:type="spellStart"/>
      <w:r>
        <w:t>жатады</w:t>
      </w:r>
      <w:proofErr w:type="spellEnd"/>
      <w:r>
        <w:t>.</w:t>
      </w:r>
    </w:p>
    <w:p w14:paraId="5EF6DCA9" w14:textId="77777777" w:rsidR="00557872" w:rsidRDefault="00557872" w:rsidP="00557872">
      <w:pPr>
        <w:keepNext/>
      </w:pPr>
      <w:r>
        <w:rPr>
          <w:b/>
        </w:rPr>
        <w:t>17. ҚОРЫТЫНДЫ ЕРЕЖЕЛЕР</w:t>
      </w:r>
    </w:p>
    <w:p w14:paraId="3F7C2A3E" w14:textId="77777777" w:rsidR="00557872" w:rsidRDefault="00557872" w:rsidP="00557872">
      <w:r>
        <w:t xml:space="preserve">17.1. </w:t>
      </w:r>
      <w:proofErr w:type="spellStart"/>
      <w:r>
        <w:t>Осы</w:t>
      </w:r>
      <w:proofErr w:type="spellEnd"/>
      <w:r>
        <w:t xml:space="preserve"> </w:t>
      </w:r>
      <w:proofErr w:type="spellStart"/>
      <w:r>
        <w:t>Оферта</w:t>
      </w:r>
      <w:proofErr w:type="spellEnd"/>
      <w:r>
        <w:t xml:space="preserve"> </w:t>
      </w:r>
      <w:proofErr w:type="spellStart"/>
      <w:r>
        <w:t>орыс</w:t>
      </w:r>
      <w:proofErr w:type="spellEnd"/>
      <w:r>
        <w:t xml:space="preserve">, </w:t>
      </w:r>
      <w:proofErr w:type="spellStart"/>
      <w:r>
        <w:t>қазақ</w:t>
      </w:r>
      <w:proofErr w:type="spellEnd"/>
      <w:r>
        <w:t xml:space="preserve"> </w:t>
      </w:r>
      <w:proofErr w:type="spellStart"/>
      <w:r>
        <w:t>және</w:t>
      </w:r>
      <w:proofErr w:type="spellEnd"/>
      <w:r>
        <w:t xml:space="preserve"> </w:t>
      </w:r>
      <w:proofErr w:type="spellStart"/>
      <w:r>
        <w:t>ағылшын</w:t>
      </w:r>
      <w:proofErr w:type="spellEnd"/>
      <w:r>
        <w:t xml:space="preserve"> </w:t>
      </w:r>
      <w:proofErr w:type="spellStart"/>
      <w:r>
        <w:t>тілдерінде</w:t>
      </w:r>
      <w:proofErr w:type="spellEnd"/>
      <w:r>
        <w:t xml:space="preserve"> </w:t>
      </w:r>
      <w:proofErr w:type="spellStart"/>
      <w:r>
        <w:t>орналастырылуы</w:t>
      </w:r>
      <w:proofErr w:type="spellEnd"/>
      <w:r>
        <w:t xml:space="preserve"> </w:t>
      </w:r>
      <w:proofErr w:type="spellStart"/>
      <w:r>
        <w:t>мүмкін</w:t>
      </w:r>
      <w:proofErr w:type="spellEnd"/>
      <w:r>
        <w:t xml:space="preserve">. </w:t>
      </w:r>
      <w:proofErr w:type="spellStart"/>
      <w:r>
        <w:t>Тілдік</w:t>
      </w:r>
      <w:proofErr w:type="spellEnd"/>
      <w:r>
        <w:t xml:space="preserve"> </w:t>
      </w:r>
      <w:proofErr w:type="spellStart"/>
      <w:r>
        <w:t>нұсқалар</w:t>
      </w:r>
      <w:proofErr w:type="spellEnd"/>
      <w:r>
        <w:t xml:space="preserve"> </w:t>
      </w:r>
      <w:proofErr w:type="spellStart"/>
      <w:r>
        <w:t>арасында</w:t>
      </w:r>
      <w:proofErr w:type="spellEnd"/>
      <w:r>
        <w:t xml:space="preserve"> </w:t>
      </w:r>
      <w:proofErr w:type="spellStart"/>
      <w:r>
        <w:t>алшақтық</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егер</w:t>
      </w:r>
      <w:proofErr w:type="spellEnd"/>
      <w:r>
        <w:t xml:space="preserve"> </w:t>
      </w:r>
      <w:proofErr w:type="spellStart"/>
      <w:r>
        <w:t>заңның</w:t>
      </w:r>
      <w:proofErr w:type="spellEnd"/>
      <w:r>
        <w:t xml:space="preserve"> </w:t>
      </w:r>
      <w:proofErr w:type="spellStart"/>
      <w:r>
        <w:t>міндетті</w:t>
      </w:r>
      <w:proofErr w:type="spellEnd"/>
      <w:r>
        <w:t xml:space="preserve"> </w:t>
      </w:r>
      <w:proofErr w:type="spellStart"/>
      <w:r>
        <w:t>талаптарында</w:t>
      </w:r>
      <w:proofErr w:type="spellEnd"/>
      <w:r>
        <w:t xml:space="preserve"> </w:t>
      </w:r>
      <w:proofErr w:type="spellStart"/>
      <w:r>
        <w:t>өзгеше</w:t>
      </w:r>
      <w:proofErr w:type="spellEnd"/>
      <w:r>
        <w:t xml:space="preserve"> </w:t>
      </w:r>
      <w:proofErr w:type="spellStart"/>
      <w:r>
        <w:t>белгіленбесе</w:t>
      </w:r>
      <w:proofErr w:type="spellEnd"/>
      <w:r>
        <w:t xml:space="preserve">, </w:t>
      </w:r>
      <w:proofErr w:type="spellStart"/>
      <w:r>
        <w:t>орыс</w:t>
      </w:r>
      <w:proofErr w:type="spellEnd"/>
      <w:r>
        <w:t xml:space="preserve"> </w:t>
      </w:r>
      <w:proofErr w:type="spellStart"/>
      <w:r>
        <w:t>тіліндегі</w:t>
      </w:r>
      <w:proofErr w:type="spellEnd"/>
      <w:r>
        <w:t xml:space="preserve"> </w:t>
      </w:r>
      <w:proofErr w:type="spellStart"/>
      <w:r>
        <w:t>нұсқа</w:t>
      </w:r>
      <w:proofErr w:type="spellEnd"/>
      <w:r>
        <w:t xml:space="preserve"> </w:t>
      </w:r>
      <w:proofErr w:type="spellStart"/>
      <w:r>
        <w:t>басымдыққа</w:t>
      </w:r>
      <w:proofErr w:type="spellEnd"/>
      <w:r>
        <w:t xml:space="preserve"> </w:t>
      </w:r>
      <w:proofErr w:type="spellStart"/>
      <w:r>
        <w:t>ие</w:t>
      </w:r>
      <w:proofErr w:type="spellEnd"/>
      <w:r>
        <w:t xml:space="preserve"> </w:t>
      </w:r>
      <w:proofErr w:type="spellStart"/>
      <w:r>
        <w:t>болады</w:t>
      </w:r>
      <w:proofErr w:type="spellEnd"/>
      <w:r>
        <w:t>.</w:t>
      </w:r>
    </w:p>
    <w:p w14:paraId="196D671D" w14:textId="77777777" w:rsidR="00557872" w:rsidRDefault="00557872" w:rsidP="00557872">
      <w:r>
        <w:t xml:space="preserve">17.2. </w:t>
      </w:r>
      <w:proofErr w:type="spellStart"/>
      <w:r>
        <w:t>Осы</w:t>
      </w:r>
      <w:proofErr w:type="spellEnd"/>
      <w:r>
        <w:t xml:space="preserve"> </w:t>
      </w:r>
      <w:proofErr w:type="spellStart"/>
      <w:r>
        <w:t>Офертаның</w:t>
      </w:r>
      <w:proofErr w:type="spellEnd"/>
      <w:r>
        <w:t xml:space="preserve"> </w:t>
      </w:r>
      <w:proofErr w:type="spellStart"/>
      <w:r>
        <w:t>жекелеген</w:t>
      </w:r>
      <w:proofErr w:type="spellEnd"/>
      <w:r>
        <w:t xml:space="preserve"> </w:t>
      </w:r>
      <w:proofErr w:type="spellStart"/>
      <w:r>
        <w:t>ережесін</w:t>
      </w:r>
      <w:proofErr w:type="spellEnd"/>
      <w:r>
        <w:t xml:space="preserve"> </w:t>
      </w:r>
      <w:proofErr w:type="spellStart"/>
      <w:r>
        <w:t>жарамсыз</w:t>
      </w:r>
      <w:proofErr w:type="spellEnd"/>
      <w:r>
        <w:t xml:space="preserve"> </w:t>
      </w:r>
      <w:proofErr w:type="spellStart"/>
      <w:r>
        <w:t>немесе</w:t>
      </w:r>
      <w:proofErr w:type="spellEnd"/>
      <w:r>
        <w:t xml:space="preserve"> </w:t>
      </w:r>
      <w:proofErr w:type="spellStart"/>
      <w:r>
        <w:t>қолданылмайтын</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оның</w:t>
      </w:r>
      <w:proofErr w:type="spellEnd"/>
      <w:r>
        <w:t xml:space="preserve"> </w:t>
      </w:r>
      <w:proofErr w:type="spellStart"/>
      <w:r>
        <w:t>қалған</w:t>
      </w:r>
      <w:proofErr w:type="spellEnd"/>
      <w:r>
        <w:t xml:space="preserve"> </w:t>
      </w:r>
      <w:proofErr w:type="spellStart"/>
      <w:r>
        <w:t>ережелерінің</w:t>
      </w:r>
      <w:proofErr w:type="spellEnd"/>
      <w:r>
        <w:t xml:space="preserve"> </w:t>
      </w:r>
      <w:proofErr w:type="spellStart"/>
      <w:r>
        <w:t>жарамсыздығына</w:t>
      </w:r>
      <w:proofErr w:type="spellEnd"/>
      <w:r>
        <w:t xml:space="preserve"> </w:t>
      </w:r>
      <w:proofErr w:type="spellStart"/>
      <w:r>
        <w:t>әкеп</w:t>
      </w:r>
      <w:proofErr w:type="spellEnd"/>
      <w:r>
        <w:t xml:space="preserve"> </w:t>
      </w:r>
      <w:proofErr w:type="spellStart"/>
      <w:r>
        <w:t>соқпайды</w:t>
      </w:r>
      <w:proofErr w:type="spellEnd"/>
      <w:r>
        <w:t xml:space="preserve">. </w:t>
      </w:r>
      <w:proofErr w:type="spellStart"/>
      <w:r>
        <w:t>Жарамсыз</w:t>
      </w:r>
      <w:proofErr w:type="spellEnd"/>
      <w:r>
        <w:t xml:space="preserve"> </w:t>
      </w:r>
      <w:proofErr w:type="spellStart"/>
      <w:r>
        <w:t>немесе</w:t>
      </w:r>
      <w:proofErr w:type="spellEnd"/>
      <w:r>
        <w:t xml:space="preserve"> </w:t>
      </w:r>
      <w:proofErr w:type="spellStart"/>
      <w:r>
        <w:t>қолданылмайтын</w:t>
      </w:r>
      <w:proofErr w:type="spellEnd"/>
      <w:r>
        <w:t xml:space="preserve"> </w:t>
      </w:r>
      <w:proofErr w:type="spellStart"/>
      <w:r>
        <w:t>ереже</w:t>
      </w:r>
      <w:proofErr w:type="spellEnd"/>
      <w:r>
        <w:t xml:space="preserve"> </w:t>
      </w:r>
      <w:proofErr w:type="spellStart"/>
      <w:r>
        <w:t>түсіндірілуге</w:t>
      </w:r>
      <w:proofErr w:type="spellEnd"/>
      <w:r>
        <w:t xml:space="preserve"> </w:t>
      </w:r>
      <w:proofErr w:type="spellStart"/>
      <w:r>
        <w:t>және</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бастапқы</w:t>
      </w:r>
      <w:proofErr w:type="spellEnd"/>
      <w:r>
        <w:t xml:space="preserve"> </w:t>
      </w:r>
      <w:proofErr w:type="spellStart"/>
      <w:r>
        <w:t>шаруашылық</w:t>
      </w:r>
      <w:proofErr w:type="spellEnd"/>
      <w:r>
        <w:t xml:space="preserve"> </w:t>
      </w:r>
      <w:proofErr w:type="spellStart"/>
      <w:r>
        <w:t>мақсатына</w:t>
      </w:r>
      <w:proofErr w:type="spellEnd"/>
      <w:r>
        <w:t xml:space="preserve"> </w:t>
      </w:r>
      <w:proofErr w:type="spellStart"/>
      <w:r>
        <w:t>барынша</w:t>
      </w:r>
      <w:proofErr w:type="spellEnd"/>
      <w:r>
        <w:t xml:space="preserve"> </w:t>
      </w:r>
      <w:proofErr w:type="spellStart"/>
      <w:r>
        <w:t>жақын</w:t>
      </w:r>
      <w:proofErr w:type="spellEnd"/>
      <w:r>
        <w:t xml:space="preserve">, </w:t>
      </w:r>
      <w:proofErr w:type="spellStart"/>
      <w:r>
        <w:t>заңмен</w:t>
      </w:r>
      <w:proofErr w:type="spellEnd"/>
      <w:r>
        <w:t xml:space="preserve"> </w:t>
      </w:r>
      <w:proofErr w:type="spellStart"/>
      <w:r>
        <w:t>жол</w:t>
      </w:r>
      <w:proofErr w:type="spellEnd"/>
      <w:r>
        <w:t xml:space="preserve"> </w:t>
      </w:r>
      <w:proofErr w:type="spellStart"/>
      <w:r>
        <w:t>берілетін</w:t>
      </w:r>
      <w:proofErr w:type="spellEnd"/>
      <w:r>
        <w:t xml:space="preserve"> </w:t>
      </w:r>
      <w:proofErr w:type="spellStart"/>
      <w:r>
        <w:t>көлемде</w:t>
      </w:r>
      <w:proofErr w:type="spellEnd"/>
      <w:r>
        <w:t xml:space="preserve"> </w:t>
      </w:r>
      <w:proofErr w:type="spellStart"/>
      <w:r>
        <w:t>алмастырылуға</w:t>
      </w:r>
      <w:proofErr w:type="spellEnd"/>
      <w:r>
        <w:t xml:space="preserve"> </w:t>
      </w:r>
      <w:proofErr w:type="spellStart"/>
      <w:r>
        <w:t>тиіс</w:t>
      </w:r>
      <w:proofErr w:type="spellEnd"/>
      <w:r>
        <w:t>.</w:t>
      </w:r>
    </w:p>
    <w:p w14:paraId="15198E2B" w14:textId="77777777" w:rsidR="00557872" w:rsidRDefault="00557872" w:rsidP="00557872">
      <w:r>
        <w:t xml:space="preserve">17.3. </w:t>
      </w:r>
      <w:proofErr w:type="spellStart"/>
      <w:r>
        <w:t>Осы</w:t>
      </w:r>
      <w:proofErr w:type="spellEnd"/>
      <w:r>
        <w:t xml:space="preserve"> </w:t>
      </w:r>
      <w:proofErr w:type="spellStart"/>
      <w:r>
        <w:t>Оферта</w:t>
      </w:r>
      <w:proofErr w:type="spellEnd"/>
      <w:r>
        <w:t xml:space="preserve"> </w:t>
      </w:r>
      <w:proofErr w:type="spellStart"/>
      <w:r>
        <w:t>редакциясы</w:t>
      </w:r>
      <w:proofErr w:type="spellEnd"/>
      <w:r>
        <w:t xml:space="preserve"> </w:t>
      </w:r>
      <w:proofErr w:type="spellStart"/>
      <w:r>
        <w:t>платформаның</w:t>
      </w:r>
      <w:proofErr w:type="spellEnd"/>
      <w:r>
        <w:t xml:space="preserve"> </w:t>
      </w:r>
      <w:proofErr w:type="spellStart"/>
      <w:r>
        <w:t>ресми</w:t>
      </w:r>
      <w:proofErr w:type="spellEnd"/>
      <w:r>
        <w:t xml:space="preserve"> </w:t>
      </w:r>
      <w:proofErr w:type="spellStart"/>
      <w:r>
        <w:t>сайтында</w:t>
      </w:r>
      <w:proofErr w:type="spellEnd"/>
      <w:r>
        <w:t xml:space="preserve"> </w:t>
      </w:r>
      <w:proofErr w:type="spellStart"/>
      <w:r>
        <w:t>жарияланған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немесе</w:t>
      </w:r>
      <w:proofErr w:type="spellEnd"/>
      <w:r>
        <w:t xml:space="preserve"> </w:t>
      </w:r>
      <w:proofErr w:type="spellStart"/>
      <w:r>
        <w:t>жариялау</w:t>
      </w:r>
      <w:proofErr w:type="spellEnd"/>
      <w:r>
        <w:t xml:space="preserve"> </w:t>
      </w:r>
      <w:proofErr w:type="spellStart"/>
      <w:r>
        <w:t>кезінде</w:t>
      </w:r>
      <w:proofErr w:type="spellEnd"/>
      <w:r>
        <w:t xml:space="preserve"> </w:t>
      </w:r>
      <w:proofErr w:type="spellStart"/>
      <w:r>
        <w:t>Компания</w:t>
      </w:r>
      <w:proofErr w:type="spellEnd"/>
      <w:r>
        <w:t xml:space="preserve"> </w:t>
      </w:r>
      <w:proofErr w:type="spellStart"/>
      <w:r>
        <w:t>тікелей</w:t>
      </w:r>
      <w:proofErr w:type="spellEnd"/>
      <w:r>
        <w:t xml:space="preserve"> </w:t>
      </w:r>
      <w:proofErr w:type="spellStart"/>
      <w:r>
        <w:t>көрсеткен</w:t>
      </w:r>
      <w:proofErr w:type="spellEnd"/>
      <w:r>
        <w:t xml:space="preserve"> </w:t>
      </w:r>
      <w:proofErr w:type="spellStart"/>
      <w:r>
        <w:t>неғұрлым</w:t>
      </w:r>
      <w:proofErr w:type="spellEnd"/>
      <w:r>
        <w:t xml:space="preserve"> </w:t>
      </w:r>
      <w:proofErr w:type="spellStart"/>
      <w:r>
        <w:t>кеш</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қолданысқа</w:t>
      </w:r>
      <w:proofErr w:type="spellEnd"/>
      <w:r>
        <w:t xml:space="preserve"> </w:t>
      </w:r>
      <w:proofErr w:type="spellStart"/>
      <w:r>
        <w:t>енгізіледі</w:t>
      </w:r>
      <w:proofErr w:type="spellEnd"/>
      <w:r>
        <w:t>.</w:t>
      </w:r>
    </w:p>
    <w:p w14:paraId="106FB7CE" w14:textId="77777777" w:rsidR="00557872" w:rsidRDefault="00557872" w:rsidP="00557872">
      <w:pPr>
        <w:keepNext/>
      </w:pPr>
      <w:r>
        <w:rPr>
          <w:b/>
        </w:rPr>
        <w:t>18. КОМПАНИЯНЫҢ ДЕРЕКТЕМЕЛЕРІ</w:t>
      </w:r>
    </w:p>
    <w:p w14:paraId="28EB0572" w14:textId="77777777" w:rsidR="00557872" w:rsidRDefault="00557872" w:rsidP="00557872">
      <w:r>
        <w:t>18.1. «</w:t>
      </w:r>
      <w:proofErr w:type="spellStart"/>
      <w:r>
        <w:t>Пана</w:t>
      </w:r>
      <w:proofErr w:type="spellEnd"/>
      <w:r>
        <w:t xml:space="preserve"> </w:t>
      </w:r>
      <w:proofErr w:type="spellStart"/>
      <w:r>
        <w:t>Дизайн</w:t>
      </w:r>
      <w:proofErr w:type="spellEnd"/>
      <w:r>
        <w:t xml:space="preserve">» </w:t>
      </w:r>
      <w:proofErr w:type="spellStart"/>
      <w:r>
        <w:t>жауапкершілігі</w:t>
      </w:r>
      <w:proofErr w:type="spellEnd"/>
      <w:r>
        <w:t xml:space="preserve"> </w:t>
      </w:r>
      <w:proofErr w:type="spellStart"/>
      <w:r>
        <w:t>шектеулі</w:t>
      </w:r>
      <w:proofErr w:type="spellEnd"/>
      <w:r>
        <w:t xml:space="preserve"> </w:t>
      </w:r>
      <w:proofErr w:type="spellStart"/>
      <w:r>
        <w:t>серіктестігі</w:t>
      </w:r>
      <w:proofErr w:type="spellEnd"/>
      <w:r>
        <w:t>.</w:t>
      </w:r>
    </w:p>
    <w:p w14:paraId="5B3CB550" w14:textId="77777777" w:rsidR="00557872" w:rsidRDefault="00557872" w:rsidP="00557872">
      <w:r>
        <w:t>18.2. БСН: 251040033970.</w:t>
      </w:r>
    </w:p>
    <w:p w14:paraId="4304A22B" w14:textId="77777777" w:rsidR="00557872" w:rsidRDefault="00557872" w:rsidP="00557872">
      <w:r>
        <w:t xml:space="preserve">18.3. </w:t>
      </w:r>
      <w:proofErr w:type="spellStart"/>
      <w:r>
        <w:t>Заңды</w:t>
      </w:r>
      <w:proofErr w:type="spellEnd"/>
      <w:r>
        <w:t xml:space="preserve"> </w:t>
      </w:r>
      <w:proofErr w:type="spellStart"/>
      <w:r>
        <w:t>мекенжайы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Алматы</w:t>
      </w:r>
      <w:proofErr w:type="spellEnd"/>
      <w:r>
        <w:t xml:space="preserve"> </w:t>
      </w:r>
      <w:proofErr w:type="spellStart"/>
      <w:r>
        <w:t>қаласы</w:t>
      </w:r>
      <w:proofErr w:type="spellEnd"/>
      <w:r>
        <w:t xml:space="preserve">, </w:t>
      </w:r>
      <w:proofErr w:type="spellStart"/>
      <w:r>
        <w:t>Тәжібаева</w:t>
      </w:r>
      <w:proofErr w:type="spellEnd"/>
      <w:r>
        <w:t xml:space="preserve"> </w:t>
      </w:r>
      <w:proofErr w:type="spellStart"/>
      <w:r>
        <w:t>көшесі</w:t>
      </w:r>
      <w:proofErr w:type="spellEnd"/>
      <w:r>
        <w:t>, 157-үй, 7-пәтер/</w:t>
      </w:r>
      <w:proofErr w:type="spellStart"/>
      <w:r>
        <w:t>офис</w:t>
      </w:r>
      <w:proofErr w:type="spellEnd"/>
      <w:r>
        <w:t>.</w:t>
      </w:r>
    </w:p>
    <w:p w14:paraId="23CE18E0" w14:textId="77777777" w:rsidR="00557872" w:rsidRPr="00557872" w:rsidRDefault="00557872" w:rsidP="00557872">
      <w:pPr>
        <w:rPr>
          <w:lang w:val="ru-RU"/>
        </w:rPr>
      </w:pPr>
      <w:r w:rsidRPr="00557872">
        <w:rPr>
          <w:lang w:val="ru-RU"/>
        </w:rPr>
        <w:t xml:space="preserve">18.4. Веб-сайт: </w:t>
      </w:r>
      <w:r>
        <w:t>https</w:t>
      </w:r>
      <w:r w:rsidRPr="00557872">
        <w:rPr>
          <w:lang w:val="ru-RU"/>
        </w:rPr>
        <w:t>://</w:t>
      </w:r>
      <w:r>
        <w:t>www</w:t>
      </w:r>
      <w:r w:rsidRPr="00557872">
        <w:rPr>
          <w:lang w:val="ru-RU"/>
        </w:rPr>
        <w:t>.</w:t>
      </w:r>
      <w:proofErr w:type="spellStart"/>
      <w:r>
        <w:t>pana</w:t>
      </w:r>
      <w:proofErr w:type="spellEnd"/>
      <w:r w:rsidRPr="00557872">
        <w:rPr>
          <w:lang w:val="ru-RU"/>
        </w:rPr>
        <w:t>-</w:t>
      </w:r>
      <w:r>
        <w:t>design</w:t>
      </w:r>
      <w:r w:rsidRPr="00557872">
        <w:rPr>
          <w:lang w:val="ru-RU"/>
        </w:rPr>
        <w:t>.</w:t>
      </w:r>
      <w:r>
        <w:t>com</w:t>
      </w:r>
      <w:r w:rsidRPr="00557872">
        <w:rPr>
          <w:lang w:val="ru-RU"/>
        </w:rPr>
        <w:t>.</w:t>
      </w:r>
    </w:p>
    <w:p w14:paraId="349D0744" w14:textId="77777777" w:rsidR="00557872" w:rsidRPr="00557872" w:rsidRDefault="00557872" w:rsidP="00557872">
      <w:pPr>
        <w:rPr>
          <w:lang w:val="ru-RU"/>
        </w:rPr>
      </w:pPr>
      <w:r w:rsidRPr="00557872">
        <w:rPr>
          <w:lang w:val="ru-RU"/>
        </w:rPr>
        <w:t xml:space="preserve">18.5. </w:t>
      </w:r>
      <w:proofErr w:type="spellStart"/>
      <w:r w:rsidRPr="00557872">
        <w:rPr>
          <w:lang w:val="ru-RU"/>
        </w:rPr>
        <w:t>Заңдық</w:t>
      </w:r>
      <w:proofErr w:type="spellEnd"/>
      <w:r w:rsidRPr="00557872">
        <w:rPr>
          <w:lang w:val="ru-RU"/>
        </w:rPr>
        <w:t xml:space="preserve"> </w:t>
      </w:r>
      <w:proofErr w:type="spellStart"/>
      <w:r w:rsidRPr="00557872">
        <w:rPr>
          <w:lang w:val="ru-RU"/>
        </w:rPr>
        <w:t>маңызы</w:t>
      </w:r>
      <w:proofErr w:type="spellEnd"/>
      <w:r w:rsidRPr="00557872">
        <w:rPr>
          <w:lang w:val="ru-RU"/>
        </w:rPr>
        <w:t xml:space="preserve"> бар </w:t>
      </w:r>
      <w:proofErr w:type="spellStart"/>
      <w:r w:rsidRPr="00557872">
        <w:rPr>
          <w:lang w:val="ru-RU"/>
        </w:rPr>
        <w:t>хабарламаларға</w:t>
      </w:r>
      <w:proofErr w:type="spellEnd"/>
      <w:r w:rsidRPr="00557872">
        <w:rPr>
          <w:lang w:val="ru-RU"/>
        </w:rPr>
        <w:t xml:space="preserve"> </w:t>
      </w:r>
      <w:proofErr w:type="spellStart"/>
      <w:r w:rsidRPr="00557872">
        <w:rPr>
          <w:lang w:val="ru-RU"/>
        </w:rPr>
        <w:t>арналған</w:t>
      </w:r>
      <w:proofErr w:type="spellEnd"/>
      <w:r w:rsidRPr="00557872">
        <w:rPr>
          <w:lang w:val="ru-RU"/>
        </w:rPr>
        <w:t xml:space="preserve"> </w:t>
      </w:r>
      <w:proofErr w:type="spellStart"/>
      <w:r w:rsidRPr="00557872">
        <w:rPr>
          <w:lang w:val="ru-RU"/>
        </w:rPr>
        <w:t>электрондық</w:t>
      </w:r>
      <w:proofErr w:type="spellEnd"/>
      <w:r w:rsidRPr="00557872">
        <w:rPr>
          <w:lang w:val="ru-RU"/>
        </w:rPr>
        <w:t xml:space="preserve"> </w:t>
      </w:r>
      <w:proofErr w:type="spellStart"/>
      <w:r w:rsidRPr="00557872">
        <w:rPr>
          <w:lang w:val="ru-RU"/>
        </w:rPr>
        <w:t>пошта</w:t>
      </w:r>
      <w:proofErr w:type="spellEnd"/>
      <w:r w:rsidRPr="00557872">
        <w:rPr>
          <w:lang w:val="ru-RU"/>
        </w:rPr>
        <w:t xml:space="preserve">: </w:t>
      </w:r>
      <w:r>
        <w:t>info</w:t>
      </w:r>
      <w:r w:rsidRPr="00557872">
        <w:rPr>
          <w:lang w:val="ru-RU"/>
        </w:rPr>
        <w:t>@</w:t>
      </w:r>
      <w:proofErr w:type="spellStart"/>
      <w:r>
        <w:t>pana</w:t>
      </w:r>
      <w:proofErr w:type="spellEnd"/>
      <w:r w:rsidRPr="00557872">
        <w:rPr>
          <w:lang w:val="ru-RU"/>
        </w:rPr>
        <w:t>-</w:t>
      </w:r>
      <w:r>
        <w:t>design</w:t>
      </w:r>
      <w:r w:rsidRPr="00557872">
        <w:rPr>
          <w:lang w:val="ru-RU"/>
        </w:rPr>
        <w:t>.</w:t>
      </w:r>
      <w:r>
        <w:t>com</w:t>
      </w:r>
      <w:r w:rsidRPr="00557872">
        <w:rPr>
          <w:lang w:val="ru-RU"/>
        </w:rPr>
        <w:t>.</w:t>
      </w:r>
    </w:p>
    <w:p w14:paraId="072C96E5" w14:textId="77777777" w:rsidR="00557872" w:rsidRPr="00557872" w:rsidRDefault="00557872" w:rsidP="00557872">
      <w:pPr>
        <w:rPr>
          <w:lang w:val="ru-RU"/>
        </w:rPr>
      </w:pPr>
      <w:r>
        <w:t>PANA</w:t>
      </w:r>
      <w:r w:rsidRPr="00557872">
        <w:rPr>
          <w:lang w:val="ru-RU"/>
        </w:rPr>
        <w:t>-</w:t>
      </w:r>
      <w:r>
        <w:t>DESIGN</w:t>
      </w:r>
      <w:r w:rsidRPr="00557872">
        <w:rPr>
          <w:lang w:val="ru-RU"/>
        </w:rPr>
        <w:t>.</w:t>
      </w:r>
      <w:r>
        <w:t>COM</w:t>
      </w:r>
      <w:r w:rsidRPr="00557872">
        <w:rPr>
          <w:lang w:val="ru-RU"/>
        </w:rPr>
        <w:t xml:space="preserve"> | </w:t>
      </w:r>
      <w:proofErr w:type="spellStart"/>
      <w:r w:rsidRPr="00557872">
        <w:rPr>
          <w:lang w:val="ru-RU"/>
        </w:rPr>
        <w:t>Дизайнерлерге</w:t>
      </w:r>
      <w:proofErr w:type="spellEnd"/>
      <w:r w:rsidRPr="00557872">
        <w:rPr>
          <w:lang w:val="ru-RU"/>
        </w:rPr>
        <w:t xml:space="preserve"> </w:t>
      </w:r>
      <w:proofErr w:type="spellStart"/>
      <w:r w:rsidRPr="00557872">
        <w:rPr>
          <w:lang w:val="ru-RU"/>
        </w:rPr>
        <w:t>арналған</w:t>
      </w:r>
      <w:proofErr w:type="spellEnd"/>
      <w:r w:rsidRPr="00557872">
        <w:rPr>
          <w:lang w:val="ru-RU"/>
        </w:rPr>
        <w:t xml:space="preserve"> </w:t>
      </w:r>
      <w:proofErr w:type="spellStart"/>
      <w:r w:rsidRPr="00557872">
        <w:rPr>
          <w:lang w:val="ru-RU"/>
        </w:rPr>
        <w:t>жария</w:t>
      </w:r>
      <w:proofErr w:type="spellEnd"/>
      <w:r w:rsidRPr="00557872">
        <w:rPr>
          <w:lang w:val="ru-RU"/>
        </w:rPr>
        <w:t xml:space="preserve"> оферта</w:t>
      </w:r>
    </w:p>
    <w:p w14:paraId="050A4A9C" w14:textId="77777777" w:rsidR="00557872" w:rsidRPr="00557872" w:rsidRDefault="00557872">
      <w:pPr>
        <w:spacing w:after="0" w:line="240" w:lineRule="auto"/>
        <w:jc w:val="center"/>
        <w:rPr>
          <w:lang w:val="ru-RU"/>
        </w:rPr>
      </w:pPr>
      <w:bookmarkStart w:id="0" w:name="_GoBack"/>
      <w:bookmarkEnd w:id="0"/>
    </w:p>
    <w:sectPr w:rsidR="00557872" w:rsidRPr="00557872"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5D62A3F"/>
    <w:multiLevelType w:val="multilevel"/>
    <w:tmpl w:val="C65AD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7A46C9"/>
    <w:multiLevelType w:val="multilevel"/>
    <w:tmpl w:val="A75C0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C741F3"/>
    <w:multiLevelType w:val="multilevel"/>
    <w:tmpl w:val="98C8A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5C6900"/>
    <w:multiLevelType w:val="multilevel"/>
    <w:tmpl w:val="C0EA8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946EB"/>
    <w:rsid w:val="00223644"/>
    <w:rsid w:val="0029639D"/>
    <w:rsid w:val="00326F90"/>
    <w:rsid w:val="003969D7"/>
    <w:rsid w:val="003B6FB0"/>
    <w:rsid w:val="004913FC"/>
    <w:rsid w:val="004967BB"/>
    <w:rsid w:val="00527690"/>
    <w:rsid w:val="00557872"/>
    <w:rsid w:val="00726B18"/>
    <w:rsid w:val="007427FD"/>
    <w:rsid w:val="00801D53"/>
    <w:rsid w:val="008F4B7B"/>
    <w:rsid w:val="00955D4F"/>
    <w:rsid w:val="00AA1D8D"/>
    <w:rsid w:val="00B47730"/>
    <w:rsid w:val="00C80EE2"/>
    <w:rsid w:val="00C81EB1"/>
    <w:rsid w:val="00CB0664"/>
    <w:rsid w:val="00CD643C"/>
    <w:rsid w:val="00CD6885"/>
    <w:rsid w:val="00CF25F9"/>
    <w:rsid w:val="00EA77E7"/>
    <w:rsid w:val="00F863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E14C87"/>
  <w14:defaultImageDpi w14:val="300"/>
  <w15:docId w15:val="{672705AD-1C21-4D8E-A53F-B49E173B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E7A07-9DCC-4A05-A053-879E52DF0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26093</Words>
  <Characters>148732</Characters>
  <Application>Microsoft Office Word</Application>
  <DocSecurity>0</DocSecurity>
  <Lines>1239</Lines>
  <Paragraphs>348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174477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2026-06-21T18:17:00Z</dcterms:created>
  <dcterms:modified xsi:type="dcterms:W3CDTF">2026-06-21T18:17:00Z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2026-06-17T17:16:37Z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44465eff-c234-4974-87d9-1b7d16abd60e</vt:lpwstr>
  </property>
  <property fmtid="{D5CDD505-2E9C-101B-9397-08002B2CF9AE}" pid="7" name="MSIP_Label_defa4170-0d19-0005-0004-bc88714345d2_ActionId">
    <vt:lpwstr>d526249e-6687-49e3-b2cc-32f5f6c1dd19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